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66C211" w14:textId="77777777" w:rsidR="00EB7578" w:rsidRPr="0054264C" w:rsidRDefault="00EB7578" w:rsidP="00EB7578">
      <w:pPr>
        <w:spacing w:after="0"/>
        <w:jc w:val="center"/>
        <w:rPr>
          <w:rStyle w:val="Strong"/>
          <w:rFonts w:cs="Times New Roman"/>
          <w:sz w:val="28"/>
          <w:szCs w:val="28"/>
        </w:rPr>
      </w:pPr>
      <w:r w:rsidRPr="0054264C">
        <w:rPr>
          <w:rStyle w:val="Strong"/>
          <w:rFonts w:cs="Times New Roman"/>
          <w:sz w:val="28"/>
          <w:szCs w:val="28"/>
        </w:rPr>
        <w:t>LAPORAN KEGIATAN</w:t>
      </w:r>
      <w:r w:rsidRPr="0054264C">
        <w:rPr>
          <w:rFonts w:cs="Times New Roman"/>
          <w:sz w:val="28"/>
          <w:szCs w:val="28"/>
        </w:rPr>
        <w:br/>
      </w:r>
      <w:r w:rsidRPr="0054264C">
        <w:rPr>
          <w:rStyle w:val="Strong"/>
          <w:rFonts w:cs="Times New Roman"/>
          <w:sz w:val="28"/>
          <w:szCs w:val="28"/>
        </w:rPr>
        <w:t>MUSYAWARAH GURU MATA PELAJARAN (MGMP)</w:t>
      </w:r>
      <w:r w:rsidRPr="0054264C">
        <w:rPr>
          <w:rFonts w:cs="Times New Roman"/>
          <w:sz w:val="28"/>
          <w:szCs w:val="28"/>
        </w:rPr>
        <w:br/>
      </w:r>
      <w:r w:rsidRPr="0054264C">
        <w:rPr>
          <w:rStyle w:val="Strong"/>
          <w:rFonts w:cs="Times New Roman"/>
          <w:sz w:val="28"/>
          <w:szCs w:val="28"/>
        </w:rPr>
        <w:t>TEKNIK KOMPUTER DAN INFORMATIKA (TKI)</w:t>
      </w:r>
      <w:r w:rsidRPr="0054264C">
        <w:rPr>
          <w:rFonts w:cs="Times New Roman"/>
          <w:sz w:val="28"/>
          <w:szCs w:val="28"/>
        </w:rPr>
        <w:br/>
      </w:r>
      <w:r w:rsidRPr="0054264C">
        <w:rPr>
          <w:rStyle w:val="Strong"/>
          <w:rFonts w:cs="Times New Roman"/>
          <w:sz w:val="28"/>
          <w:szCs w:val="28"/>
        </w:rPr>
        <w:t>SMK SE-KABUPATEN ACEH TENGGARA</w:t>
      </w:r>
    </w:p>
    <w:p w14:paraId="5F2FEE66" w14:textId="77777777" w:rsidR="00EB7578" w:rsidRPr="0054264C" w:rsidRDefault="00EB7578" w:rsidP="00EB7578">
      <w:pPr>
        <w:spacing w:after="0"/>
        <w:jc w:val="center"/>
        <w:rPr>
          <w:rFonts w:cs="Times New Roman"/>
          <w:b/>
          <w:bCs/>
          <w:sz w:val="28"/>
          <w:szCs w:val="28"/>
        </w:rPr>
      </w:pPr>
    </w:p>
    <w:p w14:paraId="4CD9B25E" w14:textId="77777777" w:rsidR="00EB7578" w:rsidRPr="0054264C" w:rsidRDefault="00EB7578" w:rsidP="00EB7578">
      <w:pPr>
        <w:spacing w:after="0"/>
        <w:jc w:val="center"/>
        <w:rPr>
          <w:rFonts w:cs="Times New Roman"/>
          <w:b/>
          <w:bCs/>
          <w:szCs w:val="24"/>
        </w:rPr>
      </w:pPr>
      <w:r w:rsidRPr="0054264C">
        <w:rPr>
          <w:rFonts w:cs="Times New Roman"/>
          <w:b/>
          <w:bCs/>
          <w:szCs w:val="24"/>
        </w:rPr>
        <w:t>Semester 1 (</w:t>
      </w:r>
      <w:proofErr w:type="spellStart"/>
      <w:r w:rsidRPr="0054264C">
        <w:rPr>
          <w:rFonts w:cs="Times New Roman"/>
          <w:b/>
          <w:bCs/>
          <w:szCs w:val="24"/>
        </w:rPr>
        <w:t>satu</w:t>
      </w:r>
      <w:proofErr w:type="spellEnd"/>
      <w:r w:rsidRPr="0054264C">
        <w:rPr>
          <w:rFonts w:cs="Times New Roman"/>
          <w:b/>
          <w:bCs/>
          <w:szCs w:val="24"/>
        </w:rPr>
        <w:t>)</w:t>
      </w:r>
    </w:p>
    <w:p w14:paraId="569CAEE4" w14:textId="77777777" w:rsidR="00EB7578" w:rsidRPr="0054264C" w:rsidRDefault="00EB7578" w:rsidP="00EB7578">
      <w:pPr>
        <w:spacing w:after="0"/>
        <w:jc w:val="center"/>
        <w:rPr>
          <w:rFonts w:cs="Times New Roman"/>
          <w:b/>
          <w:bCs/>
          <w:szCs w:val="24"/>
        </w:rPr>
      </w:pPr>
      <w:proofErr w:type="spellStart"/>
      <w:r w:rsidRPr="0054264C">
        <w:rPr>
          <w:rFonts w:cs="Times New Roman"/>
          <w:b/>
          <w:bCs/>
          <w:szCs w:val="24"/>
        </w:rPr>
        <w:t>Tahun</w:t>
      </w:r>
      <w:proofErr w:type="spellEnd"/>
      <w:r w:rsidRPr="0054264C">
        <w:rPr>
          <w:rFonts w:cs="Times New Roman"/>
          <w:b/>
          <w:bCs/>
          <w:szCs w:val="24"/>
        </w:rPr>
        <w:t xml:space="preserve"> </w:t>
      </w:r>
      <w:proofErr w:type="spellStart"/>
      <w:r w:rsidRPr="0054264C">
        <w:rPr>
          <w:rFonts w:cs="Times New Roman"/>
          <w:b/>
          <w:bCs/>
          <w:szCs w:val="24"/>
        </w:rPr>
        <w:t>Pelajaran</w:t>
      </w:r>
      <w:proofErr w:type="spellEnd"/>
      <w:r w:rsidRPr="0054264C">
        <w:rPr>
          <w:rFonts w:cs="Times New Roman"/>
          <w:b/>
          <w:bCs/>
          <w:szCs w:val="24"/>
        </w:rPr>
        <w:t xml:space="preserve"> 2026/2027</w:t>
      </w:r>
    </w:p>
    <w:p w14:paraId="53EE4C80" w14:textId="77777777" w:rsidR="00EB7578" w:rsidRPr="0054264C" w:rsidRDefault="00EB7578" w:rsidP="00EB7578">
      <w:pPr>
        <w:spacing w:line="360" w:lineRule="auto"/>
        <w:rPr>
          <w:rFonts w:cs="Times New Roman"/>
          <w:szCs w:val="24"/>
        </w:rPr>
      </w:pPr>
    </w:p>
    <w:p w14:paraId="77F9A503" w14:textId="77777777" w:rsidR="00EB7578" w:rsidRPr="0054264C" w:rsidRDefault="00EB7578" w:rsidP="00EB7578">
      <w:pPr>
        <w:spacing w:line="360" w:lineRule="auto"/>
        <w:jc w:val="center"/>
        <w:rPr>
          <w:rFonts w:cs="Times New Roman"/>
          <w:b/>
          <w:bCs/>
          <w:sz w:val="28"/>
          <w:szCs w:val="28"/>
        </w:rPr>
      </w:pPr>
      <w:r w:rsidRPr="0054264C">
        <w:rPr>
          <w:rFonts w:cs="Times New Roman"/>
          <w:b/>
          <w:bCs/>
          <w:sz w:val="28"/>
          <w:szCs w:val="28"/>
        </w:rPr>
        <w:t>LEMBAR PENGESAHAN</w:t>
      </w:r>
    </w:p>
    <w:p w14:paraId="078D8947" w14:textId="6C18BA66" w:rsidR="00EB7578" w:rsidRPr="0054264C" w:rsidRDefault="00EB7578" w:rsidP="00EB7578">
      <w:pPr>
        <w:spacing w:line="360" w:lineRule="auto"/>
        <w:jc w:val="both"/>
        <w:rPr>
          <w:rFonts w:cs="Times New Roman"/>
          <w:szCs w:val="24"/>
        </w:rPr>
      </w:pPr>
      <w:proofErr w:type="spellStart"/>
      <w:r w:rsidRPr="0054264C">
        <w:rPr>
          <w:rFonts w:cs="Times New Roman"/>
          <w:szCs w:val="24"/>
        </w:rPr>
        <w:t>Laporan</w:t>
      </w:r>
      <w:proofErr w:type="spellEnd"/>
      <w:r w:rsidRPr="0054264C">
        <w:rPr>
          <w:rFonts w:cs="Times New Roman"/>
          <w:szCs w:val="24"/>
        </w:rPr>
        <w:t xml:space="preserve"> </w:t>
      </w:r>
      <w:proofErr w:type="spellStart"/>
      <w:r w:rsidRPr="0054264C">
        <w:rPr>
          <w:rFonts w:cs="Times New Roman"/>
          <w:szCs w:val="24"/>
        </w:rPr>
        <w:t>kegiatan</w:t>
      </w:r>
      <w:proofErr w:type="spellEnd"/>
      <w:r w:rsidRPr="0054264C">
        <w:rPr>
          <w:rFonts w:cs="Times New Roman"/>
          <w:szCs w:val="24"/>
        </w:rPr>
        <w:t xml:space="preserve"> MGMP Mata </w:t>
      </w:r>
      <w:proofErr w:type="spellStart"/>
      <w:r w:rsidRPr="0054264C">
        <w:rPr>
          <w:rFonts w:cs="Times New Roman"/>
          <w:szCs w:val="24"/>
        </w:rPr>
        <w:t>Pelajaran</w:t>
      </w:r>
      <w:proofErr w:type="spellEnd"/>
      <w:r w:rsidRPr="0054264C">
        <w:rPr>
          <w:rFonts w:cs="Times New Roman"/>
          <w:szCs w:val="24"/>
        </w:rPr>
        <w:t xml:space="preserve"> </w:t>
      </w:r>
      <w:proofErr w:type="spellStart"/>
      <w:r w:rsidRPr="0054264C">
        <w:rPr>
          <w:rFonts w:cs="Times New Roman"/>
          <w:szCs w:val="24"/>
        </w:rPr>
        <w:t>Teknik</w:t>
      </w:r>
      <w:proofErr w:type="spellEnd"/>
      <w:r w:rsidRPr="0054264C">
        <w:rPr>
          <w:rFonts w:cs="Times New Roman"/>
          <w:szCs w:val="24"/>
        </w:rPr>
        <w:t xml:space="preserve"> </w:t>
      </w:r>
      <w:proofErr w:type="spellStart"/>
      <w:r w:rsidRPr="0054264C">
        <w:rPr>
          <w:rFonts w:cs="Times New Roman"/>
          <w:szCs w:val="24"/>
        </w:rPr>
        <w:t>Komputer</w:t>
      </w:r>
      <w:proofErr w:type="spellEnd"/>
      <w:r w:rsidRPr="0054264C">
        <w:rPr>
          <w:rFonts w:cs="Times New Roman"/>
          <w:szCs w:val="24"/>
        </w:rPr>
        <w:t xml:space="preserve"> </w:t>
      </w:r>
      <w:proofErr w:type="spellStart"/>
      <w:r w:rsidRPr="0054264C">
        <w:rPr>
          <w:rFonts w:cs="Times New Roman"/>
          <w:szCs w:val="24"/>
        </w:rPr>
        <w:t>dan</w:t>
      </w:r>
      <w:proofErr w:type="spellEnd"/>
      <w:r w:rsidRPr="0054264C">
        <w:rPr>
          <w:rFonts w:cs="Times New Roman"/>
          <w:szCs w:val="24"/>
        </w:rPr>
        <w:t xml:space="preserve"> </w:t>
      </w:r>
      <w:proofErr w:type="spellStart"/>
      <w:r w:rsidRPr="0054264C">
        <w:rPr>
          <w:rFonts w:cs="Times New Roman"/>
          <w:szCs w:val="24"/>
        </w:rPr>
        <w:t>Informatika</w:t>
      </w:r>
      <w:proofErr w:type="spellEnd"/>
      <w:r w:rsidRPr="0054264C">
        <w:rPr>
          <w:rFonts w:cs="Times New Roman"/>
          <w:szCs w:val="24"/>
        </w:rPr>
        <w:t xml:space="preserve"> </w:t>
      </w:r>
      <w:proofErr w:type="spellStart"/>
      <w:r w:rsidRPr="0054264C">
        <w:rPr>
          <w:rFonts w:cs="Times New Roman"/>
          <w:szCs w:val="24"/>
        </w:rPr>
        <w:t>telah</w:t>
      </w:r>
      <w:proofErr w:type="spellEnd"/>
      <w:r w:rsidRPr="0054264C">
        <w:rPr>
          <w:rFonts w:cs="Times New Roman"/>
          <w:szCs w:val="24"/>
        </w:rPr>
        <w:t xml:space="preserve"> </w:t>
      </w:r>
      <w:proofErr w:type="spellStart"/>
      <w:r w:rsidRPr="0054264C">
        <w:rPr>
          <w:rFonts w:cs="Times New Roman"/>
          <w:szCs w:val="24"/>
        </w:rPr>
        <w:t>dilaksanakan</w:t>
      </w:r>
      <w:proofErr w:type="spellEnd"/>
      <w:r w:rsidRPr="0054264C">
        <w:rPr>
          <w:rFonts w:cs="Times New Roman"/>
          <w:szCs w:val="24"/>
        </w:rPr>
        <w:t xml:space="preserve"> </w:t>
      </w:r>
      <w:proofErr w:type="spellStart"/>
      <w:proofErr w:type="gramStart"/>
      <w:r w:rsidRPr="0054264C">
        <w:rPr>
          <w:rFonts w:cs="Times New Roman"/>
          <w:szCs w:val="24"/>
        </w:rPr>
        <w:t>pada</w:t>
      </w:r>
      <w:proofErr w:type="spellEnd"/>
      <w:r w:rsidRPr="0054264C">
        <w:rPr>
          <w:rFonts w:cs="Times New Roman"/>
          <w:szCs w:val="24"/>
        </w:rPr>
        <w:t xml:space="preserve"> :</w:t>
      </w:r>
      <w:proofErr w:type="gramEnd"/>
    </w:p>
    <w:p w14:paraId="5BD81AFE" w14:textId="27D6877E" w:rsidR="00EB7578" w:rsidRPr="0054264C" w:rsidRDefault="00EB7578" w:rsidP="00EB7578">
      <w:pPr>
        <w:spacing w:line="360" w:lineRule="auto"/>
        <w:jc w:val="both"/>
        <w:rPr>
          <w:rFonts w:cs="Times New Roman"/>
          <w:szCs w:val="24"/>
        </w:rPr>
      </w:pPr>
      <w:proofErr w:type="spellStart"/>
      <w:r w:rsidRPr="0054264C">
        <w:rPr>
          <w:rFonts w:cs="Times New Roman"/>
          <w:szCs w:val="24"/>
        </w:rPr>
        <w:t>Hari</w:t>
      </w:r>
      <w:proofErr w:type="spellEnd"/>
      <w:r w:rsidRPr="0054264C">
        <w:rPr>
          <w:rFonts w:cs="Times New Roman"/>
          <w:szCs w:val="24"/>
        </w:rPr>
        <w:t>/</w:t>
      </w:r>
      <w:proofErr w:type="spellStart"/>
      <w:r w:rsidRPr="0054264C">
        <w:rPr>
          <w:rFonts w:cs="Times New Roman"/>
          <w:szCs w:val="24"/>
        </w:rPr>
        <w:t>Tanggal</w:t>
      </w:r>
      <w:proofErr w:type="spellEnd"/>
      <w:r w:rsidRPr="0054264C">
        <w:rPr>
          <w:rFonts w:cs="Times New Roman"/>
          <w:szCs w:val="24"/>
        </w:rPr>
        <w:tab/>
        <w:t xml:space="preserve">: </w:t>
      </w:r>
      <w:proofErr w:type="spellStart"/>
      <w:r w:rsidRPr="0054264C">
        <w:rPr>
          <w:rFonts w:cs="Times New Roman"/>
          <w:szCs w:val="24"/>
        </w:rPr>
        <w:t>Sabtu</w:t>
      </w:r>
      <w:proofErr w:type="spellEnd"/>
      <w:r w:rsidRPr="0054264C">
        <w:rPr>
          <w:rFonts w:cs="Times New Roman"/>
          <w:szCs w:val="24"/>
        </w:rPr>
        <w:t>, 15 Agustus 2026</w:t>
      </w:r>
    </w:p>
    <w:p w14:paraId="0C9076F1" w14:textId="77777777" w:rsidR="00EB7578" w:rsidRPr="0054264C" w:rsidRDefault="00EB7578" w:rsidP="00EB7578">
      <w:pPr>
        <w:spacing w:line="360" w:lineRule="auto"/>
        <w:jc w:val="both"/>
        <w:rPr>
          <w:rFonts w:cs="Times New Roman"/>
          <w:szCs w:val="24"/>
        </w:rPr>
      </w:pPr>
      <w:proofErr w:type="spellStart"/>
      <w:r w:rsidRPr="0054264C">
        <w:rPr>
          <w:rFonts w:cs="Times New Roman"/>
          <w:szCs w:val="24"/>
        </w:rPr>
        <w:t>Tempat</w:t>
      </w:r>
      <w:proofErr w:type="spellEnd"/>
      <w:r w:rsidRPr="0054264C">
        <w:rPr>
          <w:rFonts w:cs="Times New Roman"/>
          <w:szCs w:val="24"/>
        </w:rPr>
        <w:tab/>
        <w:t xml:space="preserve">: SMK </w:t>
      </w:r>
      <w:proofErr w:type="spellStart"/>
      <w:r w:rsidRPr="0054264C">
        <w:rPr>
          <w:rFonts w:cs="Times New Roman"/>
          <w:szCs w:val="24"/>
        </w:rPr>
        <w:t>Negeri</w:t>
      </w:r>
      <w:proofErr w:type="spellEnd"/>
      <w:r w:rsidRPr="0054264C">
        <w:rPr>
          <w:rFonts w:cs="Times New Roman"/>
          <w:szCs w:val="24"/>
        </w:rPr>
        <w:t xml:space="preserve"> 1 </w:t>
      </w:r>
      <w:proofErr w:type="spellStart"/>
      <w:r w:rsidRPr="0054264C">
        <w:rPr>
          <w:rFonts w:cs="Times New Roman"/>
          <w:szCs w:val="24"/>
        </w:rPr>
        <w:t>Kutacane</w:t>
      </w:r>
      <w:proofErr w:type="spellEnd"/>
    </w:p>
    <w:p w14:paraId="1D2FA7E9" w14:textId="77777777" w:rsidR="00EB7578" w:rsidRPr="0054264C" w:rsidRDefault="00EB7578" w:rsidP="00EB7578">
      <w:pPr>
        <w:spacing w:line="240" w:lineRule="auto"/>
        <w:jc w:val="both"/>
        <w:rPr>
          <w:rFonts w:cs="Times New Roman"/>
          <w:szCs w:val="24"/>
        </w:rPr>
      </w:pPr>
    </w:p>
    <w:p w14:paraId="48495D80" w14:textId="61765299" w:rsidR="00EB7578" w:rsidRPr="0054264C" w:rsidRDefault="0054264C" w:rsidP="00EB7578">
      <w:pPr>
        <w:spacing w:line="360" w:lineRule="auto"/>
        <w:jc w:val="both"/>
        <w:rPr>
          <w:rFonts w:cs="Times New Roman"/>
          <w:szCs w:val="24"/>
        </w:rPr>
      </w:pPr>
      <w:proofErr w:type="spellStart"/>
      <w:r w:rsidRPr="0054264C">
        <w:rPr>
          <w:rFonts w:cs="Times New Roman"/>
        </w:rPr>
        <w:t>Laporan</w:t>
      </w:r>
      <w:proofErr w:type="spellEnd"/>
      <w:r w:rsidRPr="0054264C">
        <w:rPr>
          <w:rFonts w:cs="Times New Roman"/>
        </w:rPr>
        <w:t xml:space="preserve"> </w:t>
      </w:r>
      <w:proofErr w:type="spellStart"/>
      <w:r w:rsidRPr="0054264C">
        <w:rPr>
          <w:rFonts w:cs="Times New Roman"/>
        </w:rPr>
        <w:t>kegiatan</w:t>
      </w:r>
      <w:proofErr w:type="spellEnd"/>
      <w:r w:rsidRPr="0054264C">
        <w:rPr>
          <w:rFonts w:cs="Times New Roman"/>
        </w:rPr>
        <w:t xml:space="preserve"> </w:t>
      </w:r>
      <w:proofErr w:type="spellStart"/>
      <w:r w:rsidRPr="0054264C">
        <w:rPr>
          <w:rFonts w:cs="Times New Roman"/>
        </w:rPr>
        <w:t>Musyawarah</w:t>
      </w:r>
      <w:proofErr w:type="spellEnd"/>
      <w:r w:rsidRPr="0054264C">
        <w:rPr>
          <w:rFonts w:cs="Times New Roman"/>
        </w:rPr>
        <w:t xml:space="preserve"> Guru Mata </w:t>
      </w:r>
      <w:proofErr w:type="spellStart"/>
      <w:r w:rsidRPr="0054264C">
        <w:rPr>
          <w:rFonts w:cs="Times New Roman"/>
        </w:rPr>
        <w:t>Pelajaran</w:t>
      </w:r>
      <w:proofErr w:type="spellEnd"/>
      <w:r w:rsidRPr="0054264C">
        <w:rPr>
          <w:rFonts w:cs="Times New Roman"/>
        </w:rPr>
        <w:t xml:space="preserve"> (MGMP) </w:t>
      </w:r>
      <w:proofErr w:type="spellStart"/>
      <w:r w:rsidRPr="0054264C">
        <w:rPr>
          <w:rFonts w:cs="Times New Roman"/>
        </w:rPr>
        <w:t>Teknik</w:t>
      </w:r>
      <w:proofErr w:type="spellEnd"/>
      <w:r w:rsidRPr="0054264C">
        <w:rPr>
          <w:rFonts w:cs="Times New Roman"/>
        </w:rPr>
        <w:t xml:space="preserve"> </w:t>
      </w:r>
      <w:proofErr w:type="spellStart"/>
      <w:r w:rsidRPr="0054264C">
        <w:rPr>
          <w:rFonts w:cs="Times New Roman"/>
        </w:rPr>
        <w:t>Informatika</w:t>
      </w:r>
      <w:proofErr w:type="spellEnd"/>
      <w:r w:rsidRPr="0054264C">
        <w:rPr>
          <w:rFonts w:cs="Times New Roman"/>
        </w:rPr>
        <w:t xml:space="preserve"> </w:t>
      </w:r>
      <w:proofErr w:type="spellStart"/>
      <w:r w:rsidRPr="0054264C">
        <w:rPr>
          <w:rFonts w:cs="Times New Roman"/>
        </w:rPr>
        <w:t>dan</w:t>
      </w:r>
      <w:proofErr w:type="spellEnd"/>
      <w:r w:rsidRPr="0054264C">
        <w:rPr>
          <w:rFonts w:cs="Times New Roman"/>
        </w:rPr>
        <w:t xml:space="preserve"> </w:t>
      </w:r>
      <w:proofErr w:type="spellStart"/>
      <w:r w:rsidRPr="0054264C">
        <w:rPr>
          <w:rFonts w:cs="Times New Roman"/>
        </w:rPr>
        <w:t>Komputer</w:t>
      </w:r>
      <w:proofErr w:type="spellEnd"/>
      <w:r w:rsidRPr="0054264C">
        <w:rPr>
          <w:rFonts w:cs="Times New Roman"/>
        </w:rPr>
        <w:t xml:space="preserve"> </w:t>
      </w:r>
      <w:proofErr w:type="spellStart"/>
      <w:r w:rsidRPr="0054264C">
        <w:rPr>
          <w:rFonts w:cs="Times New Roman"/>
        </w:rPr>
        <w:t>mengenai</w:t>
      </w:r>
      <w:proofErr w:type="spellEnd"/>
      <w:r w:rsidRPr="0054264C">
        <w:rPr>
          <w:rFonts w:cs="Times New Roman"/>
        </w:rPr>
        <w:t xml:space="preserve"> </w:t>
      </w:r>
      <w:proofErr w:type="spellStart"/>
      <w:r w:rsidRPr="0054264C">
        <w:rPr>
          <w:rFonts w:cs="Times New Roman"/>
        </w:rPr>
        <w:t>Evaluasi</w:t>
      </w:r>
      <w:proofErr w:type="spellEnd"/>
      <w:r w:rsidRPr="0054264C">
        <w:rPr>
          <w:rFonts w:cs="Times New Roman"/>
        </w:rPr>
        <w:t xml:space="preserve"> </w:t>
      </w:r>
      <w:proofErr w:type="spellStart"/>
      <w:r w:rsidRPr="0054264C">
        <w:rPr>
          <w:rFonts w:cs="Times New Roman"/>
        </w:rPr>
        <w:t>Pembelajaran</w:t>
      </w:r>
      <w:proofErr w:type="spellEnd"/>
      <w:r w:rsidRPr="0054264C">
        <w:rPr>
          <w:rFonts w:cs="Times New Roman"/>
        </w:rPr>
        <w:t xml:space="preserve"> </w:t>
      </w:r>
      <w:proofErr w:type="spellStart"/>
      <w:r w:rsidRPr="0054264C">
        <w:rPr>
          <w:rFonts w:cs="Times New Roman"/>
        </w:rPr>
        <w:t>dan</w:t>
      </w:r>
      <w:proofErr w:type="spellEnd"/>
      <w:r w:rsidRPr="0054264C">
        <w:rPr>
          <w:rFonts w:cs="Times New Roman"/>
        </w:rPr>
        <w:t xml:space="preserve"> </w:t>
      </w:r>
      <w:proofErr w:type="spellStart"/>
      <w:r w:rsidRPr="0054264C">
        <w:rPr>
          <w:rFonts w:cs="Times New Roman"/>
        </w:rPr>
        <w:t>Analisis</w:t>
      </w:r>
      <w:proofErr w:type="spellEnd"/>
      <w:r w:rsidRPr="0054264C">
        <w:rPr>
          <w:rFonts w:cs="Times New Roman"/>
        </w:rPr>
        <w:t xml:space="preserve"> </w:t>
      </w:r>
      <w:proofErr w:type="spellStart"/>
      <w:r w:rsidRPr="0054264C">
        <w:rPr>
          <w:rFonts w:cs="Times New Roman"/>
        </w:rPr>
        <w:t>Hasil</w:t>
      </w:r>
      <w:proofErr w:type="spellEnd"/>
      <w:r w:rsidRPr="0054264C">
        <w:rPr>
          <w:rFonts w:cs="Times New Roman"/>
        </w:rPr>
        <w:t xml:space="preserve"> </w:t>
      </w:r>
      <w:proofErr w:type="spellStart"/>
      <w:r w:rsidRPr="0054264C">
        <w:rPr>
          <w:rFonts w:cs="Times New Roman"/>
        </w:rPr>
        <w:t>Belajar</w:t>
      </w:r>
      <w:proofErr w:type="spellEnd"/>
      <w:r w:rsidRPr="0054264C">
        <w:rPr>
          <w:rFonts w:cs="Times New Roman"/>
        </w:rPr>
        <w:t xml:space="preserve"> </w:t>
      </w:r>
      <w:proofErr w:type="spellStart"/>
      <w:r w:rsidRPr="0054264C">
        <w:rPr>
          <w:rFonts w:cs="Times New Roman"/>
        </w:rPr>
        <w:t>Peserta</w:t>
      </w:r>
      <w:proofErr w:type="spellEnd"/>
      <w:r w:rsidRPr="0054264C">
        <w:rPr>
          <w:rFonts w:cs="Times New Roman"/>
        </w:rPr>
        <w:t xml:space="preserve"> </w:t>
      </w:r>
      <w:proofErr w:type="spellStart"/>
      <w:r w:rsidRPr="0054264C">
        <w:rPr>
          <w:rFonts w:cs="Times New Roman"/>
        </w:rPr>
        <w:t>Didik</w:t>
      </w:r>
      <w:proofErr w:type="spellEnd"/>
      <w:r w:rsidRPr="0054264C">
        <w:rPr>
          <w:rFonts w:cs="Times New Roman"/>
        </w:rPr>
        <w:t xml:space="preserve"> Semester </w:t>
      </w:r>
      <w:proofErr w:type="spellStart"/>
      <w:r w:rsidRPr="0054264C">
        <w:rPr>
          <w:rFonts w:cs="Times New Roman"/>
        </w:rPr>
        <w:t>Ganjil</w:t>
      </w:r>
      <w:proofErr w:type="spellEnd"/>
      <w:r w:rsidRPr="0054264C">
        <w:rPr>
          <w:rFonts w:cs="Times New Roman"/>
        </w:rPr>
        <w:t xml:space="preserve"> </w:t>
      </w:r>
      <w:proofErr w:type="spellStart"/>
      <w:r w:rsidRPr="0054264C">
        <w:rPr>
          <w:rFonts w:cs="Times New Roman"/>
        </w:rPr>
        <w:t>melalui</w:t>
      </w:r>
      <w:proofErr w:type="spellEnd"/>
      <w:r w:rsidRPr="0054264C">
        <w:rPr>
          <w:rFonts w:cs="Times New Roman"/>
        </w:rPr>
        <w:t xml:space="preserve"> </w:t>
      </w:r>
      <w:proofErr w:type="spellStart"/>
      <w:r w:rsidRPr="0054264C">
        <w:rPr>
          <w:rFonts w:cs="Times New Roman"/>
        </w:rPr>
        <w:t>pembelajaran</w:t>
      </w:r>
      <w:proofErr w:type="spellEnd"/>
      <w:r w:rsidRPr="0054264C">
        <w:rPr>
          <w:rFonts w:cs="Times New Roman"/>
        </w:rPr>
        <w:t xml:space="preserve"> daring </w:t>
      </w:r>
      <w:proofErr w:type="spellStart"/>
      <w:r w:rsidRPr="0054264C">
        <w:rPr>
          <w:rFonts w:cs="Times New Roman"/>
        </w:rPr>
        <w:t>Tahun</w:t>
      </w:r>
      <w:proofErr w:type="spellEnd"/>
      <w:r w:rsidRPr="0054264C">
        <w:rPr>
          <w:rFonts w:cs="Times New Roman"/>
        </w:rPr>
        <w:t xml:space="preserve"> </w:t>
      </w:r>
      <w:proofErr w:type="spellStart"/>
      <w:r w:rsidRPr="0054264C">
        <w:rPr>
          <w:rFonts w:cs="Times New Roman"/>
        </w:rPr>
        <w:t>Pelajaran</w:t>
      </w:r>
      <w:proofErr w:type="spellEnd"/>
      <w:r w:rsidRPr="0054264C">
        <w:rPr>
          <w:rFonts w:cs="Times New Roman"/>
        </w:rPr>
        <w:t xml:space="preserve"> 2026/2027</w:t>
      </w:r>
      <w:r w:rsidR="00EB7578" w:rsidRPr="0054264C">
        <w:rPr>
          <w:rFonts w:cs="Times New Roman"/>
          <w:szCs w:val="24"/>
        </w:rPr>
        <w:t xml:space="preserve">. </w:t>
      </w:r>
    </w:p>
    <w:p w14:paraId="4194D8C2" w14:textId="77777777" w:rsidR="00EB7578" w:rsidRPr="0054264C" w:rsidRDefault="00EB7578" w:rsidP="00EB7578">
      <w:pPr>
        <w:spacing w:line="360" w:lineRule="auto"/>
        <w:jc w:val="center"/>
        <w:rPr>
          <w:rFonts w:cs="Times New Roman"/>
          <w:szCs w:val="24"/>
        </w:rPr>
      </w:pPr>
      <w:proofErr w:type="spellStart"/>
      <w:r w:rsidRPr="0054264C">
        <w:rPr>
          <w:rFonts w:cs="Times New Roman"/>
          <w:szCs w:val="24"/>
        </w:rPr>
        <w:t>Dibuat</w:t>
      </w:r>
      <w:proofErr w:type="spellEnd"/>
      <w:r w:rsidRPr="0054264C">
        <w:rPr>
          <w:rFonts w:cs="Times New Roman"/>
          <w:szCs w:val="24"/>
        </w:rPr>
        <w:t xml:space="preserve"> </w:t>
      </w:r>
      <w:proofErr w:type="spellStart"/>
      <w:r w:rsidRPr="0054264C">
        <w:rPr>
          <w:rFonts w:cs="Times New Roman"/>
          <w:szCs w:val="24"/>
        </w:rPr>
        <w:t>Oleh</w:t>
      </w:r>
      <w:proofErr w:type="spellEnd"/>
      <w:r w:rsidRPr="0054264C">
        <w:rPr>
          <w:rFonts w:cs="Times New Roman"/>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EB7578" w:rsidRPr="0054264C" w14:paraId="4D114739" w14:textId="77777777" w:rsidTr="00636332">
        <w:tc>
          <w:tcPr>
            <w:tcW w:w="4621" w:type="dxa"/>
          </w:tcPr>
          <w:p w14:paraId="064C5B7A" w14:textId="77777777" w:rsidR="00EB7578" w:rsidRPr="0054264C" w:rsidRDefault="00EB7578" w:rsidP="00636332">
            <w:pPr>
              <w:spacing w:line="360" w:lineRule="auto"/>
              <w:jc w:val="center"/>
              <w:rPr>
                <w:rFonts w:cs="Times New Roman"/>
                <w:szCs w:val="24"/>
              </w:rPr>
            </w:pPr>
            <w:proofErr w:type="spellStart"/>
            <w:r w:rsidRPr="0054264C">
              <w:rPr>
                <w:rFonts w:cs="Times New Roman"/>
                <w:szCs w:val="24"/>
              </w:rPr>
              <w:t>Ketua</w:t>
            </w:r>
            <w:proofErr w:type="spellEnd"/>
            <w:r w:rsidRPr="0054264C">
              <w:rPr>
                <w:rFonts w:cs="Times New Roman"/>
                <w:szCs w:val="24"/>
              </w:rPr>
              <w:t xml:space="preserve"> MGMP</w:t>
            </w:r>
          </w:p>
          <w:p w14:paraId="3A5E185C" w14:textId="77777777" w:rsidR="00EB7578" w:rsidRPr="0054264C" w:rsidRDefault="00EB7578" w:rsidP="00636332">
            <w:pPr>
              <w:spacing w:line="360" w:lineRule="auto"/>
              <w:jc w:val="center"/>
              <w:rPr>
                <w:rFonts w:cs="Times New Roman"/>
                <w:szCs w:val="24"/>
              </w:rPr>
            </w:pPr>
            <w:r w:rsidRPr="0054264C">
              <w:rPr>
                <w:rFonts w:cs="Times New Roman"/>
                <w:noProof/>
                <w:szCs w:val="24"/>
              </w:rPr>
              <w:drawing>
                <wp:inline distT="0" distB="0" distL="0" distR="0" wp14:anchorId="525D1FB9" wp14:editId="5996D239">
                  <wp:extent cx="1475105" cy="6769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75105" cy="676910"/>
                          </a:xfrm>
                          <a:prstGeom prst="rect">
                            <a:avLst/>
                          </a:prstGeom>
                          <a:noFill/>
                        </pic:spPr>
                      </pic:pic>
                    </a:graphicData>
                  </a:graphic>
                </wp:inline>
              </w:drawing>
            </w:r>
          </w:p>
          <w:p w14:paraId="46D94E60" w14:textId="77777777" w:rsidR="00EB7578" w:rsidRPr="0054264C" w:rsidRDefault="00EB7578" w:rsidP="00636332">
            <w:pPr>
              <w:spacing w:line="360" w:lineRule="auto"/>
              <w:jc w:val="center"/>
              <w:rPr>
                <w:rFonts w:cs="Times New Roman"/>
                <w:szCs w:val="24"/>
              </w:rPr>
            </w:pPr>
            <w:r w:rsidRPr="0054264C">
              <w:rPr>
                <w:rFonts w:cs="Times New Roman"/>
                <w:szCs w:val="24"/>
              </w:rPr>
              <w:t>(</w:t>
            </w:r>
            <w:proofErr w:type="spellStart"/>
            <w:r w:rsidRPr="0054264C">
              <w:rPr>
                <w:rFonts w:cs="Times New Roman"/>
                <w:szCs w:val="24"/>
              </w:rPr>
              <w:t>Arzico</w:t>
            </w:r>
            <w:proofErr w:type="spellEnd"/>
            <w:r w:rsidRPr="0054264C">
              <w:rPr>
                <w:rFonts w:cs="Times New Roman"/>
                <w:szCs w:val="24"/>
              </w:rPr>
              <w:t xml:space="preserve"> </w:t>
            </w:r>
            <w:proofErr w:type="spellStart"/>
            <w:r w:rsidRPr="0054264C">
              <w:rPr>
                <w:rFonts w:cs="Times New Roman"/>
                <w:szCs w:val="24"/>
              </w:rPr>
              <w:t>Pebtian</w:t>
            </w:r>
            <w:proofErr w:type="spellEnd"/>
            <w:r w:rsidRPr="0054264C">
              <w:rPr>
                <w:rFonts w:cs="Times New Roman"/>
                <w:szCs w:val="24"/>
              </w:rPr>
              <w:t xml:space="preserve">, </w:t>
            </w:r>
            <w:proofErr w:type="spellStart"/>
            <w:r w:rsidRPr="0054264C">
              <w:rPr>
                <w:rFonts w:cs="Times New Roman"/>
                <w:szCs w:val="24"/>
              </w:rPr>
              <w:t>S.Kom</w:t>
            </w:r>
            <w:proofErr w:type="spellEnd"/>
            <w:r w:rsidRPr="0054264C">
              <w:rPr>
                <w:rFonts w:cs="Times New Roman"/>
                <w:szCs w:val="24"/>
              </w:rPr>
              <w:t>., Gr)</w:t>
            </w:r>
          </w:p>
          <w:p w14:paraId="19A08142" w14:textId="77777777" w:rsidR="00EB7578" w:rsidRPr="0054264C" w:rsidRDefault="00EB7578" w:rsidP="00636332">
            <w:pPr>
              <w:spacing w:line="360" w:lineRule="auto"/>
              <w:jc w:val="center"/>
              <w:rPr>
                <w:rFonts w:cs="Times New Roman"/>
                <w:szCs w:val="24"/>
              </w:rPr>
            </w:pPr>
          </w:p>
        </w:tc>
        <w:tc>
          <w:tcPr>
            <w:tcW w:w="4621" w:type="dxa"/>
          </w:tcPr>
          <w:p w14:paraId="3D8B8649" w14:textId="77777777" w:rsidR="00EB7578" w:rsidRPr="0054264C" w:rsidRDefault="00EB7578" w:rsidP="00636332">
            <w:pPr>
              <w:jc w:val="center"/>
              <w:rPr>
                <w:rFonts w:cs="Times New Roman"/>
                <w:szCs w:val="24"/>
              </w:rPr>
            </w:pPr>
            <w:proofErr w:type="spellStart"/>
            <w:r w:rsidRPr="0054264C">
              <w:rPr>
                <w:rFonts w:cs="Times New Roman"/>
                <w:szCs w:val="24"/>
              </w:rPr>
              <w:t>Sekretaris</w:t>
            </w:r>
            <w:proofErr w:type="spellEnd"/>
          </w:p>
          <w:p w14:paraId="2CAB7909" w14:textId="77777777" w:rsidR="00EB7578" w:rsidRPr="0054264C" w:rsidRDefault="00EB7578" w:rsidP="00636332">
            <w:pPr>
              <w:jc w:val="center"/>
              <w:rPr>
                <w:rFonts w:cs="Times New Roman"/>
                <w:szCs w:val="24"/>
              </w:rPr>
            </w:pPr>
          </w:p>
          <w:p w14:paraId="494F11EE" w14:textId="77777777" w:rsidR="00EB7578" w:rsidRPr="0054264C" w:rsidRDefault="00EB7578" w:rsidP="00636332">
            <w:pPr>
              <w:jc w:val="center"/>
              <w:rPr>
                <w:rFonts w:cs="Times New Roman"/>
                <w:szCs w:val="24"/>
              </w:rPr>
            </w:pPr>
            <w:r w:rsidRPr="0054264C">
              <w:rPr>
                <w:rFonts w:cs="Times New Roman"/>
                <w:noProof/>
                <w:szCs w:val="24"/>
              </w:rPr>
              <w:drawing>
                <wp:inline distT="0" distB="0" distL="0" distR="0" wp14:anchorId="0A0BC2A1" wp14:editId="00365FE0">
                  <wp:extent cx="2249805" cy="6032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9805" cy="603250"/>
                          </a:xfrm>
                          <a:prstGeom prst="rect">
                            <a:avLst/>
                          </a:prstGeom>
                          <a:noFill/>
                        </pic:spPr>
                      </pic:pic>
                    </a:graphicData>
                  </a:graphic>
                </wp:inline>
              </w:drawing>
            </w:r>
          </w:p>
          <w:p w14:paraId="796FB21F" w14:textId="77777777" w:rsidR="00EB7578" w:rsidRPr="0054264C" w:rsidRDefault="00EB7578" w:rsidP="00636332">
            <w:pPr>
              <w:spacing w:line="360" w:lineRule="auto"/>
              <w:jc w:val="center"/>
              <w:rPr>
                <w:rFonts w:cs="Times New Roman"/>
                <w:szCs w:val="24"/>
              </w:rPr>
            </w:pPr>
            <w:r w:rsidRPr="0054264C">
              <w:rPr>
                <w:rFonts w:cs="Times New Roman"/>
                <w:szCs w:val="24"/>
              </w:rPr>
              <w:t>(</w:t>
            </w:r>
            <w:proofErr w:type="spellStart"/>
            <w:r w:rsidRPr="0054264C">
              <w:rPr>
                <w:rFonts w:cs="Times New Roman"/>
                <w:szCs w:val="24"/>
              </w:rPr>
              <w:t>Umra</w:t>
            </w:r>
            <w:proofErr w:type="spellEnd"/>
            <w:r w:rsidRPr="0054264C">
              <w:rPr>
                <w:rFonts w:cs="Times New Roman"/>
                <w:szCs w:val="24"/>
              </w:rPr>
              <w:t xml:space="preserve"> </w:t>
            </w:r>
            <w:proofErr w:type="spellStart"/>
            <w:r w:rsidRPr="0054264C">
              <w:rPr>
                <w:rFonts w:cs="Times New Roman"/>
                <w:szCs w:val="24"/>
              </w:rPr>
              <w:t>Dani</w:t>
            </w:r>
            <w:proofErr w:type="spellEnd"/>
            <w:r w:rsidRPr="0054264C">
              <w:rPr>
                <w:rFonts w:cs="Times New Roman"/>
                <w:szCs w:val="24"/>
              </w:rPr>
              <w:t xml:space="preserve">, </w:t>
            </w:r>
            <w:proofErr w:type="spellStart"/>
            <w:r w:rsidRPr="0054264C">
              <w:rPr>
                <w:rFonts w:cs="Times New Roman"/>
                <w:szCs w:val="24"/>
              </w:rPr>
              <w:t>S.kom</w:t>
            </w:r>
            <w:proofErr w:type="spellEnd"/>
            <w:r w:rsidRPr="0054264C">
              <w:rPr>
                <w:rFonts w:cs="Times New Roman"/>
                <w:szCs w:val="24"/>
              </w:rPr>
              <w:t xml:space="preserve">., </w:t>
            </w:r>
            <w:proofErr w:type="spellStart"/>
            <w:r w:rsidRPr="0054264C">
              <w:rPr>
                <w:rFonts w:cs="Times New Roman"/>
                <w:szCs w:val="24"/>
              </w:rPr>
              <w:t>M.kom</w:t>
            </w:r>
            <w:proofErr w:type="spellEnd"/>
            <w:r w:rsidRPr="0054264C">
              <w:rPr>
                <w:rFonts w:cs="Times New Roman"/>
                <w:szCs w:val="24"/>
              </w:rPr>
              <w:t>)</w:t>
            </w:r>
          </w:p>
        </w:tc>
      </w:tr>
    </w:tbl>
    <w:p w14:paraId="2AE62834" w14:textId="77777777" w:rsidR="00EB7578" w:rsidRPr="0054264C" w:rsidRDefault="00EB7578" w:rsidP="00EB7578">
      <w:pPr>
        <w:spacing w:after="0"/>
        <w:jc w:val="center"/>
        <w:rPr>
          <w:rFonts w:cs="Times New Roman"/>
          <w:szCs w:val="24"/>
        </w:rPr>
      </w:pPr>
    </w:p>
    <w:p w14:paraId="5AA12C34" w14:textId="77777777" w:rsidR="00EB7578" w:rsidRPr="0054264C" w:rsidRDefault="00EB7578" w:rsidP="00EB7578">
      <w:pPr>
        <w:spacing w:after="0"/>
        <w:jc w:val="center"/>
        <w:rPr>
          <w:rFonts w:cs="Times New Roman"/>
          <w:szCs w:val="24"/>
        </w:rPr>
      </w:pPr>
      <w:proofErr w:type="spellStart"/>
      <w:r w:rsidRPr="0054264C">
        <w:rPr>
          <w:rFonts w:cs="Times New Roman"/>
          <w:szCs w:val="24"/>
        </w:rPr>
        <w:t>Mengetahui</w:t>
      </w:r>
      <w:proofErr w:type="spellEnd"/>
      <w:r w:rsidRPr="0054264C">
        <w:rPr>
          <w:rFonts w:cs="Times New Roman"/>
          <w:szCs w:val="24"/>
        </w:rPr>
        <w:t>,</w:t>
      </w:r>
    </w:p>
    <w:p w14:paraId="7429B482" w14:textId="77777777" w:rsidR="00EB7578" w:rsidRPr="0054264C" w:rsidRDefault="00EB7578" w:rsidP="00EB7578">
      <w:pPr>
        <w:spacing w:after="0"/>
        <w:jc w:val="center"/>
        <w:rPr>
          <w:rFonts w:cs="Times New Roman"/>
          <w:szCs w:val="24"/>
        </w:rPr>
      </w:pPr>
      <w:proofErr w:type="spellStart"/>
      <w:r w:rsidRPr="0054264C">
        <w:rPr>
          <w:rFonts w:cs="Times New Roman"/>
          <w:szCs w:val="24"/>
        </w:rPr>
        <w:t>Kepala</w:t>
      </w:r>
      <w:proofErr w:type="spellEnd"/>
      <w:r w:rsidRPr="0054264C">
        <w:rPr>
          <w:rFonts w:cs="Times New Roman"/>
          <w:szCs w:val="24"/>
        </w:rPr>
        <w:t xml:space="preserve"> </w:t>
      </w:r>
      <w:proofErr w:type="spellStart"/>
      <w:r w:rsidRPr="0054264C">
        <w:rPr>
          <w:rFonts w:cs="Times New Roman"/>
          <w:szCs w:val="24"/>
        </w:rPr>
        <w:t>Cabang</w:t>
      </w:r>
      <w:proofErr w:type="spellEnd"/>
      <w:r w:rsidRPr="0054264C">
        <w:rPr>
          <w:rFonts w:cs="Times New Roman"/>
          <w:szCs w:val="24"/>
        </w:rPr>
        <w:t xml:space="preserve"> </w:t>
      </w:r>
      <w:proofErr w:type="spellStart"/>
      <w:r w:rsidRPr="0054264C">
        <w:rPr>
          <w:rFonts w:cs="Times New Roman"/>
          <w:szCs w:val="24"/>
        </w:rPr>
        <w:t>Dinas</w:t>
      </w:r>
      <w:proofErr w:type="spellEnd"/>
      <w:r w:rsidRPr="0054264C">
        <w:rPr>
          <w:rFonts w:cs="Times New Roman"/>
          <w:szCs w:val="24"/>
        </w:rPr>
        <w:t xml:space="preserve"> </w:t>
      </w:r>
      <w:proofErr w:type="spellStart"/>
      <w:r w:rsidRPr="0054264C">
        <w:rPr>
          <w:rFonts w:cs="Times New Roman"/>
          <w:szCs w:val="24"/>
        </w:rPr>
        <w:t>pendidikan</w:t>
      </w:r>
      <w:proofErr w:type="spellEnd"/>
      <w:r w:rsidRPr="0054264C">
        <w:rPr>
          <w:rFonts w:cs="Times New Roman"/>
          <w:szCs w:val="24"/>
        </w:rPr>
        <w:t xml:space="preserve"> </w:t>
      </w:r>
    </w:p>
    <w:p w14:paraId="7EFED576" w14:textId="77777777" w:rsidR="00EB7578" w:rsidRPr="0054264C" w:rsidRDefault="00EB7578" w:rsidP="00EB7578">
      <w:pPr>
        <w:spacing w:after="0"/>
        <w:jc w:val="center"/>
        <w:rPr>
          <w:rFonts w:cs="Times New Roman"/>
          <w:szCs w:val="24"/>
        </w:rPr>
      </w:pPr>
      <w:r w:rsidRPr="0054264C">
        <w:rPr>
          <w:rFonts w:cs="Times New Roman"/>
          <w:szCs w:val="24"/>
        </w:rPr>
        <w:t xml:space="preserve">Wilayah </w:t>
      </w:r>
      <w:proofErr w:type="spellStart"/>
      <w:r w:rsidRPr="0054264C">
        <w:rPr>
          <w:rFonts w:cs="Times New Roman"/>
          <w:szCs w:val="24"/>
        </w:rPr>
        <w:t>kabupaten</w:t>
      </w:r>
      <w:proofErr w:type="spellEnd"/>
      <w:r w:rsidRPr="0054264C">
        <w:rPr>
          <w:rFonts w:cs="Times New Roman"/>
          <w:szCs w:val="24"/>
        </w:rPr>
        <w:t xml:space="preserve"> Aceh Tenggara</w:t>
      </w:r>
    </w:p>
    <w:p w14:paraId="115001FC" w14:textId="77777777" w:rsidR="00EB7578" w:rsidRPr="0054264C" w:rsidRDefault="00EB7578" w:rsidP="00EB7578">
      <w:pPr>
        <w:spacing w:line="360" w:lineRule="auto"/>
        <w:rPr>
          <w:rFonts w:cs="Times New Roman"/>
          <w:szCs w:val="24"/>
        </w:rPr>
      </w:pPr>
    </w:p>
    <w:p w14:paraId="4568EC99" w14:textId="77777777" w:rsidR="00EB7578" w:rsidRPr="0054264C" w:rsidRDefault="00EB7578" w:rsidP="00EB7578">
      <w:pPr>
        <w:spacing w:after="0"/>
        <w:jc w:val="center"/>
        <w:rPr>
          <w:rFonts w:cs="Times New Roman"/>
          <w:szCs w:val="24"/>
        </w:rPr>
      </w:pPr>
      <w:r w:rsidRPr="0054264C">
        <w:rPr>
          <w:rFonts w:cs="Times New Roman"/>
          <w:szCs w:val="24"/>
        </w:rPr>
        <w:t xml:space="preserve">(Jufri.RM, </w:t>
      </w:r>
      <w:proofErr w:type="spellStart"/>
      <w:proofErr w:type="gramStart"/>
      <w:r w:rsidRPr="0054264C">
        <w:rPr>
          <w:rFonts w:cs="Times New Roman"/>
          <w:szCs w:val="24"/>
        </w:rPr>
        <w:t>S.Pd</w:t>
      </w:r>
      <w:proofErr w:type="spellEnd"/>
      <w:r w:rsidRPr="0054264C">
        <w:rPr>
          <w:rFonts w:cs="Times New Roman"/>
          <w:szCs w:val="24"/>
        </w:rPr>
        <w:t>.,</w:t>
      </w:r>
      <w:proofErr w:type="gramEnd"/>
      <w:r w:rsidRPr="0054264C">
        <w:rPr>
          <w:rFonts w:cs="Times New Roman"/>
          <w:szCs w:val="24"/>
        </w:rPr>
        <w:t xml:space="preserve"> </w:t>
      </w:r>
      <w:proofErr w:type="spellStart"/>
      <w:r w:rsidRPr="0054264C">
        <w:rPr>
          <w:rFonts w:cs="Times New Roman"/>
          <w:szCs w:val="24"/>
        </w:rPr>
        <w:t>M.Si</w:t>
      </w:r>
      <w:proofErr w:type="spellEnd"/>
      <w:r w:rsidRPr="0054264C">
        <w:rPr>
          <w:rFonts w:cs="Times New Roman"/>
          <w:szCs w:val="24"/>
        </w:rPr>
        <w:t>)</w:t>
      </w:r>
    </w:p>
    <w:p w14:paraId="6549916E" w14:textId="77777777" w:rsidR="00EB7578" w:rsidRPr="0054264C" w:rsidRDefault="00EB7578" w:rsidP="00EB7578">
      <w:pPr>
        <w:spacing w:after="0"/>
        <w:jc w:val="center"/>
        <w:rPr>
          <w:rFonts w:cs="Times New Roman"/>
          <w:szCs w:val="24"/>
        </w:rPr>
      </w:pPr>
      <w:r w:rsidRPr="0054264C">
        <w:rPr>
          <w:rFonts w:cs="Times New Roman"/>
          <w:szCs w:val="24"/>
        </w:rPr>
        <w:t xml:space="preserve">NIP. </w:t>
      </w:r>
      <w:r w:rsidRPr="0054264C">
        <w:rPr>
          <w:rFonts w:cs="Times New Roman"/>
          <w:color w:val="000000"/>
          <w:szCs w:val="24"/>
        </w:rPr>
        <w:t>197002201998011001</w:t>
      </w:r>
    </w:p>
    <w:p w14:paraId="51EAAE88" w14:textId="77777777" w:rsidR="00E75779" w:rsidRDefault="0064455C">
      <w:r>
        <w:br w:type="page"/>
      </w:r>
    </w:p>
    <w:p w14:paraId="5DCFA984" w14:textId="02A72178" w:rsidR="00FA5CF3" w:rsidRPr="00FA5CF3" w:rsidRDefault="0064455C" w:rsidP="00FA5CF3">
      <w:pPr>
        <w:jc w:val="center"/>
        <w:rPr>
          <w:b/>
          <w:sz w:val="28"/>
        </w:rPr>
      </w:pPr>
      <w:r>
        <w:rPr>
          <w:b/>
          <w:sz w:val="28"/>
        </w:rPr>
        <w:lastRenderedPageBreak/>
        <w:t>KATA PENGANTAR</w:t>
      </w:r>
    </w:p>
    <w:p w14:paraId="3E84EF2C" w14:textId="77777777" w:rsidR="00E75779" w:rsidRDefault="0064455C" w:rsidP="0054264C">
      <w:pPr>
        <w:spacing w:line="360" w:lineRule="auto"/>
        <w:ind w:firstLine="567"/>
        <w:jc w:val="both"/>
      </w:pPr>
      <w:r>
        <w:t>Puji syukur ke hadirat Tuhan Yang Maha Esa karena atas rahmat dan karunia-Nya laporan kegiatan MGMP Teknik Informatika dan Komputer mengenai Evaluasi Pembelajaran dan Analisis</w:t>
      </w:r>
      <w:r>
        <w:t xml:space="preserve"> Hasil Belajar Peserta Didik Semester Ganjil melalui pembelajaran daring Tahun Pelajaran 2026/2027 dapat disusun dengan baik.</w:t>
      </w:r>
    </w:p>
    <w:p w14:paraId="0CD84D38" w14:textId="77777777" w:rsidR="00E75779" w:rsidRDefault="0064455C" w:rsidP="0054264C">
      <w:pPr>
        <w:spacing w:line="360" w:lineRule="auto"/>
        <w:ind w:firstLine="567"/>
        <w:jc w:val="both"/>
      </w:pPr>
      <w:r>
        <w:t>Kegiatan ini dilaksanakan sebagai sarana koordinasi, refleksi, dan evaluasi bagi guru-guru Teknik Informatika dan Komputer terhada</w:t>
      </w:r>
      <w:r>
        <w:t>p pelaksanaan pembelajaran daring. Evaluasi mencakup perencanaan pembelajaran, pelaksanaan pembelajaran melalui media daring, asesmen, partisipasi peserta didik, serta analisis pencapaian hasil belajar.</w:t>
      </w:r>
    </w:p>
    <w:p w14:paraId="611715D7" w14:textId="77777777" w:rsidR="00E75779" w:rsidRDefault="0064455C" w:rsidP="0054264C">
      <w:pPr>
        <w:spacing w:line="360" w:lineRule="auto"/>
        <w:ind w:firstLine="567"/>
        <w:jc w:val="both"/>
      </w:pPr>
      <w:r>
        <w:t>Hasil kegiatan MGMP ini diharapkan menjadi dasar untu</w:t>
      </w:r>
      <w:r>
        <w:t>k melakukan perbaikan dan tindak lanjut pembelajaran pada semester berikutnya, khususnya dalam meningkatkan efektivitas pembelajaran daring dan pencapaian kompetensi peserta didik.</w:t>
      </w:r>
    </w:p>
    <w:p w14:paraId="4DADB14C" w14:textId="77777777" w:rsidR="00E75779" w:rsidRDefault="0064455C" w:rsidP="0054264C">
      <w:pPr>
        <w:spacing w:line="360" w:lineRule="auto"/>
        <w:ind w:firstLine="567"/>
        <w:jc w:val="both"/>
      </w:pPr>
      <w:r>
        <w:t xml:space="preserve">Kami menyadari laporan ini masih dapat disempurnakan. Oleh karena itu, </w:t>
      </w:r>
      <w:r>
        <w:t>saran dan masukan yang membangun sangat diharapkan.</w:t>
      </w:r>
    </w:p>
    <w:p w14:paraId="1B77826F" w14:textId="77777777" w:rsidR="00E75779" w:rsidRDefault="00E75779"/>
    <w:p w14:paraId="75DA2F8F" w14:textId="2F33AB3B" w:rsidR="0054264C" w:rsidRPr="00DD2A10" w:rsidRDefault="0054264C" w:rsidP="0054264C">
      <w:pPr>
        <w:spacing w:line="360" w:lineRule="auto"/>
        <w:ind w:left="4320" w:firstLine="720"/>
        <w:rPr>
          <w:rFonts w:cs="Times New Roman"/>
          <w:szCs w:val="24"/>
        </w:rPr>
      </w:pPr>
      <w:r w:rsidRPr="00DD2A10">
        <w:rPr>
          <w:rFonts w:cs="Times New Roman"/>
          <w:szCs w:val="24"/>
        </w:rPr>
        <w:t>Aceh Tenggara, 1</w:t>
      </w:r>
      <w:r>
        <w:rPr>
          <w:rFonts w:cs="Times New Roman"/>
          <w:szCs w:val="24"/>
        </w:rPr>
        <w:t>5 Agustus</w:t>
      </w:r>
      <w:r w:rsidRPr="00DD2A10">
        <w:rPr>
          <w:rFonts w:cs="Times New Roman"/>
          <w:szCs w:val="24"/>
        </w:rPr>
        <w:t xml:space="preserve"> 2026</w:t>
      </w:r>
    </w:p>
    <w:p w14:paraId="4E5F7CA8" w14:textId="77777777" w:rsidR="0054264C" w:rsidRPr="00DD2A10" w:rsidRDefault="0054264C" w:rsidP="0054264C">
      <w:pPr>
        <w:spacing w:line="360" w:lineRule="auto"/>
        <w:ind w:left="720"/>
        <w:rPr>
          <w:rFonts w:cs="Times New Roman"/>
          <w:szCs w:val="24"/>
        </w:rPr>
      </w:pPr>
    </w:p>
    <w:p w14:paraId="403E0EAD" w14:textId="77777777" w:rsidR="0054264C" w:rsidRPr="00DD2A10" w:rsidRDefault="0054264C" w:rsidP="0054264C">
      <w:pPr>
        <w:spacing w:line="360" w:lineRule="auto"/>
        <w:ind w:left="5040" w:firstLine="720"/>
        <w:rPr>
          <w:rFonts w:cs="Times New Roman"/>
          <w:szCs w:val="24"/>
        </w:rPr>
      </w:pPr>
      <w:proofErr w:type="spellStart"/>
      <w:r w:rsidRPr="00DD2A10">
        <w:rPr>
          <w:rFonts w:cs="Times New Roman"/>
          <w:szCs w:val="24"/>
        </w:rPr>
        <w:t>Penyusun</w:t>
      </w:r>
      <w:proofErr w:type="spellEnd"/>
    </w:p>
    <w:p w14:paraId="1B45E5DE" w14:textId="77777777" w:rsidR="00E75779" w:rsidRDefault="0064455C">
      <w:r>
        <w:br w:type="page"/>
      </w:r>
    </w:p>
    <w:p w14:paraId="63904226" w14:textId="77777777" w:rsidR="00E75779" w:rsidRPr="0054264C" w:rsidRDefault="0064455C">
      <w:pPr>
        <w:jc w:val="center"/>
        <w:rPr>
          <w:sz w:val="32"/>
          <w:szCs w:val="32"/>
        </w:rPr>
      </w:pPr>
      <w:r w:rsidRPr="0054264C">
        <w:rPr>
          <w:b/>
          <w:sz w:val="32"/>
          <w:szCs w:val="32"/>
        </w:rPr>
        <w:lastRenderedPageBreak/>
        <w:t>DAFTAR ISI</w:t>
      </w:r>
    </w:p>
    <w:p w14:paraId="3046971A" w14:textId="77777777" w:rsidR="00E75779" w:rsidRPr="0054264C" w:rsidRDefault="0064455C" w:rsidP="0054264C">
      <w:pPr>
        <w:spacing w:line="360" w:lineRule="auto"/>
        <w:rPr>
          <w:szCs w:val="24"/>
        </w:rPr>
      </w:pPr>
      <w:r w:rsidRPr="0054264C">
        <w:rPr>
          <w:szCs w:val="24"/>
        </w:rPr>
        <w:t>LEMBAR PENGESAHAN</w:t>
      </w:r>
    </w:p>
    <w:p w14:paraId="1F1F9E7C" w14:textId="77777777" w:rsidR="00E75779" w:rsidRPr="0054264C" w:rsidRDefault="0064455C" w:rsidP="0054264C">
      <w:pPr>
        <w:spacing w:line="360" w:lineRule="auto"/>
        <w:rPr>
          <w:szCs w:val="24"/>
        </w:rPr>
      </w:pPr>
      <w:r w:rsidRPr="0054264C">
        <w:rPr>
          <w:szCs w:val="24"/>
        </w:rPr>
        <w:t>KATA PENGANTAR</w:t>
      </w:r>
    </w:p>
    <w:p w14:paraId="1B0FACF4" w14:textId="77777777" w:rsidR="00E75779" w:rsidRPr="0054264C" w:rsidRDefault="0064455C" w:rsidP="0054264C">
      <w:pPr>
        <w:spacing w:line="360" w:lineRule="auto"/>
        <w:rPr>
          <w:szCs w:val="24"/>
        </w:rPr>
      </w:pPr>
      <w:r w:rsidRPr="0054264C">
        <w:rPr>
          <w:szCs w:val="24"/>
        </w:rPr>
        <w:t>BAB I PENDAHULUAN</w:t>
      </w:r>
    </w:p>
    <w:p w14:paraId="436ABF11" w14:textId="77777777" w:rsidR="00E75779" w:rsidRPr="0054264C" w:rsidRDefault="0064455C" w:rsidP="0054264C">
      <w:pPr>
        <w:spacing w:line="360" w:lineRule="auto"/>
        <w:rPr>
          <w:szCs w:val="24"/>
        </w:rPr>
      </w:pPr>
      <w:r w:rsidRPr="0054264C">
        <w:rPr>
          <w:szCs w:val="24"/>
        </w:rPr>
        <w:t>BAB II PELAKSANAAN KEGIATAN MGMP</w:t>
      </w:r>
    </w:p>
    <w:p w14:paraId="7130D261" w14:textId="77777777" w:rsidR="00E75779" w:rsidRPr="0054264C" w:rsidRDefault="0064455C" w:rsidP="0054264C">
      <w:pPr>
        <w:spacing w:line="360" w:lineRule="auto"/>
        <w:rPr>
          <w:szCs w:val="24"/>
        </w:rPr>
      </w:pPr>
      <w:r w:rsidRPr="0054264C">
        <w:rPr>
          <w:szCs w:val="24"/>
        </w:rPr>
        <w:t>BAB III EVALUASI PELAKSANAAN PEMBELAJARAN DARING</w:t>
      </w:r>
    </w:p>
    <w:p w14:paraId="7903BFF5" w14:textId="77777777" w:rsidR="00E75779" w:rsidRPr="0054264C" w:rsidRDefault="0064455C" w:rsidP="0054264C">
      <w:pPr>
        <w:spacing w:line="360" w:lineRule="auto"/>
        <w:rPr>
          <w:szCs w:val="24"/>
        </w:rPr>
      </w:pPr>
      <w:r w:rsidRPr="0054264C">
        <w:rPr>
          <w:szCs w:val="24"/>
        </w:rPr>
        <w:t xml:space="preserve">BAB IV ANALISIS </w:t>
      </w:r>
      <w:r w:rsidRPr="0054264C">
        <w:rPr>
          <w:szCs w:val="24"/>
        </w:rPr>
        <w:t>HASIL BELAJAR PESERTA DIDIK</w:t>
      </w:r>
    </w:p>
    <w:p w14:paraId="1FE8096D" w14:textId="77777777" w:rsidR="00E75779" w:rsidRPr="0054264C" w:rsidRDefault="0064455C" w:rsidP="0054264C">
      <w:pPr>
        <w:spacing w:line="360" w:lineRule="auto"/>
        <w:rPr>
          <w:szCs w:val="24"/>
        </w:rPr>
      </w:pPr>
      <w:r w:rsidRPr="0054264C">
        <w:rPr>
          <w:szCs w:val="24"/>
        </w:rPr>
        <w:t>BAB V TINDAK LANJUT</w:t>
      </w:r>
    </w:p>
    <w:p w14:paraId="23BE51F9" w14:textId="77777777" w:rsidR="00E75779" w:rsidRPr="0054264C" w:rsidRDefault="0064455C" w:rsidP="0054264C">
      <w:pPr>
        <w:spacing w:line="360" w:lineRule="auto"/>
        <w:rPr>
          <w:szCs w:val="24"/>
        </w:rPr>
      </w:pPr>
      <w:r w:rsidRPr="0054264C">
        <w:rPr>
          <w:szCs w:val="24"/>
        </w:rPr>
        <w:t>BAB VI PENUTUP</w:t>
      </w:r>
    </w:p>
    <w:p w14:paraId="575B79D9" w14:textId="77777777" w:rsidR="00E75779" w:rsidRPr="0054264C" w:rsidRDefault="0064455C" w:rsidP="0054264C">
      <w:pPr>
        <w:spacing w:line="360" w:lineRule="auto"/>
        <w:rPr>
          <w:szCs w:val="24"/>
        </w:rPr>
      </w:pPr>
      <w:r w:rsidRPr="0054264C">
        <w:rPr>
          <w:szCs w:val="24"/>
        </w:rPr>
        <w:t>LAMPIRAN</w:t>
      </w:r>
    </w:p>
    <w:p w14:paraId="6B5E631B" w14:textId="77777777" w:rsidR="00E75779" w:rsidRDefault="0064455C">
      <w:r>
        <w:br w:type="page"/>
      </w:r>
    </w:p>
    <w:p w14:paraId="1F0CE484" w14:textId="77777777" w:rsidR="00E75779" w:rsidRPr="0054264C" w:rsidRDefault="0064455C" w:rsidP="0054264C">
      <w:pPr>
        <w:spacing w:after="0"/>
        <w:jc w:val="center"/>
        <w:rPr>
          <w:sz w:val="32"/>
          <w:szCs w:val="32"/>
        </w:rPr>
      </w:pPr>
      <w:r w:rsidRPr="0054264C">
        <w:rPr>
          <w:b/>
          <w:sz w:val="32"/>
          <w:szCs w:val="32"/>
        </w:rPr>
        <w:lastRenderedPageBreak/>
        <w:t>BAB I</w:t>
      </w:r>
    </w:p>
    <w:p w14:paraId="4CA77066" w14:textId="77777777" w:rsidR="00E75779" w:rsidRPr="0054264C" w:rsidRDefault="0064455C" w:rsidP="0054264C">
      <w:pPr>
        <w:spacing w:after="0"/>
        <w:jc w:val="center"/>
        <w:rPr>
          <w:b/>
          <w:sz w:val="32"/>
          <w:szCs w:val="32"/>
        </w:rPr>
      </w:pPr>
      <w:r w:rsidRPr="0054264C">
        <w:rPr>
          <w:b/>
          <w:sz w:val="32"/>
          <w:szCs w:val="32"/>
        </w:rPr>
        <w:t>PENDAHULUAN</w:t>
      </w:r>
    </w:p>
    <w:p w14:paraId="6EF26F58" w14:textId="77777777" w:rsidR="0054264C" w:rsidRDefault="0054264C" w:rsidP="0054264C">
      <w:pPr>
        <w:spacing w:after="0"/>
        <w:jc w:val="center"/>
      </w:pPr>
    </w:p>
    <w:p w14:paraId="4E8FC7BB" w14:textId="77777777" w:rsidR="00E75779" w:rsidRDefault="0064455C">
      <w:r>
        <w:rPr>
          <w:b/>
        </w:rPr>
        <w:t>A. Latar Belakang</w:t>
      </w:r>
    </w:p>
    <w:p w14:paraId="7CEE2021" w14:textId="77777777" w:rsidR="00E75779" w:rsidRDefault="0064455C" w:rsidP="0054264C">
      <w:pPr>
        <w:spacing w:line="360" w:lineRule="auto"/>
        <w:ind w:left="284" w:firstLine="283"/>
        <w:jc w:val="both"/>
      </w:pPr>
      <w:r>
        <w:t>Perkembangan teknologi informasi telah mendorong penggunaan pembelajaran daring sebagai salah satu alternatif dalam pelaksanaan proses pendidikan. Dalam pembelajaran Teknik Informatika dan Komputer, penggunaan media digital, platform pembelajaran, aplikasi</w:t>
      </w:r>
      <w:r>
        <w:t xml:space="preserve"> konferensi video, dan sistem manajemen pembelajaran menjadi bagian penting </w:t>
      </w:r>
      <w:proofErr w:type="spellStart"/>
      <w:r>
        <w:t>dalam</w:t>
      </w:r>
      <w:proofErr w:type="spellEnd"/>
      <w:r>
        <w:t xml:space="preserve"> </w:t>
      </w:r>
      <w:proofErr w:type="spellStart"/>
      <w:r>
        <w:t>mendukung</w:t>
      </w:r>
      <w:proofErr w:type="spellEnd"/>
      <w:r>
        <w:t xml:space="preserve"> </w:t>
      </w:r>
      <w:proofErr w:type="spellStart"/>
      <w:r>
        <w:t>penyampaian</w:t>
      </w:r>
      <w:proofErr w:type="spellEnd"/>
      <w:r>
        <w:t xml:space="preserve"> </w:t>
      </w:r>
      <w:proofErr w:type="spellStart"/>
      <w:r>
        <w:t>materi</w:t>
      </w:r>
      <w:proofErr w:type="spellEnd"/>
      <w:r>
        <w:t xml:space="preserve"> </w:t>
      </w:r>
      <w:proofErr w:type="spellStart"/>
      <w:r>
        <w:t>serta</w:t>
      </w:r>
      <w:proofErr w:type="spellEnd"/>
      <w:r>
        <w:t xml:space="preserve"> </w:t>
      </w:r>
      <w:proofErr w:type="spellStart"/>
      <w:r>
        <w:t>pelaksanaan</w:t>
      </w:r>
      <w:proofErr w:type="spellEnd"/>
      <w:r>
        <w:t xml:space="preserve"> </w:t>
      </w:r>
      <w:proofErr w:type="spellStart"/>
      <w:r>
        <w:t>praktik</w:t>
      </w:r>
      <w:proofErr w:type="spellEnd"/>
      <w:r>
        <w:t>.</w:t>
      </w:r>
    </w:p>
    <w:p w14:paraId="565391F7" w14:textId="77777777" w:rsidR="00E75779" w:rsidRDefault="0064455C" w:rsidP="0054264C">
      <w:pPr>
        <w:spacing w:line="360" w:lineRule="auto"/>
        <w:ind w:left="284" w:firstLine="283"/>
        <w:jc w:val="both"/>
      </w:pPr>
      <w:r>
        <w:t>Pelaksanaan pembelajaran daring perlu dievaluasi secara berkala untuk mengetahui tingkat keterlaksanaan program, efekt</w:t>
      </w:r>
      <w:r>
        <w:t xml:space="preserve">ivitas metode dan media yang digunakan, tingkat partisipasi peserta didik, serta ketercapaian hasil belajar. Oleh sebab itu, MGMP Teknik Informatika dan Komputer melaksanakan kegiatan evaluasi pembelajaran dan analisis </w:t>
      </w:r>
      <w:proofErr w:type="spellStart"/>
      <w:r>
        <w:t>hasil</w:t>
      </w:r>
      <w:proofErr w:type="spellEnd"/>
      <w:r>
        <w:t xml:space="preserve"> </w:t>
      </w:r>
      <w:proofErr w:type="spellStart"/>
      <w:r>
        <w:t>belajar</w:t>
      </w:r>
      <w:proofErr w:type="spellEnd"/>
      <w:r>
        <w:t xml:space="preserve"> Semester </w:t>
      </w:r>
      <w:proofErr w:type="spellStart"/>
      <w:r>
        <w:t>Ganjil</w:t>
      </w:r>
      <w:proofErr w:type="spellEnd"/>
      <w:r>
        <w:t xml:space="preserve"> </w:t>
      </w:r>
      <w:proofErr w:type="spellStart"/>
      <w:r>
        <w:t>Tahun</w:t>
      </w:r>
      <w:proofErr w:type="spellEnd"/>
      <w:r>
        <w:t xml:space="preserve"> </w:t>
      </w:r>
      <w:proofErr w:type="spellStart"/>
      <w:r>
        <w:t>P</w:t>
      </w:r>
      <w:r>
        <w:t>elajaran</w:t>
      </w:r>
      <w:proofErr w:type="spellEnd"/>
      <w:r>
        <w:t xml:space="preserve"> 2026/2027.</w:t>
      </w:r>
    </w:p>
    <w:p w14:paraId="5F1393DC" w14:textId="77777777" w:rsidR="00E75779" w:rsidRDefault="0064455C" w:rsidP="0054264C">
      <w:pPr>
        <w:spacing w:line="360" w:lineRule="auto"/>
        <w:jc w:val="both"/>
      </w:pPr>
      <w:r>
        <w:rPr>
          <w:b/>
        </w:rPr>
        <w:t>B. Tujuan Kegiatan</w:t>
      </w:r>
    </w:p>
    <w:p w14:paraId="0D1C44AE" w14:textId="565BB474" w:rsidR="00E75779" w:rsidRDefault="0064455C" w:rsidP="0054264C">
      <w:pPr>
        <w:pStyle w:val="ListBullet"/>
        <w:tabs>
          <w:tab w:val="clear" w:pos="360"/>
          <w:tab w:val="num" w:pos="709"/>
        </w:tabs>
        <w:spacing w:line="360" w:lineRule="auto"/>
        <w:ind w:hanging="76"/>
        <w:jc w:val="both"/>
      </w:pPr>
      <w:r>
        <w:t xml:space="preserve">Mengevaluasi pelaksanaan pembelajaran </w:t>
      </w:r>
      <w:proofErr w:type="spellStart"/>
      <w:r>
        <w:t>Teknik</w:t>
      </w:r>
      <w:proofErr w:type="spellEnd"/>
      <w:r>
        <w:t xml:space="preserve"> </w:t>
      </w:r>
      <w:proofErr w:type="spellStart"/>
      <w:r>
        <w:t>Informatika</w:t>
      </w:r>
      <w:proofErr w:type="spellEnd"/>
      <w:r>
        <w:t xml:space="preserve"> </w:t>
      </w:r>
      <w:proofErr w:type="spellStart"/>
      <w:r>
        <w:t>dan</w:t>
      </w:r>
      <w:proofErr w:type="spellEnd"/>
      <w:r>
        <w:t xml:space="preserve"> </w:t>
      </w:r>
      <w:proofErr w:type="spellStart"/>
      <w:r>
        <w:t>Komputer</w:t>
      </w:r>
      <w:proofErr w:type="spellEnd"/>
      <w:r>
        <w:t xml:space="preserve"> </w:t>
      </w:r>
      <w:proofErr w:type="spellStart"/>
      <w:r>
        <w:t>melalui</w:t>
      </w:r>
      <w:proofErr w:type="spellEnd"/>
      <w:r>
        <w:t xml:space="preserve"> </w:t>
      </w:r>
      <w:r w:rsidR="0054264C">
        <w:t xml:space="preserve">    </w:t>
      </w:r>
      <w:r>
        <w:t>daring.</w:t>
      </w:r>
    </w:p>
    <w:p w14:paraId="10836DF4" w14:textId="77777777" w:rsidR="00E75779" w:rsidRDefault="0064455C" w:rsidP="0054264C">
      <w:pPr>
        <w:pStyle w:val="ListBullet"/>
        <w:spacing w:line="360" w:lineRule="auto"/>
        <w:ind w:hanging="76"/>
        <w:jc w:val="both"/>
      </w:pPr>
      <w:r>
        <w:t>Mengetahui ketercapaian tujuan pembelajaran peserta didik.</w:t>
      </w:r>
    </w:p>
    <w:p w14:paraId="1D1DD999" w14:textId="77777777" w:rsidR="00E75779" w:rsidRDefault="0064455C" w:rsidP="0054264C">
      <w:pPr>
        <w:pStyle w:val="ListBullet"/>
        <w:spacing w:line="360" w:lineRule="auto"/>
        <w:ind w:hanging="76"/>
        <w:jc w:val="both"/>
      </w:pPr>
      <w:r>
        <w:t>Menganalisis hasil asesmen formatif dan sumatif.</w:t>
      </w:r>
    </w:p>
    <w:p w14:paraId="1D317FA7" w14:textId="77777777" w:rsidR="00E75779" w:rsidRDefault="0064455C" w:rsidP="0054264C">
      <w:pPr>
        <w:pStyle w:val="ListBullet"/>
        <w:spacing w:line="360" w:lineRule="auto"/>
        <w:ind w:hanging="76"/>
        <w:jc w:val="both"/>
      </w:pPr>
      <w:r>
        <w:t>Mengidentifikasi pe</w:t>
      </w:r>
      <w:r>
        <w:t>serta didik yang telah dan belum mencapai ketuntasan.</w:t>
      </w:r>
    </w:p>
    <w:p w14:paraId="0EFADE92" w14:textId="77777777" w:rsidR="00E75779" w:rsidRDefault="0064455C" w:rsidP="0054264C">
      <w:pPr>
        <w:pStyle w:val="ListBullet"/>
        <w:spacing w:line="360" w:lineRule="auto"/>
        <w:ind w:hanging="76"/>
        <w:jc w:val="both"/>
      </w:pPr>
      <w:r>
        <w:t>Mengidentifikasi kendala pembelajaran daring.</w:t>
      </w:r>
    </w:p>
    <w:p w14:paraId="493943A8" w14:textId="77777777" w:rsidR="00E75779" w:rsidRDefault="0064455C" w:rsidP="0054264C">
      <w:pPr>
        <w:pStyle w:val="ListBullet"/>
        <w:spacing w:line="360" w:lineRule="auto"/>
        <w:ind w:hanging="76"/>
        <w:jc w:val="both"/>
      </w:pPr>
      <w:r>
        <w:t>Menyusun program remedial, pengayaan, dan perbaikan pembelajaran.</w:t>
      </w:r>
    </w:p>
    <w:p w14:paraId="34E55BD9" w14:textId="77777777" w:rsidR="00E75779" w:rsidRDefault="0064455C" w:rsidP="0054264C">
      <w:pPr>
        <w:spacing w:line="360" w:lineRule="auto"/>
        <w:jc w:val="both"/>
      </w:pPr>
      <w:r>
        <w:rPr>
          <w:b/>
        </w:rPr>
        <w:t>C. Manfaat Kegiatan</w:t>
      </w:r>
    </w:p>
    <w:p w14:paraId="5E01692D" w14:textId="77777777" w:rsidR="00E75779" w:rsidRDefault="0064455C" w:rsidP="0054264C">
      <w:pPr>
        <w:pStyle w:val="ListBullet"/>
        <w:spacing w:line="360" w:lineRule="auto"/>
        <w:ind w:hanging="76"/>
        <w:jc w:val="both"/>
      </w:pPr>
      <w:r>
        <w:t xml:space="preserve">Bagi guru </w:t>
      </w:r>
      <w:proofErr w:type="spellStart"/>
      <w:r>
        <w:t>sebagai</w:t>
      </w:r>
      <w:proofErr w:type="spellEnd"/>
      <w:r>
        <w:t xml:space="preserve"> </w:t>
      </w:r>
      <w:proofErr w:type="spellStart"/>
      <w:r>
        <w:t>bahan</w:t>
      </w:r>
      <w:proofErr w:type="spellEnd"/>
      <w:r>
        <w:t xml:space="preserve"> </w:t>
      </w:r>
      <w:proofErr w:type="spellStart"/>
      <w:r>
        <w:t>refleksi</w:t>
      </w:r>
      <w:proofErr w:type="spellEnd"/>
      <w:r>
        <w:t xml:space="preserve"> </w:t>
      </w:r>
      <w:proofErr w:type="spellStart"/>
      <w:r>
        <w:t>dan</w:t>
      </w:r>
      <w:proofErr w:type="spellEnd"/>
      <w:r>
        <w:t xml:space="preserve"> </w:t>
      </w:r>
      <w:proofErr w:type="spellStart"/>
      <w:r>
        <w:t>perbaikan</w:t>
      </w:r>
      <w:proofErr w:type="spellEnd"/>
      <w:r>
        <w:t xml:space="preserve"> </w:t>
      </w:r>
      <w:proofErr w:type="spellStart"/>
      <w:r>
        <w:t>pembelajaran</w:t>
      </w:r>
      <w:proofErr w:type="spellEnd"/>
      <w:r>
        <w:t>.</w:t>
      </w:r>
    </w:p>
    <w:p w14:paraId="772CB8EA" w14:textId="77777777" w:rsidR="00E75779" w:rsidRDefault="0064455C" w:rsidP="0054264C">
      <w:pPr>
        <w:pStyle w:val="ListBullet"/>
        <w:spacing w:line="360" w:lineRule="auto"/>
        <w:ind w:hanging="76"/>
        <w:jc w:val="both"/>
      </w:pPr>
      <w:r>
        <w:t>Bagi pese</w:t>
      </w:r>
      <w:r>
        <w:t>rta didik sebagai dasar pemberian layanan remedial dan pengayaan.</w:t>
      </w:r>
    </w:p>
    <w:p w14:paraId="09BED37C" w14:textId="77777777" w:rsidR="00E75779" w:rsidRDefault="0064455C" w:rsidP="0054264C">
      <w:pPr>
        <w:pStyle w:val="ListBullet"/>
        <w:spacing w:line="360" w:lineRule="auto"/>
        <w:ind w:hanging="76"/>
        <w:jc w:val="both"/>
      </w:pPr>
      <w:r>
        <w:t>Bagi sekolah sebagai bahan peningkatan mutu layanan pembelajaran.</w:t>
      </w:r>
    </w:p>
    <w:p w14:paraId="78C3F3DE" w14:textId="77777777" w:rsidR="00E75779" w:rsidRDefault="0064455C" w:rsidP="0054264C">
      <w:pPr>
        <w:pStyle w:val="ListBullet"/>
        <w:spacing w:line="360" w:lineRule="auto"/>
        <w:ind w:hanging="76"/>
        <w:jc w:val="both"/>
      </w:pPr>
      <w:r>
        <w:t>Bagi MGMP sebagai bahan penyusunan program kerja semester berikutnya.</w:t>
      </w:r>
    </w:p>
    <w:p w14:paraId="7A93C806" w14:textId="77777777" w:rsidR="0054264C" w:rsidRDefault="0054264C">
      <w:pPr>
        <w:rPr>
          <w:b/>
          <w:sz w:val="28"/>
        </w:rPr>
      </w:pPr>
    </w:p>
    <w:p w14:paraId="0C502191" w14:textId="77777777" w:rsidR="0054264C" w:rsidRDefault="0054264C">
      <w:pPr>
        <w:rPr>
          <w:b/>
          <w:sz w:val="28"/>
        </w:rPr>
      </w:pPr>
    </w:p>
    <w:p w14:paraId="106F71DB" w14:textId="126D75E2" w:rsidR="00E75779" w:rsidRPr="0054264C" w:rsidRDefault="0064455C" w:rsidP="0054264C">
      <w:pPr>
        <w:spacing w:after="0"/>
        <w:jc w:val="center"/>
        <w:rPr>
          <w:sz w:val="32"/>
          <w:szCs w:val="32"/>
        </w:rPr>
      </w:pPr>
      <w:r w:rsidRPr="0054264C">
        <w:rPr>
          <w:b/>
          <w:sz w:val="32"/>
          <w:szCs w:val="32"/>
        </w:rPr>
        <w:lastRenderedPageBreak/>
        <w:t>BAB II</w:t>
      </w:r>
    </w:p>
    <w:p w14:paraId="1E6F88BF" w14:textId="77777777" w:rsidR="00E75779" w:rsidRDefault="0064455C" w:rsidP="0054264C">
      <w:pPr>
        <w:spacing w:after="0"/>
        <w:jc w:val="center"/>
        <w:rPr>
          <w:b/>
          <w:sz w:val="32"/>
          <w:szCs w:val="32"/>
        </w:rPr>
      </w:pPr>
      <w:r w:rsidRPr="0054264C">
        <w:rPr>
          <w:b/>
          <w:sz w:val="32"/>
          <w:szCs w:val="32"/>
        </w:rPr>
        <w:t>PELAKSANAAN KEGIATAN MGMP</w:t>
      </w:r>
    </w:p>
    <w:p w14:paraId="2B115A09" w14:textId="77777777" w:rsidR="0054264C" w:rsidRPr="0054264C" w:rsidRDefault="0054264C" w:rsidP="0054264C">
      <w:pPr>
        <w:spacing w:after="0"/>
        <w:jc w:val="center"/>
        <w:rPr>
          <w:sz w:val="32"/>
          <w:szCs w:val="32"/>
        </w:rPr>
      </w:pPr>
    </w:p>
    <w:p w14:paraId="37DDC4FB" w14:textId="77777777" w:rsidR="00E75779" w:rsidRDefault="0064455C">
      <w:r>
        <w:rPr>
          <w:b/>
        </w:rPr>
        <w:t xml:space="preserve">A. Identitas </w:t>
      </w:r>
      <w:r>
        <w:rPr>
          <w:b/>
        </w:rPr>
        <w:t>Kegiatan</w:t>
      </w:r>
    </w:p>
    <w:tbl>
      <w:tblPr>
        <w:tblStyle w:val="TableGrid"/>
        <w:tblW w:w="0" w:type="auto"/>
        <w:jc w:val="center"/>
        <w:tblLook w:val="04A0" w:firstRow="1" w:lastRow="0" w:firstColumn="1" w:lastColumn="0" w:noHBand="0" w:noVBand="1"/>
      </w:tblPr>
      <w:tblGrid>
        <w:gridCol w:w="4561"/>
        <w:gridCol w:w="4561"/>
      </w:tblGrid>
      <w:tr w:rsidR="00E75779" w14:paraId="44E3D54A" w14:textId="77777777">
        <w:trPr>
          <w:jc w:val="center"/>
        </w:trPr>
        <w:tc>
          <w:tcPr>
            <w:tcW w:w="4561" w:type="dxa"/>
            <w:vAlign w:val="center"/>
          </w:tcPr>
          <w:p w14:paraId="51DA907F" w14:textId="77777777" w:rsidR="00E75779" w:rsidRDefault="0064455C">
            <w:r>
              <w:rPr>
                <w:b/>
              </w:rPr>
              <w:t>Uraian</w:t>
            </w:r>
          </w:p>
        </w:tc>
        <w:tc>
          <w:tcPr>
            <w:tcW w:w="4561" w:type="dxa"/>
            <w:vAlign w:val="center"/>
          </w:tcPr>
          <w:p w14:paraId="48E644A2" w14:textId="77777777" w:rsidR="00E75779" w:rsidRDefault="0064455C">
            <w:r>
              <w:rPr>
                <w:b/>
              </w:rPr>
              <w:t>Keterangan</w:t>
            </w:r>
          </w:p>
        </w:tc>
      </w:tr>
      <w:tr w:rsidR="00E75779" w14:paraId="61102CC1" w14:textId="77777777">
        <w:trPr>
          <w:jc w:val="center"/>
        </w:trPr>
        <w:tc>
          <w:tcPr>
            <w:tcW w:w="4561" w:type="dxa"/>
          </w:tcPr>
          <w:p w14:paraId="737A5AEF" w14:textId="77777777" w:rsidR="00E75779" w:rsidRDefault="0064455C">
            <w:r>
              <w:t>Nama Kegiatan</w:t>
            </w:r>
          </w:p>
        </w:tc>
        <w:tc>
          <w:tcPr>
            <w:tcW w:w="4561" w:type="dxa"/>
          </w:tcPr>
          <w:p w14:paraId="37FF87F9" w14:textId="77777777" w:rsidR="00E75779" w:rsidRDefault="0064455C">
            <w:r>
              <w:t>Evaluasi Pembelajaran dan Analisis Hasil Belajar Semester Ganjil melalui Daring</w:t>
            </w:r>
          </w:p>
        </w:tc>
      </w:tr>
      <w:tr w:rsidR="00E75779" w14:paraId="6AC9EEF8" w14:textId="77777777">
        <w:trPr>
          <w:jc w:val="center"/>
        </w:trPr>
        <w:tc>
          <w:tcPr>
            <w:tcW w:w="4561" w:type="dxa"/>
          </w:tcPr>
          <w:p w14:paraId="4491C506" w14:textId="77777777" w:rsidR="00E75779" w:rsidRDefault="0064455C">
            <w:r>
              <w:t>Penyelenggara</w:t>
            </w:r>
          </w:p>
        </w:tc>
        <w:tc>
          <w:tcPr>
            <w:tcW w:w="4561" w:type="dxa"/>
          </w:tcPr>
          <w:p w14:paraId="27405A03" w14:textId="77777777" w:rsidR="00E75779" w:rsidRDefault="0064455C">
            <w:r>
              <w:t>MGMP Teknik Informatika dan Komputer</w:t>
            </w:r>
          </w:p>
        </w:tc>
      </w:tr>
      <w:tr w:rsidR="00E75779" w14:paraId="42F74AEE" w14:textId="77777777">
        <w:trPr>
          <w:jc w:val="center"/>
        </w:trPr>
        <w:tc>
          <w:tcPr>
            <w:tcW w:w="4561" w:type="dxa"/>
          </w:tcPr>
          <w:p w14:paraId="5FE17DAD" w14:textId="77777777" w:rsidR="00E75779" w:rsidRDefault="0064455C">
            <w:r>
              <w:t>Semester</w:t>
            </w:r>
          </w:p>
        </w:tc>
        <w:tc>
          <w:tcPr>
            <w:tcW w:w="4561" w:type="dxa"/>
          </w:tcPr>
          <w:p w14:paraId="689F511A" w14:textId="77777777" w:rsidR="00E75779" w:rsidRDefault="0064455C">
            <w:r>
              <w:t>Ganjil</w:t>
            </w:r>
          </w:p>
        </w:tc>
      </w:tr>
      <w:tr w:rsidR="00E75779" w14:paraId="70B143F4" w14:textId="77777777">
        <w:trPr>
          <w:jc w:val="center"/>
        </w:trPr>
        <w:tc>
          <w:tcPr>
            <w:tcW w:w="4561" w:type="dxa"/>
          </w:tcPr>
          <w:p w14:paraId="2402694D" w14:textId="77777777" w:rsidR="00E75779" w:rsidRDefault="0064455C">
            <w:r>
              <w:t>Tahun Pelajaran</w:t>
            </w:r>
          </w:p>
        </w:tc>
        <w:tc>
          <w:tcPr>
            <w:tcW w:w="4561" w:type="dxa"/>
          </w:tcPr>
          <w:p w14:paraId="0B8E647A" w14:textId="77777777" w:rsidR="00E75779" w:rsidRDefault="0064455C">
            <w:r>
              <w:t>2026/2027</w:t>
            </w:r>
          </w:p>
        </w:tc>
      </w:tr>
      <w:tr w:rsidR="00E75779" w14:paraId="5C05AA8C" w14:textId="77777777">
        <w:trPr>
          <w:jc w:val="center"/>
        </w:trPr>
        <w:tc>
          <w:tcPr>
            <w:tcW w:w="4561" w:type="dxa"/>
          </w:tcPr>
          <w:p w14:paraId="5B88EB37" w14:textId="77777777" w:rsidR="00E75779" w:rsidRDefault="0064455C">
            <w:r>
              <w:t>Moda Kegiatan</w:t>
            </w:r>
          </w:p>
        </w:tc>
        <w:tc>
          <w:tcPr>
            <w:tcW w:w="4561" w:type="dxa"/>
          </w:tcPr>
          <w:p w14:paraId="2EB47553" w14:textId="77777777" w:rsidR="00E75779" w:rsidRDefault="0064455C">
            <w:r>
              <w:t>Daring/Online</w:t>
            </w:r>
          </w:p>
        </w:tc>
      </w:tr>
      <w:tr w:rsidR="00E75779" w14:paraId="4C26FAC3" w14:textId="77777777">
        <w:trPr>
          <w:jc w:val="center"/>
        </w:trPr>
        <w:tc>
          <w:tcPr>
            <w:tcW w:w="4561" w:type="dxa"/>
          </w:tcPr>
          <w:p w14:paraId="606C9BF1" w14:textId="77777777" w:rsidR="00E75779" w:rsidRDefault="0064455C">
            <w:r>
              <w:t>Platform</w:t>
            </w:r>
          </w:p>
        </w:tc>
        <w:tc>
          <w:tcPr>
            <w:tcW w:w="4561" w:type="dxa"/>
          </w:tcPr>
          <w:p w14:paraId="41A759A6" w14:textId="77777777" w:rsidR="00E75779" w:rsidRDefault="0064455C">
            <w:r>
              <w:t>Google Meet/Zoom/Google Classroom/WhatsApp atau platform yang digunakan sekolah</w:t>
            </w:r>
          </w:p>
        </w:tc>
      </w:tr>
      <w:tr w:rsidR="00E75779" w14:paraId="0D2F382C" w14:textId="77777777">
        <w:trPr>
          <w:jc w:val="center"/>
        </w:trPr>
        <w:tc>
          <w:tcPr>
            <w:tcW w:w="4561" w:type="dxa"/>
          </w:tcPr>
          <w:p w14:paraId="0E6EF34B" w14:textId="77777777" w:rsidR="00E75779" w:rsidRDefault="0064455C">
            <w:r>
              <w:t>Hari/Tanggal</w:t>
            </w:r>
          </w:p>
        </w:tc>
        <w:tc>
          <w:tcPr>
            <w:tcW w:w="4561" w:type="dxa"/>
          </w:tcPr>
          <w:p w14:paraId="51783FAA" w14:textId="5FE7A3BD" w:rsidR="00E75779" w:rsidRDefault="00604A54">
            <w:r>
              <w:t>Sabtu, 15 Agustus 2026</w:t>
            </w:r>
          </w:p>
        </w:tc>
      </w:tr>
      <w:tr w:rsidR="00E75779" w14:paraId="6C1E68D8" w14:textId="77777777">
        <w:trPr>
          <w:jc w:val="center"/>
        </w:trPr>
        <w:tc>
          <w:tcPr>
            <w:tcW w:w="4561" w:type="dxa"/>
          </w:tcPr>
          <w:p w14:paraId="678ABA89" w14:textId="77777777" w:rsidR="00E75779" w:rsidRDefault="0064455C">
            <w:r>
              <w:t>Waktu</w:t>
            </w:r>
          </w:p>
        </w:tc>
        <w:tc>
          <w:tcPr>
            <w:tcW w:w="4561" w:type="dxa"/>
          </w:tcPr>
          <w:p w14:paraId="50230FB5" w14:textId="093EC705" w:rsidR="00E75779" w:rsidRDefault="00D55A16">
            <w:r>
              <w:t>08.00-15.00</w:t>
            </w:r>
          </w:p>
        </w:tc>
      </w:tr>
    </w:tbl>
    <w:p w14:paraId="4EA70553" w14:textId="77777777" w:rsidR="0054264C" w:rsidRDefault="0054264C">
      <w:pPr>
        <w:rPr>
          <w:b/>
        </w:rPr>
      </w:pPr>
    </w:p>
    <w:p w14:paraId="65A91B5B" w14:textId="53B7D659" w:rsidR="00E75779" w:rsidRDefault="0064455C">
      <w:r>
        <w:rPr>
          <w:b/>
        </w:rPr>
        <w:t>B. Peserta Kegiatan</w:t>
      </w:r>
    </w:p>
    <w:p w14:paraId="238B59B0" w14:textId="77777777" w:rsidR="00E75779" w:rsidRDefault="0064455C" w:rsidP="00D55A16">
      <w:pPr>
        <w:spacing w:line="360" w:lineRule="auto"/>
        <w:ind w:left="284" w:firstLine="283"/>
        <w:jc w:val="both"/>
      </w:pPr>
      <w:r>
        <w:t xml:space="preserve">Peserta kegiatan adalah guru-guru yang tergabung </w:t>
      </w:r>
      <w:proofErr w:type="spellStart"/>
      <w:r>
        <w:t>dalam</w:t>
      </w:r>
      <w:proofErr w:type="spellEnd"/>
      <w:r>
        <w:t xml:space="preserve"> MGMP </w:t>
      </w:r>
      <w:proofErr w:type="spellStart"/>
      <w:r>
        <w:t>Teknik</w:t>
      </w:r>
      <w:proofErr w:type="spellEnd"/>
      <w:r>
        <w:t xml:space="preserve"> </w:t>
      </w:r>
      <w:proofErr w:type="spellStart"/>
      <w:r>
        <w:t>Informatika</w:t>
      </w:r>
      <w:proofErr w:type="spellEnd"/>
      <w:r>
        <w:t xml:space="preserve"> </w:t>
      </w:r>
      <w:proofErr w:type="spellStart"/>
      <w:r>
        <w:t>dan</w:t>
      </w:r>
      <w:proofErr w:type="spellEnd"/>
      <w:r>
        <w:t xml:space="preserve"> </w:t>
      </w:r>
      <w:proofErr w:type="spellStart"/>
      <w:r>
        <w:t>Komputer</w:t>
      </w:r>
      <w:proofErr w:type="spellEnd"/>
      <w:r>
        <w:t>.</w:t>
      </w:r>
    </w:p>
    <w:tbl>
      <w:tblPr>
        <w:tblStyle w:val="TableGrid"/>
        <w:tblW w:w="0" w:type="auto"/>
        <w:jc w:val="center"/>
        <w:tblLook w:val="04A0" w:firstRow="1" w:lastRow="0" w:firstColumn="1" w:lastColumn="0" w:noHBand="0" w:noVBand="1"/>
      </w:tblPr>
      <w:tblGrid>
        <w:gridCol w:w="2234"/>
        <w:gridCol w:w="2241"/>
        <w:gridCol w:w="2510"/>
        <w:gridCol w:w="2257"/>
      </w:tblGrid>
      <w:tr w:rsidR="00E75779" w14:paraId="16E237B9" w14:textId="77777777">
        <w:trPr>
          <w:jc w:val="center"/>
        </w:trPr>
        <w:tc>
          <w:tcPr>
            <w:tcW w:w="2280" w:type="dxa"/>
            <w:vAlign w:val="center"/>
          </w:tcPr>
          <w:p w14:paraId="33FC706E" w14:textId="77777777" w:rsidR="00E75779" w:rsidRDefault="0064455C" w:rsidP="0064455C">
            <w:pPr>
              <w:jc w:val="center"/>
            </w:pPr>
            <w:bookmarkStart w:id="0" w:name="_GoBack" w:colFirst="3" w:colLast="3"/>
            <w:r>
              <w:rPr>
                <w:b/>
              </w:rPr>
              <w:t>No.</w:t>
            </w:r>
          </w:p>
        </w:tc>
        <w:tc>
          <w:tcPr>
            <w:tcW w:w="2280" w:type="dxa"/>
            <w:vAlign w:val="center"/>
          </w:tcPr>
          <w:p w14:paraId="76720E57" w14:textId="77777777" w:rsidR="00E75779" w:rsidRDefault="0064455C" w:rsidP="0064455C">
            <w:pPr>
              <w:jc w:val="center"/>
            </w:pPr>
            <w:r>
              <w:rPr>
                <w:b/>
              </w:rPr>
              <w:t>Nama Guru</w:t>
            </w:r>
          </w:p>
        </w:tc>
        <w:tc>
          <w:tcPr>
            <w:tcW w:w="2280" w:type="dxa"/>
            <w:vAlign w:val="center"/>
          </w:tcPr>
          <w:p w14:paraId="109D0C68" w14:textId="77777777" w:rsidR="00E75779" w:rsidRDefault="0064455C" w:rsidP="0064455C">
            <w:pPr>
              <w:jc w:val="center"/>
            </w:pPr>
            <w:r>
              <w:rPr>
                <w:b/>
              </w:rPr>
              <w:t>Mata Pelajaran/Kompetensi</w:t>
            </w:r>
          </w:p>
        </w:tc>
        <w:tc>
          <w:tcPr>
            <w:tcW w:w="2280" w:type="dxa"/>
            <w:vAlign w:val="center"/>
          </w:tcPr>
          <w:p w14:paraId="73F19B5D" w14:textId="77777777" w:rsidR="00E75779" w:rsidRDefault="0064455C" w:rsidP="0064455C">
            <w:pPr>
              <w:jc w:val="center"/>
            </w:pPr>
            <w:r>
              <w:rPr>
                <w:b/>
              </w:rPr>
              <w:t>Keterangan</w:t>
            </w:r>
          </w:p>
        </w:tc>
      </w:tr>
      <w:tr w:rsidR="00E75779" w14:paraId="3B1A19C5" w14:textId="77777777">
        <w:trPr>
          <w:jc w:val="center"/>
        </w:trPr>
        <w:tc>
          <w:tcPr>
            <w:tcW w:w="2280" w:type="dxa"/>
          </w:tcPr>
          <w:p w14:paraId="7F806E46" w14:textId="77777777" w:rsidR="00E75779" w:rsidRDefault="0064455C" w:rsidP="0064455C">
            <w:pPr>
              <w:jc w:val="center"/>
            </w:pPr>
            <w:r>
              <w:t>1</w:t>
            </w:r>
          </w:p>
        </w:tc>
        <w:tc>
          <w:tcPr>
            <w:tcW w:w="2280" w:type="dxa"/>
          </w:tcPr>
          <w:p w14:paraId="7D136ADD" w14:textId="77777777" w:rsidR="00E75779" w:rsidRDefault="00E75779" w:rsidP="0064455C">
            <w:pPr>
              <w:jc w:val="center"/>
            </w:pPr>
          </w:p>
        </w:tc>
        <w:tc>
          <w:tcPr>
            <w:tcW w:w="2280" w:type="dxa"/>
          </w:tcPr>
          <w:p w14:paraId="6CF78ECD" w14:textId="77777777" w:rsidR="00E75779" w:rsidRDefault="00E75779" w:rsidP="0064455C">
            <w:pPr>
              <w:jc w:val="center"/>
            </w:pPr>
          </w:p>
        </w:tc>
        <w:tc>
          <w:tcPr>
            <w:tcW w:w="2280" w:type="dxa"/>
          </w:tcPr>
          <w:p w14:paraId="702E4BAD" w14:textId="77777777" w:rsidR="00E75779" w:rsidRDefault="00E75779" w:rsidP="0064455C">
            <w:pPr>
              <w:jc w:val="center"/>
            </w:pPr>
          </w:p>
        </w:tc>
      </w:tr>
      <w:tr w:rsidR="00E75779" w14:paraId="6C7C2F04" w14:textId="77777777">
        <w:trPr>
          <w:jc w:val="center"/>
        </w:trPr>
        <w:tc>
          <w:tcPr>
            <w:tcW w:w="2280" w:type="dxa"/>
          </w:tcPr>
          <w:p w14:paraId="735B6006" w14:textId="77777777" w:rsidR="00E75779" w:rsidRDefault="0064455C" w:rsidP="0064455C">
            <w:pPr>
              <w:jc w:val="center"/>
            </w:pPr>
            <w:r>
              <w:t>2</w:t>
            </w:r>
          </w:p>
        </w:tc>
        <w:tc>
          <w:tcPr>
            <w:tcW w:w="2280" w:type="dxa"/>
          </w:tcPr>
          <w:p w14:paraId="137FAEA2" w14:textId="77777777" w:rsidR="00E75779" w:rsidRDefault="00E75779" w:rsidP="0064455C">
            <w:pPr>
              <w:jc w:val="center"/>
            </w:pPr>
          </w:p>
        </w:tc>
        <w:tc>
          <w:tcPr>
            <w:tcW w:w="2280" w:type="dxa"/>
          </w:tcPr>
          <w:p w14:paraId="245B386C" w14:textId="77777777" w:rsidR="00E75779" w:rsidRDefault="00E75779" w:rsidP="0064455C">
            <w:pPr>
              <w:jc w:val="center"/>
            </w:pPr>
          </w:p>
        </w:tc>
        <w:tc>
          <w:tcPr>
            <w:tcW w:w="2280" w:type="dxa"/>
          </w:tcPr>
          <w:p w14:paraId="5A904A38" w14:textId="77777777" w:rsidR="00E75779" w:rsidRDefault="00E75779" w:rsidP="0064455C">
            <w:pPr>
              <w:jc w:val="center"/>
            </w:pPr>
          </w:p>
        </w:tc>
      </w:tr>
      <w:tr w:rsidR="00E75779" w14:paraId="30386DE2" w14:textId="77777777">
        <w:trPr>
          <w:jc w:val="center"/>
        </w:trPr>
        <w:tc>
          <w:tcPr>
            <w:tcW w:w="2280" w:type="dxa"/>
          </w:tcPr>
          <w:p w14:paraId="7324A323" w14:textId="77777777" w:rsidR="00E75779" w:rsidRDefault="0064455C" w:rsidP="0064455C">
            <w:pPr>
              <w:jc w:val="center"/>
            </w:pPr>
            <w:r>
              <w:t>3</w:t>
            </w:r>
          </w:p>
        </w:tc>
        <w:tc>
          <w:tcPr>
            <w:tcW w:w="2280" w:type="dxa"/>
          </w:tcPr>
          <w:p w14:paraId="5F936B20" w14:textId="77777777" w:rsidR="00E75779" w:rsidRDefault="00E75779" w:rsidP="0064455C">
            <w:pPr>
              <w:jc w:val="center"/>
            </w:pPr>
          </w:p>
        </w:tc>
        <w:tc>
          <w:tcPr>
            <w:tcW w:w="2280" w:type="dxa"/>
          </w:tcPr>
          <w:p w14:paraId="35819CBE" w14:textId="77777777" w:rsidR="00E75779" w:rsidRDefault="00E75779" w:rsidP="0064455C">
            <w:pPr>
              <w:jc w:val="center"/>
            </w:pPr>
          </w:p>
        </w:tc>
        <w:tc>
          <w:tcPr>
            <w:tcW w:w="2280" w:type="dxa"/>
          </w:tcPr>
          <w:p w14:paraId="4866F100" w14:textId="77777777" w:rsidR="00E75779" w:rsidRDefault="00E75779" w:rsidP="0064455C">
            <w:pPr>
              <w:jc w:val="center"/>
            </w:pPr>
          </w:p>
        </w:tc>
      </w:tr>
      <w:tr w:rsidR="00E75779" w14:paraId="6E0E0924" w14:textId="77777777">
        <w:trPr>
          <w:jc w:val="center"/>
        </w:trPr>
        <w:tc>
          <w:tcPr>
            <w:tcW w:w="2280" w:type="dxa"/>
          </w:tcPr>
          <w:p w14:paraId="7FDC4B9E" w14:textId="77777777" w:rsidR="00E75779" w:rsidRDefault="0064455C" w:rsidP="0064455C">
            <w:pPr>
              <w:jc w:val="center"/>
            </w:pPr>
            <w:r>
              <w:t>4</w:t>
            </w:r>
          </w:p>
        </w:tc>
        <w:tc>
          <w:tcPr>
            <w:tcW w:w="2280" w:type="dxa"/>
          </w:tcPr>
          <w:p w14:paraId="414DE868" w14:textId="77777777" w:rsidR="00E75779" w:rsidRDefault="00E75779" w:rsidP="0064455C">
            <w:pPr>
              <w:jc w:val="center"/>
            </w:pPr>
          </w:p>
        </w:tc>
        <w:tc>
          <w:tcPr>
            <w:tcW w:w="2280" w:type="dxa"/>
          </w:tcPr>
          <w:p w14:paraId="64D9A8EF" w14:textId="77777777" w:rsidR="00E75779" w:rsidRDefault="00E75779" w:rsidP="0064455C">
            <w:pPr>
              <w:jc w:val="center"/>
            </w:pPr>
          </w:p>
        </w:tc>
        <w:tc>
          <w:tcPr>
            <w:tcW w:w="2280" w:type="dxa"/>
          </w:tcPr>
          <w:p w14:paraId="0D32B9C9" w14:textId="77777777" w:rsidR="00E75779" w:rsidRDefault="00E75779" w:rsidP="0064455C">
            <w:pPr>
              <w:jc w:val="center"/>
            </w:pPr>
          </w:p>
        </w:tc>
      </w:tr>
      <w:tr w:rsidR="00E75779" w14:paraId="1DF5E986" w14:textId="77777777">
        <w:trPr>
          <w:jc w:val="center"/>
        </w:trPr>
        <w:tc>
          <w:tcPr>
            <w:tcW w:w="2280" w:type="dxa"/>
          </w:tcPr>
          <w:p w14:paraId="2B81A1F7" w14:textId="77777777" w:rsidR="00E75779" w:rsidRDefault="0064455C" w:rsidP="0064455C">
            <w:pPr>
              <w:jc w:val="center"/>
            </w:pPr>
            <w:r>
              <w:t>5</w:t>
            </w:r>
          </w:p>
        </w:tc>
        <w:tc>
          <w:tcPr>
            <w:tcW w:w="2280" w:type="dxa"/>
          </w:tcPr>
          <w:p w14:paraId="272F4C2F" w14:textId="77777777" w:rsidR="00E75779" w:rsidRDefault="00E75779" w:rsidP="0064455C">
            <w:pPr>
              <w:jc w:val="center"/>
            </w:pPr>
          </w:p>
        </w:tc>
        <w:tc>
          <w:tcPr>
            <w:tcW w:w="2280" w:type="dxa"/>
          </w:tcPr>
          <w:p w14:paraId="5C8A7D8A" w14:textId="77777777" w:rsidR="00E75779" w:rsidRDefault="00E75779" w:rsidP="0064455C">
            <w:pPr>
              <w:jc w:val="center"/>
            </w:pPr>
          </w:p>
        </w:tc>
        <w:tc>
          <w:tcPr>
            <w:tcW w:w="2280" w:type="dxa"/>
          </w:tcPr>
          <w:p w14:paraId="47FF0880" w14:textId="77777777" w:rsidR="00E75779" w:rsidRDefault="00E75779" w:rsidP="0064455C">
            <w:pPr>
              <w:jc w:val="center"/>
            </w:pPr>
          </w:p>
        </w:tc>
      </w:tr>
      <w:tr w:rsidR="00E75779" w14:paraId="48E064D8" w14:textId="77777777">
        <w:trPr>
          <w:jc w:val="center"/>
        </w:trPr>
        <w:tc>
          <w:tcPr>
            <w:tcW w:w="2280" w:type="dxa"/>
          </w:tcPr>
          <w:p w14:paraId="7E0C770B" w14:textId="77777777" w:rsidR="00E75779" w:rsidRDefault="0064455C" w:rsidP="0064455C">
            <w:pPr>
              <w:jc w:val="center"/>
            </w:pPr>
            <w:r>
              <w:t>6</w:t>
            </w:r>
          </w:p>
        </w:tc>
        <w:tc>
          <w:tcPr>
            <w:tcW w:w="2280" w:type="dxa"/>
          </w:tcPr>
          <w:p w14:paraId="3F3FD822" w14:textId="77777777" w:rsidR="00E75779" w:rsidRDefault="00E75779" w:rsidP="0064455C">
            <w:pPr>
              <w:jc w:val="center"/>
            </w:pPr>
          </w:p>
        </w:tc>
        <w:tc>
          <w:tcPr>
            <w:tcW w:w="2280" w:type="dxa"/>
          </w:tcPr>
          <w:p w14:paraId="0F536300" w14:textId="77777777" w:rsidR="00E75779" w:rsidRDefault="00E75779" w:rsidP="0064455C">
            <w:pPr>
              <w:jc w:val="center"/>
            </w:pPr>
          </w:p>
        </w:tc>
        <w:tc>
          <w:tcPr>
            <w:tcW w:w="2280" w:type="dxa"/>
          </w:tcPr>
          <w:p w14:paraId="0D09B7E4" w14:textId="77777777" w:rsidR="00E75779" w:rsidRDefault="00E75779" w:rsidP="0064455C">
            <w:pPr>
              <w:jc w:val="center"/>
            </w:pPr>
          </w:p>
        </w:tc>
      </w:tr>
      <w:bookmarkEnd w:id="0"/>
    </w:tbl>
    <w:p w14:paraId="04221F53" w14:textId="77777777" w:rsidR="00D55A16" w:rsidRDefault="00D55A16">
      <w:pPr>
        <w:rPr>
          <w:b/>
        </w:rPr>
      </w:pPr>
    </w:p>
    <w:p w14:paraId="63898317" w14:textId="4865CACE" w:rsidR="00E75779" w:rsidRDefault="0064455C">
      <w:r>
        <w:rPr>
          <w:b/>
        </w:rPr>
        <w:t>C. Agenda Kegiatan</w:t>
      </w:r>
    </w:p>
    <w:p w14:paraId="2D76F448" w14:textId="77777777" w:rsidR="00E75779" w:rsidRDefault="0064455C" w:rsidP="0054264C">
      <w:pPr>
        <w:pStyle w:val="ListBullet"/>
        <w:spacing w:line="360" w:lineRule="auto"/>
      </w:pPr>
      <w:r>
        <w:t>Pembukaan dan pengarahan.</w:t>
      </w:r>
    </w:p>
    <w:p w14:paraId="47862959" w14:textId="77777777" w:rsidR="00E75779" w:rsidRDefault="0064455C" w:rsidP="0054264C">
      <w:pPr>
        <w:pStyle w:val="ListBullet"/>
        <w:spacing w:line="360" w:lineRule="auto"/>
      </w:pPr>
      <w:r>
        <w:t>Evaluasi perencanaan pembelajaran daring.</w:t>
      </w:r>
    </w:p>
    <w:p w14:paraId="00ED2835" w14:textId="77777777" w:rsidR="00E75779" w:rsidRDefault="0064455C" w:rsidP="0054264C">
      <w:pPr>
        <w:pStyle w:val="ListBullet"/>
        <w:spacing w:line="360" w:lineRule="auto"/>
      </w:pPr>
      <w:r>
        <w:t>Evaluasi pelaksanaan pembelajaran daring.</w:t>
      </w:r>
    </w:p>
    <w:p w14:paraId="252C29CF" w14:textId="77777777" w:rsidR="00E75779" w:rsidRDefault="0064455C" w:rsidP="0054264C">
      <w:pPr>
        <w:pStyle w:val="ListBullet"/>
        <w:spacing w:line="360" w:lineRule="auto"/>
      </w:pPr>
      <w:r>
        <w:t>Evaluasi media dan platform pembelajaran.</w:t>
      </w:r>
    </w:p>
    <w:p w14:paraId="2A4CB8A7" w14:textId="77777777" w:rsidR="00E75779" w:rsidRDefault="0064455C" w:rsidP="0054264C">
      <w:pPr>
        <w:pStyle w:val="ListBullet"/>
        <w:spacing w:line="360" w:lineRule="auto"/>
      </w:pPr>
      <w:r>
        <w:t>Analisis hasil asesmen peserta didik.</w:t>
      </w:r>
    </w:p>
    <w:p w14:paraId="5C54A476" w14:textId="77777777" w:rsidR="00E75779" w:rsidRDefault="0064455C" w:rsidP="0054264C">
      <w:pPr>
        <w:pStyle w:val="ListBullet"/>
        <w:spacing w:line="360" w:lineRule="auto"/>
      </w:pPr>
      <w:r>
        <w:t>Pembahasan kendala dan solusi.</w:t>
      </w:r>
    </w:p>
    <w:p w14:paraId="3636377E" w14:textId="77777777" w:rsidR="00E75779" w:rsidRDefault="0064455C" w:rsidP="0054264C">
      <w:pPr>
        <w:pStyle w:val="ListBullet"/>
        <w:spacing w:line="360" w:lineRule="auto"/>
      </w:pPr>
      <w:r>
        <w:t>Penyusunan program remedial dan pengayaan.</w:t>
      </w:r>
    </w:p>
    <w:p w14:paraId="58FBBF3A" w14:textId="77777777" w:rsidR="00E75779" w:rsidRDefault="0064455C" w:rsidP="0054264C">
      <w:pPr>
        <w:pStyle w:val="ListBullet"/>
        <w:spacing w:line="360" w:lineRule="auto"/>
      </w:pPr>
      <w:r>
        <w:t>Penyusunan rekomendasi tindak lanjut.</w:t>
      </w:r>
    </w:p>
    <w:p w14:paraId="4CE407D6" w14:textId="77777777" w:rsidR="00E75779" w:rsidRPr="0054264C" w:rsidRDefault="0064455C" w:rsidP="0054264C">
      <w:pPr>
        <w:spacing w:after="0"/>
        <w:jc w:val="center"/>
        <w:rPr>
          <w:sz w:val="32"/>
          <w:szCs w:val="32"/>
        </w:rPr>
      </w:pPr>
      <w:r w:rsidRPr="0054264C">
        <w:rPr>
          <w:b/>
          <w:sz w:val="32"/>
          <w:szCs w:val="32"/>
        </w:rPr>
        <w:lastRenderedPageBreak/>
        <w:t>BAB III</w:t>
      </w:r>
    </w:p>
    <w:p w14:paraId="630D6891" w14:textId="77777777" w:rsidR="00E75779" w:rsidRDefault="0064455C" w:rsidP="0054264C">
      <w:pPr>
        <w:spacing w:after="0"/>
        <w:jc w:val="center"/>
        <w:rPr>
          <w:b/>
          <w:sz w:val="32"/>
          <w:szCs w:val="32"/>
        </w:rPr>
      </w:pPr>
      <w:r w:rsidRPr="0054264C">
        <w:rPr>
          <w:b/>
          <w:sz w:val="32"/>
          <w:szCs w:val="32"/>
        </w:rPr>
        <w:t>EVALUASI PELAKSANAAN PEMBELAJARAN DARING</w:t>
      </w:r>
    </w:p>
    <w:p w14:paraId="2FF33124" w14:textId="77777777" w:rsidR="0054264C" w:rsidRPr="0054264C" w:rsidRDefault="0054264C" w:rsidP="0054264C">
      <w:pPr>
        <w:spacing w:after="0"/>
        <w:jc w:val="center"/>
        <w:rPr>
          <w:sz w:val="32"/>
          <w:szCs w:val="32"/>
        </w:rPr>
      </w:pPr>
    </w:p>
    <w:p w14:paraId="14717BFD" w14:textId="77777777" w:rsidR="00E75779" w:rsidRDefault="0064455C">
      <w:r>
        <w:rPr>
          <w:b/>
        </w:rPr>
        <w:t>A. Evaluasi Perencanaan Pembelajaran</w:t>
      </w:r>
    </w:p>
    <w:p w14:paraId="60AE4F4E" w14:textId="77777777" w:rsidR="00E75779" w:rsidRDefault="0064455C" w:rsidP="000F6354">
      <w:pPr>
        <w:spacing w:line="360" w:lineRule="auto"/>
        <w:ind w:left="284" w:firstLine="283"/>
        <w:jc w:val="both"/>
      </w:pPr>
      <w:r>
        <w:t xml:space="preserve">Berdasarkan hasil diskusi MGMP, guru telah menyiapkan perangkat pembelajaran berupa tujuan pembelajaran, alur tujuan pembelajaran, program semester, modul ajar, bahan ajar digital, media pembelajaran, serta instrumen asesmen. Secara umum perencanaan </w:t>
      </w:r>
      <w:proofErr w:type="spellStart"/>
      <w:r>
        <w:t>pembel</w:t>
      </w:r>
      <w:r>
        <w:t>ajaran</w:t>
      </w:r>
      <w:proofErr w:type="spellEnd"/>
      <w:r>
        <w:t xml:space="preserve"> </w:t>
      </w:r>
      <w:proofErr w:type="spellStart"/>
      <w:r>
        <w:t>telah</w:t>
      </w:r>
      <w:proofErr w:type="spellEnd"/>
      <w:r>
        <w:t xml:space="preserve"> </w:t>
      </w:r>
      <w:proofErr w:type="spellStart"/>
      <w:r>
        <w:t>disesuaikan</w:t>
      </w:r>
      <w:proofErr w:type="spellEnd"/>
      <w:r>
        <w:t xml:space="preserve"> </w:t>
      </w:r>
      <w:proofErr w:type="spellStart"/>
      <w:r>
        <w:t>dengan</w:t>
      </w:r>
      <w:proofErr w:type="spellEnd"/>
      <w:r>
        <w:t xml:space="preserve"> </w:t>
      </w:r>
      <w:proofErr w:type="spellStart"/>
      <w:r>
        <w:t>karakteristik</w:t>
      </w:r>
      <w:proofErr w:type="spellEnd"/>
      <w:r>
        <w:t xml:space="preserve"> </w:t>
      </w:r>
      <w:proofErr w:type="spellStart"/>
      <w:r>
        <w:t>pembelajaran</w:t>
      </w:r>
      <w:proofErr w:type="spellEnd"/>
      <w:r>
        <w:t xml:space="preserve"> daring.</w:t>
      </w:r>
    </w:p>
    <w:p w14:paraId="1A255E98" w14:textId="77777777" w:rsidR="00E75779" w:rsidRDefault="0064455C" w:rsidP="000C658D">
      <w:pPr>
        <w:spacing w:line="360" w:lineRule="auto"/>
        <w:jc w:val="both"/>
      </w:pPr>
      <w:r>
        <w:rPr>
          <w:b/>
        </w:rPr>
        <w:t>B. Evaluasi Pelaksanaan Pembelajaran Daring</w:t>
      </w:r>
    </w:p>
    <w:p w14:paraId="26AABF58" w14:textId="77777777" w:rsidR="00E75779" w:rsidRDefault="0064455C" w:rsidP="000F6354">
      <w:pPr>
        <w:spacing w:line="360" w:lineRule="auto"/>
        <w:ind w:left="284" w:firstLine="283"/>
        <w:jc w:val="both"/>
      </w:pPr>
      <w:r>
        <w:t>Pelaksanaan pembelajaran dilakukan dengan memanfaatkan berbagai media dan platform daring. Kegiatan pembelajaran mencakup penyampaian materi, dis</w:t>
      </w:r>
      <w:r>
        <w:t xml:space="preserve">kusi virtual, pemberian tugas, demonstrasi, praktik mandiri, pengumpulan </w:t>
      </w:r>
      <w:proofErr w:type="spellStart"/>
      <w:r>
        <w:t>tugas</w:t>
      </w:r>
      <w:proofErr w:type="spellEnd"/>
      <w:r>
        <w:t xml:space="preserve"> </w:t>
      </w:r>
      <w:proofErr w:type="spellStart"/>
      <w:r>
        <w:t>secara</w:t>
      </w:r>
      <w:proofErr w:type="spellEnd"/>
      <w:r>
        <w:t xml:space="preserve"> daring, </w:t>
      </w:r>
      <w:proofErr w:type="spellStart"/>
      <w:r>
        <w:t>serta</w:t>
      </w:r>
      <w:proofErr w:type="spellEnd"/>
      <w:r>
        <w:t xml:space="preserve"> </w:t>
      </w:r>
      <w:proofErr w:type="spellStart"/>
      <w:r>
        <w:t>pelaksanaan</w:t>
      </w:r>
      <w:proofErr w:type="spellEnd"/>
      <w:r>
        <w:t xml:space="preserve"> </w:t>
      </w:r>
      <w:proofErr w:type="spellStart"/>
      <w:r>
        <w:t>asesmen</w:t>
      </w:r>
      <w:proofErr w:type="spellEnd"/>
      <w:r>
        <w:t>.</w:t>
      </w:r>
    </w:p>
    <w:tbl>
      <w:tblPr>
        <w:tblStyle w:val="TableGrid"/>
        <w:tblW w:w="0" w:type="auto"/>
        <w:jc w:val="center"/>
        <w:tblLook w:val="04A0" w:firstRow="1" w:lastRow="0" w:firstColumn="1" w:lastColumn="0" w:noHBand="0" w:noVBand="1"/>
      </w:tblPr>
      <w:tblGrid>
        <w:gridCol w:w="3041"/>
        <w:gridCol w:w="3041"/>
        <w:gridCol w:w="3041"/>
      </w:tblGrid>
      <w:tr w:rsidR="00E75779" w14:paraId="0E86F3AF" w14:textId="77777777">
        <w:trPr>
          <w:jc w:val="center"/>
        </w:trPr>
        <w:tc>
          <w:tcPr>
            <w:tcW w:w="3041" w:type="dxa"/>
            <w:vAlign w:val="center"/>
          </w:tcPr>
          <w:p w14:paraId="7F7B4970" w14:textId="77777777" w:rsidR="00E75779" w:rsidRDefault="0064455C">
            <w:r>
              <w:rPr>
                <w:b/>
              </w:rPr>
              <w:t>Aspek</w:t>
            </w:r>
          </w:p>
        </w:tc>
        <w:tc>
          <w:tcPr>
            <w:tcW w:w="3041" w:type="dxa"/>
            <w:vAlign w:val="center"/>
          </w:tcPr>
          <w:p w14:paraId="37BD4FEA" w14:textId="77777777" w:rsidR="00E75779" w:rsidRDefault="0064455C">
            <w:r>
              <w:rPr>
                <w:b/>
              </w:rPr>
              <w:t>Hasil Evaluasi</w:t>
            </w:r>
          </w:p>
        </w:tc>
        <w:tc>
          <w:tcPr>
            <w:tcW w:w="3041" w:type="dxa"/>
            <w:vAlign w:val="center"/>
          </w:tcPr>
          <w:p w14:paraId="74AF9228" w14:textId="77777777" w:rsidR="00E75779" w:rsidRDefault="0064455C">
            <w:r>
              <w:rPr>
                <w:b/>
              </w:rPr>
              <w:t>Tindak Lanjut</w:t>
            </w:r>
          </w:p>
        </w:tc>
      </w:tr>
      <w:tr w:rsidR="00E75779" w14:paraId="26A24DE7" w14:textId="77777777">
        <w:trPr>
          <w:jc w:val="center"/>
        </w:trPr>
        <w:tc>
          <w:tcPr>
            <w:tcW w:w="3041" w:type="dxa"/>
          </w:tcPr>
          <w:p w14:paraId="6A3F2A75" w14:textId="77777777" w:rsidR="00E75779" w:rsidRDefault="0064455C" w:rsidP="000F6354">
            <w:pPr>
              <w:spacing w:line="360" w:lineRule="auto"/>
            </w:pPr>
            <w:r>
              <w:t>Kehadiran</w:t>
            </w:r>
          </w:p>
        </w:tc>
        <w:tc>
          <w:tcPr>
            <w:tcW w:w="3041" w:type="dxa"/>
          </w:tcPr>
          <w:p w14:paraId="144CB8F4" w14:textId="77777777" w:rsidR="00E75779" w:rsidRDefault="0064455C" w:rsidP="000F6354">
            <w:pPr>
              <w:spacing w:line="360" w:lineRule="auto"/>
            </w:pPr>
            <w:r>
              <w:t>Sebagian besar peserta didik mengikuti pembelajaran daring</w:t>
            </w:r>
          </w:p>
        </w:tc>
        <w:tc>
          <w:tcPr>
            <w:tcW w:w="3041" w:type="dxa"/>
          </w:tcPr>
          <w:p w14:paraId="5E601213" w14:textId="77777777" w:rsidR="00E75779" w:rsidRDefault="0064455C" w:rsidP="000F6354">
            <w:pPr>
              <w:spacing w:line="360" w:lineRule="auto"/>
            </w:pPr>
            <w:r>
              <w:t>Monitoring kehadiran dan komun</w:t>
            </w:r>
            <w:r>
              <w:t>ikasi dengan wali kelas/orang tua</w:t>
            </w:r>
          </w:p>
        </w:tc>
      </w:tr>
      <w:tr w:rsidR="00E75779" w14:paraId="25D8FF51" w14:textId="77777777">
        <w:trPr>
          <w:jc w:val="center"/>
        </w:trPr>
        <w:tc>
          <w:tcPr>
            <w:tcW w:w="3041" w:type="dxa"/>
          </w:tcPr>
          <w:p w14:paraId="3B935915" w14:textId="77777777" w:rsidR="00E75779" w:rsidRDefault="0064455C" w:rsidP="000F6354">
            <w:pPr>
              <w:spacing w:line="360" w:lineRule="auto"/>
            </w:pPr>
            <w:r>
              <w:t>Partisipasi</w:t>
            </w:r>
          </w:p>
        </w:tc>
        <w:tc>
          <w:tcPr>
            <w:tcW w:w="3041" w:type="dxa"/>
          </w:tcPr>
          <w:p w14:paraId="1ECD3D05" w14:textId="77777777" w:rsidR="00E75779" w:rsidRDefault="0064455C" w:rsidP="000F6354">
            <w:pPr>
              <w:spacing w:line="360" w:lineRule="auto"/>
            </w:pPr>
            <w:r>
              <w:t>Partisipasi cukup baik, namun tidak merata</w:t>
            </w:r>
          </w:p>
        </w:tc>
        <w:tc>
          <w:tcPr>
            <w:tcW w:w="3041" w:type="dxa"/>
          </w:tcPr>
          <w:p w14:paraId="42AA99BF" w14:textId="77777777" w:rsidR="00E75779" w:rsidRDefault="0064455C" w:rsidP="000F6354">
            <w:pPr>
              <w:spacing w:line="360" w:lineRule="auto"/>
            </w:pPr>
            <w:r>
              <w:t>Pemberian aktivitas interaktif dan pendampingan</w:t>
            </w:r>
          </w:p>
        </w:tc>
      </w:tr>
      <w:tr w:rsidR="00E75779" w14:paraId="087AD79F" w14:textId="77777777">
        <w:trPr>
          <w:jc w:val="center"/>
        </w:trPr>
        <w:tc>
          <w:tcPr>
            <w:tcW w:w="3041" w:type="dxa"/>
          </w:tcPr>
          <w:p w14:paraId="10C7927B" w14:textId="77777777" w:rsidR="00E75779" w:rsidRDefault="0064455C" w:rsidP="000F6354">
            <w:pPr>
              <w:spacing w:line="360" w:lineRule="auto"/>
            </w:pPr>
            <w:r>
              <w:t>Pemahaman Materi</w:t>
            </w:r>
          </w:p>
        </w:tc>
        <w:tc>
          <w:tcPr>
            <w:tcW w:w="3041" w:type="dxa"/>
          </w:tcPr>
          <w:p w14:paraId="534B3A2C" w14:textId="77777777" w:rsidR="00E75779" w:rsidRDefault="0064455C" w:rsidP="000F6354">
            <w:pPr>
              <w:spacing w:line="360" w:lineRule="auto"/>
            </w:pPr>
            <w:r>
              <w:t>Sebagian materi teknis memerlukan pengulangan</w:t>
            </w:r>
          </w:p>
        </w:tc>
        <w:tc>
          <w:tcPr>
            <w:tcW w:w="3041" w:type="dxa"/>
          </w:tcPr>
          <w:p w14:paraId="08037A63" w14:textId="77777777" w:rsidR="00E75779" w:rsidRDefault="0064455C" w:rsidP="000F6354">
            <w:pPr>
              <w:spacing w:line="360" w:lineRule="auto"/>
            </w:pPr>
            <w:r>
              <w:t>Video tutorial dan praktik bertahap</w:t>
            </w:r>
          </w:p>
        </w:tc>
      </w:tr>
      <w:tr w:rsidR="00E75779" w14:paraId="6786C4DF" w14:textId="77777777">
        <w:trPr>
          <w:jc w:val="center"/>
        </w:trPr>
        <w:tc>
          <w:tcPr>
            <w:tcW w:w="3041" w:type="dxa"/>
          </w:tcPr>
          <w:p w14:paraId="6BAEB651" w14:textId="77777777" w:rsidR="00E75779" w:rsidRDefault="0064455C" w:rsidP="000F6354">
            <w:pPr>
              <w:spacing w:line="360" w:lineRule="auto"/>
            </w:pPr>
            <w:r>
              <w:t>Pengumpulan Tugas</w:t>
            </w:r>
          </w:p>
        </w:tc>
        <w:tc>
          <w:tcPr>
            <w:tcW w:w="3041" w:type="dxa"/>
          </w:tcPr>
          <w:p w14:paraId="28952D2D" w14:textId="77777777" w:rsidR="00E75779" w:rsidRDefault="0064455C" w:rsidP="000F6354">
            <w:pPr>
              <w:spacing w:line="360" w:lineRule="auto"/>
            </w:pPr>
            <w:r>
              <w:t>Masih terdapat keterlambatan</w:t>
            </w:r>
          </w:p>
        </w:tc>
        <w:tc>
          <w:tcPr>
            <w:tcW w:w="3041" w:type="dxa"/>
          </w:tcPr>
          <w:p w14:paraId="7DF2D29D" w14:textId="77777777" w:rsidR="00E75779" w:rsidRDefault="0064455C" w:rsidP="000F6354">
            <w:pPr>
              <w:spacing w:line="360" w:lineRule="auto"/>
            </w:pPr>
            <w:r>
              <w:t>Penjadwalan dan pengingat tugas</w:t>
            </w:r>
          </w:p>
        </w:tc>
      </w:tr>
      <w:tr w:rsidR="00E75779" w14:paraId="22A27D06" w14:textId="77777777">
        <w:trPr>
          <w:jc w:val="center"/>
        </w:trPr>
        <w:tc>
          <w:tcPr>
            <w:tcW w:w="3041" w:type="dxa"/>
          </w:tcPr>
          <w:p w14:paraId="383B9852" w14:textId="77777777" w:rsidR="00E75779" w:rsidRDefault="0064455C" w:rsidP="000F6354">
            <w:pPr>
              <w:spacing w:line="360" w:lineRule="auto"/>
            </w:pPr>
            <w:r>
              <w:t>Praktik</w:t>
            </w:r>
          </w:p>
        </w:tc>
        <w:tc>
          <w:tcPr>
            <w:tcW w:w="3041" w:type="dxa"/>
          </w:tcPr>
          <w:p w14:paraId="614F5E8C" w14:textId="77777777" w:rsidR="00E75779" w:rsidRDefault="0064455C" w:rsidP="000F6354">
            <w:pPr>
              <w:spacing w:line="360" w:lineRule="auto"/>
            </w:pPr>
            <w:r>
              <w:t>Terkendala perangkat dan jaringan</w:t>
            </w:r>
          </w:p>
        </w:tc>
        <w:tc>
          <w:tcPr>
            <w:tcW w:w="3041" w:type="dxa"/>
          </w:tcPr>
          <w:p w14:paraId="3CEB1C1E" w14:textId="77777777" w:rsidR="00E75779" w:rsidRDefault="0064455C" w:rsidP="000F6354">
            <w:pPr>
              <w:spacing w:line="360" w:lineRule="auto"/>
            </w:pPr>
            <w:r>
              <w:t>Alternatif simulasi dan penugasan berbasis proyek</w:t>
            </w:r>
          </w:p>
        </w:tc>
      </w:tr>
    </w:tbl>
    <w:p w14:paraId="3DE96879" w14:textId="77777777" w:rsidR="000F6354" w:rsidRDefault="000F6354">
      <w:pPr>
        <w:rPr>
          <w:b/>
        </w:rPr>
      </w:pPr>
    </w:p>
    <w:p w14:paraId="4EA305A7" w14:textId="7240E04A" w:rsidR="00E75779" w:rsidRDefault="0064455C">
      <w:r>
        <w:rPr>
          <w:b/>
        </w:rPr>
        <w:t>C. Evaluasi Media Pembelajaran</w:t>
      </w:r>
    </w:p>
    <w:p w14:paraId="5F1CB387" w14:textId="77777777" w:rsidR="00E75779" w:rsidRDefault="0064455C" w:rsidP="000F6354">
      <w:pPr>
        <w:spacing w:line="360" w:lineRule="auto"/>
        <w:ind w:left="284" w:firstLine="283"/>
        <w:jc w:val="both"/>
      </w:pPr>
      <w:r>
        <w:t>Media pembelajaran daring yang digunakan dinilai membantu proses pen</w:t>
      </w:r>
      <w:r>
        <w:t xml:space="preserve">yampaian materi. Namun, pemanfaatan media perlu terus dikembangkan agar lebih interaktif, mudah diakses, </w:t>
      </w:r>
      <w:proofErr w:type="spellStart"/>
      <w:r>
        <w:t>dan</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kemampuan</w:t>
      </w:r>
      <w:proofErr w:type="spellEnd"/>
      <w:r>
        <w:t xml:space="preserve"> </w:t>
      </w:r>
      <w:proofErr w:type="spellStart"/>
      <w:r>
        <w:t>perangkat</w:t>
      </w:r>
      <w:proofErr w:type="spellEnd"/>
      <w:r>
        <w:t xml:space="preserve"> </w:t>
      </w:r>
      <w:proofErr w:type="spellStart"/>
      <w:r>
        <w:t>peserta</w:t>
      </w:r>
      <w:proofErr w:type="spellEnd"/>
      <w:r>
        <w:t xml:space="preserve"> </w:t>
      </w:r>
      <w:proofErr w:type="spellStart"/>
      <w:r>
        <w:t>didik</w:t>
      </w:r>
      <w:proofErr w:type="spellEnd"/>
      <w:r>
        <w:t>.</w:t>
      </w:r>
    </w:p>
    <w:p w14:paraId="11022C9C" w14:textId="77777777" w:rsidR="000F6354" w:rsidRDefault="000F6354">
      <w:pPr>
        <w:rPr>
          <w:b/>
        </w:rPr>
      </w:pPr>
    </w:p>
    <w:p w14:paraId="6B203667" w14:textId="3E16F001" w:rsidR="00E75779" w:rsidRDefault="0064455C">
      <w:r>
        <w:rPr>
          <w:b/>
        </w:rPr>
        <w:lastRenderedPageBreak/>
        <w:t>D. Kendala Pembelajaran Daring</w:t>
      </w:r>
    </w:p>
    <w:p w14:paraId="4DD410FE" w14:textId="77777777" w:rsidR="00E75779" w:rsidRDefault="0064455C" w:rsidP="000F6354">
      <w:pPr>
        <w:pStyle w:val="ListBullet"/>
        <w:spacing w:line="360" w:lineRule="auto"/>
      </w:pPr>
      <w:r>
        <w:t>Keterbatasan jaringan internet pada sebagian peserta didik.</w:t>
      </w:r>
    </w:p>
    <w:p w14:paraId="5B9CB89D" w14:textId="77777777" w:rsidR="00E75779" w:rsidRDefault="0064455C" w:rsidP="000F6354">
      <w:pPr>
        <w:pStyle w:val="ListBullet"/>
        <w:spacing w:line="360" w:lineRule="auto"/>
      </w:pPr>
      <w:r>
        <w:t>Perbedaan ketersediaan perangkat komputer atau telepon pintar.</w:t>
      </w:r>
    </w:p>
    <w:p w14:paraId="26633ECC" w14:textId="77777777" w:rsidR="00E75779" w:rsidRDefault="0064455C" w:rsidP="000F6354">
      <w:pPr>
        <w:pStyle w:val="ListBullet"/>
        <w:spacing w:line="360" w:lineRule="auto"/>
      </w:pPr>
      <w:r>
        <w:t>Keterbatasan kuota internet.</w:t>
      </w:r>
    </w:p>
    <w:p w14:paraId="486CD0D4" w14:textId="77777777" w:rsidR="00E75779" w:rsidRDefault="0064455C" w:rsidP="000F6354">
      <w:pPr>
        <w:pStyle w:val="ListBullet"/>
        <w:spacing w:line="360" w:lineRule="auto"/>
      </w:pPr>
      <w:r>
        <w:t>Partisipasi peserta didik yang belum optimal.</w:t>
      </w:r>
    </w:p>
    <w:p w14:paraId="1194421D" w14:textId="77777777" w:rsidR="00E75779" w:rsidRDefault="0064455C" w:rsidP="000F6354">
      <w:pPr>
        <w:pStyle w:val="ListBullet"/>
        <w:spacing w:line="360" w:lineRule="auto"/>
      </w:pPr>
      <w:r>
        <w:t>Kesulitan memantau pelaksanaan praktik secara langsung.</w:t>
      </w:r>
    </w:p>
    <w:p w14:paraId="7FB917FD" w14:textId="77777777" w:rsidR="00E75779" w:rsidRDefault="0064455C" w:rsidP="000F6354">
      <w:pPr>
        <w:pStyle w:val="ListBullet"/>
        <w:spacing w:line="360" w:lineRule="auto"/>
      </w:pPr>
      <w:r>
        <w:t>Keterlambatan pengumpulan tugas.</w:t>
      </w:r>
    </w:p>
    <w:p w14:paraId="7ADA53B8" w14:textId="77777777" w:rsidR="00E75779" w:rsidRDefault="0064455C" w:rsidP="000F6354">
      <w:pPr>
        <w:pStyle w:val="ListBullet"/>
        <w:spacing w:line="360" w:lineRule="auto"/>
      </w:pPr>
      <w:r>
        <w:t xml:space="preserve">Perbedaan kemampuan awal dan </w:t>
      </w:r>
      <w:r>
        <w:t>literasi digital peserta didik.</w:t>
      </w:r>
    </w:p>
    <w:p w14:paraId="645225E1" w14:textId="77777777" w:rsidR="000F6354" w:rsidRDefault="000F6354">
      <w:pPr>
        <w:rPr>
          <w:b/>
          <w:sz w:val="28"/>
        </w:rPr>
      </w:pPr>
    </w:p>
    <w:p w14:paraId="6EC1BB9E" w14:textId="77777777" w:rsidR="000F6354" w:rsidRDefault="000F6354">
      <w:pPr>
        <w:rPr>
          <w:b/>
          <w:sz w:val="28"/>
        </w:rPr>
      </w:pPr>
    </w:p>
    <w:p w14:paraId="693EA97C" w14:textId="77777777" w:rsidR="000F6354" w:rsidRDefault="000F6354">
      <w:pPr>
        <w:rPr>
          <w:b/>
          <w:sz w:val="28"/>
        </w:rPr>
      </w:pPr>
    </w:p>
    <w:p w14:paraId="21465F31" w14:textId="77777777" w:rsidR="000F6354" w:rsidRDefault="000F6354">
      <w:pPr>
        <w:rPr>
          <w:b/>
          <w:sz w:val="28"/>
        </w:rPr>
      </w:pPr>
    </w:p>
    <w:p w14:paraId="6375C828" w14:textId="77777777" w:rsidR="000F6354" w:rsidRDefault="000F6354">
      <w:pPr>
        <w:rPr>
          <w:b/>
          <w:sz w:val="28"/>
        </w:rPr>
      </w:pPr>
    </w:p>
    <w:p w14:paraId="04F40259" w14:textId="77777777" w:rsidR="000F6354" w:rsidRDefault="000F6354">
      <w:pPr>
        <w:rPr>
          <w:b/>
          <w:sz w:val="28"/>
        </w:rPr>
      </w:pPr>
    </w:p>
    <w:p w14:paraId="55912A31" w14:textId="77777777" w:rsidR="000F6354" w:rsidRDefault="000F6354">
      <w:pPr>
        <w:rPr>
          <w:b/>
          <w:sz w:val="28"/>
        </w:rPr>
      </w:pPr>
    </w:p>
    <w:p w14:paraId="24B12A3D" w14:textId="77777777" w:rsidR="000F6354" w:rsidRDefault="000F6354">
      <w:pPr>
        <w:rPr>
          <w:b/>
          <w:sz w:val="28"/>
        </w:rPr>
      </w:pPr>
    </w:p>
    <w:p w14:paraId="25560322" w14:textId="77777777" w:rsidR="000F6354" w:rsidRDefault="000F6354">
      <w:pPr>
        <w:rPr>
          <w:b/>
          <w:sz w:val="28"/>
        </w:rPr>
      </w:pPr>
    </w:p>
    <w:p w14:paraId="2556303B" w14:textId="77777777" w:rsidR="000F6354" w:rsidRDefault="000F6354">
      <w:pPr>
        <w:rPr>
          <w:b/>
          <w:sz w:val="28"/>
        </w:rPr>
      </w:pPr>
    </w:p>
    <w:p w14:paraId="66C2CC81" w14:textId="77777777" w:rsidR="000F6354" w:rsidRDefault="000F6354">
      <w:pPr>
        <w:rPr>
          <w:b/>
          <w:sz w:val="28"/>
        </w:rPr>
      </w:pPr>
    </w:p>
    <w:p w14:paraId="73038CFD" w14:textId="77777777" w:rsidR="000F6354" w:rsidRDefault="000F6354">
      <w:pPr>
        <w:rPr>
          <w:b/>
          <w:sz w:val="28"/>
        </w:rPr>
      </w:pPr>
    </w:p>
    <w:p w14:paraId="67B1037A" w14:textId="77777777" w:rsidR="000F6354" w:rsidRDefault="000F6354">
      <w:pPr>
        <w:rPr>
          <w:b/>
          <w:sz w:val="28"/>
        </w:rPr>
      </w:pPr>
    </w:p>
    <w:p w14:paraId="6AE88855" w14:textId="77777777" w:rsidR="000F6354" w:rsidRDefault="000F6354">
      <w:pPr>
        <w:rPr>
          <w:b/>
          <w:sz w:val="28"/>
        </w:rPr>
      </w:pPr>
    </w:p>
    <w:p w14:paraId="5670369E" w14:textId="77777777" w:rsidR="000F6354" w:rsidRDefault="000F6354">
      <w:pPr>
        <w:rPr>
          <w:b/>
          <w:sz w:val="28"/>
        </w:rPr>
      </w:pPr>
    </w:p>
    <w:p w14:paraId="67683846" w14:textId="77777777" w:rsidR="000F6354" w:rsidRDefault="000F6354">
      <w:pPr>
        <w:rPr>
          <w:b/>
          <w:sz w:val="28"/>
        </w:rPr>
      </w:pPr>
    </w:p>
    <w:p w14:paraId="557966C9" w14:textId="77777777" w:rsidR="000F6354" w:rsidRDefault="000F6354">
      <w:pPr>
        <w:rPr>
          <w:b/>
          <w:sz w:val="28"/>
        </w:rPr>
      </w:pPr>
    </w:p>
    <w:p w14:paraId="65FF469B" w14:textId="77777777" w:rsidR="000F6354" w:rsidRDefault="000F6354">
      <w:pPr>
        <w:rPr>
          <w:b/>
          <w:sz w:val="28"/>
        </w:rPr>
      </w:pPr>
    </w:p>
    <w:p w14:paraId="24CAC224" w14:textId="22D1CF02" w:rsidR="00E75779" w:rsidRPr="00FA5CF3" w:rsidRDefault="0064455C" w:rsidP="000F6354">
      <w:pPr>
        <w:spacing w:after="0"/>
        <w:jc w:val="center"/>
        <w:rPr>
          <w:sz w:val="32"/>
          <w:szCs w:val="32"/>
        </w:rPr>
      </w:pPr>
      <w:r w:rsidRPr="00FA5CF3">
        <w:rPr>
          <w:b/>
          <w:sz w:val="32"/>
          <w:szCs w:val="32"/>
        </w:rPr>
        <w:lastRenderedPageBreak/>
        <w:t>BAB IV</w:t>
      </w:r>
    </w:p>
    <w:p w14:paraId="1186A224" w14:textId="77777777" w:rsidR="00E75779" w:rsidRPr="00FA5CF3" w:rsidRDefault="0064455C" w:rsidP="000F6354">
      <w:pPr>
        <w:spacing w:after="0"/>
        <w:jc w:val="center"/>
        <w:rPr>
          <w:b/>
          <w:sz w:val="32"/>
          <w:szCs w:val="32"/>
        </w:rPr>
      </w:pPr>
      <w:r w:rsidRPr="00FA5CF3">
        <w:rPr>
          <w:b/>
          <w:sz w:val="32"/>
          <w:szCs w:val="32"/>
        </w:rPr>
        <w:t>ANALISIS HASIL BELAJAR PESERTA DIDIK</w:t>
      </w:r>
    </w:p>
    <w:p w14:paraId="123876CA" w14:textId="77777777" w:rsidR="000F6354" w:rsidRDefault="000F6354" w:rsidP="000F6354">
      <w:pPr>
        <w:spacing w:after="0"/>
        <w:jc w:val="center"/>
      </w:pPr>
    </w:p>
    <w:p w14:paraId="7507085B" w14:textId="77777777" w:rsidR="00E75779" w:rsidRDefault="0064455C">
      <w:r>
        <w:rPr>
          <w:b/>
        </w:rPr>
        <w:t>A. Dasar Analisis</w:t>
      </w:r>
    </w:p>
    <w:p w14:paraId="29D87DA0" w14:textId="77777777" w:rsidR="00E75779" w:rsidRDefault="0064455C" w:rsidP="000F6354">
      <w:pPr>
        <w:spacing w:line="360" w:lineRule="auto"/>
        <w:ind w:left="284" w:firstLine="283"/>
      </w:pPr>
      <w:r>
        <w:t xml:space="preserve">Analisis hasil belajar dilakukan berdasarkan hasil asesmen formatif, tugas, praktik, proyek, kehadiran, partisipasi, dan asesmen sumatif Semester Ganjil. Data hasil belajar digunakan untuk menentukan tingkat ketercapaian kompetensi serta </w:t>
      </w:r>
      <w:proofErr w:type="spellStart"/>
      <w:r>
        <w:t>kebutuhan</w:t>
      </w:r>
      <w:proofErr w:type="spellEnd"/>
      <w:r>
        <w:t xml:space="preserve"> </w:t>
      </w:r>
      <w:proofErr w:type="spellStart"/>
      <w:r>
        <w:t>tindak</w:t>
      </w:r>
      <w:proofErr w:type="spellEnd"/>
      <w:r>
        <w:t xml:space="preserve"> </w:t>
      </w:r>
      <w:proofErr w:type="spellStart"/>
      <w:r>
        <w:t>l</w:t>
      </w:r>
      <w:r>
        <w:t>anjut</w:t>
      </w:r>
      <w:proofErr w:type="spellEnd"/>
      <w:r>
        <w:t xml:space="preserve"> </w:t>
      </w:r>
      <w:proofErr w:type="spellStart"/>
      <w:r>
        <w:t>bagi</w:t>
      </w:r>
      <w:proofErr w:type="spellEnd"/>
      <w:r>
        <w:t xml:space="preserve"> </w:t>
      </w:r>
      <w:proofErr w:type="spellStart"/>
      <w:r>
        <w:t>setiap</w:t>
      </w:r>
      <w:proofErr w:type="spellEnd"/>
      <w:r>
        <w:t xml:space="preserve"> </w:t>
      </w:r>
      <w:proofErr w:type="spellStart"/>
      <w:r>
        <w:t>peserta</w:t>
      </w:r>
      <w:proofErr w:type="spellEnd"/>
      <w:r>
        <w:t xml:space="preserve"> </w:t>
      </w:r>
      <w:proofErr w:type="spellStart"/>
      <w:r>
        <w:t>didik</w:t>
      </w:r>
      <w:proofErr w:type="spellEnd"/>
      <w:r>
        <w:t>.</w:t>
      </w:r>
    </w:p>
    <w:p w14:paraId="7158329F" w14:textId="77777777" w:rsidR="00E75779" w:rsidRDefault="0064455C">
      <w:r>
        <w:rPr>
          <w:b/>
        </w:rPr>
        <w:t>B. Rekapitulasi Hasil Belajar</w:t>
      </w:r>
    </w:p>
    <w:p w14:paraId="5F9AF33F" w14:textId="77777777" w:rsidR="00E75779" w:rsidRDefault="0064455C" w:rsidP="0077215D">
      <w:pPr>
        <w:spacing w:line="360" w:lineRule="auto"/>
        <w:ind w:left="284" w:firstLine="283"/>
        <w:jc w:val="both"/>
      </w:pPr>
      <w:r>
        <w:t xml:space="preserve">Berikut merupakan format contoh rekapitulasi. </w:t>
      </w:r>
      <w:proofErr w:type="spellStart"/>
      <w:r>
        <w:t>Angka</w:t>
      </w:r>
      <w:proofErr w:type="spellEnd"/>
      <w:r>
        <w:t xml:space="preserve"> </w:t>
      </w:r>
      <w:proofErr w:type="spellStart"/>
      <w:r>
        <w:t>dapat</w:t>
      </w:r>
      <w:proofErr w:type="spellEnd"/>
      <w:r>
        <w:t xml:space="preserve"> </w:t>
      </w:r>
      <w:proofErr w:type="spellStart"/>
      <w:r>
        <w:t>diganti</w:t>
      </w:r>
      <w:proofErr w:type="spellEnd"/>
      <w:r>
        <w:t xml:space="preserve"> </w:t>
      </w:r>
      <w:proofErr w:type="spellStart"/>
      <w:r>
        <w:t>sesuai</w:t>
      </w:r>
      <w:proofErr w:type="spellEnd"/>
      <w:r>
        <w:t xml:space="preserve"> data </w:t>
      </w:r>
      <w:proofErr w:type="spellStart"/>
      <w:r>
        <w:t>riil</w:t>
      </w:r>
      <w:proofErr w:type="spellEnd"/>
      <w:r>
        <w:t xml:space="preserve"> </w:t>
      </w:r>
      <w:proofErr w:type="spellStart"/>
      <w:r>
        <w:t>sekolah</w:t>
      </w:r>
      <w:proofErr w:type="spellEnd"/>
      <w:r>
        <w:t>.</w:t>
      </w:r>
    </w:p>
    <w:tbl>
      <w:tblPr>
        <w:tblStyle w:val="TableGrid"/>
        <w:tblW w:w="0" w:type="auto"/>
        <w:jc w:val="center"/>
        <w:tblLook w:val="04A0" w:firstRow="1" w:lastRow="0" w:firstColumn="1" w:lastColumn="0" w:noHBand="0" w:noVBand="1"/>
      </w:tblPr>
      <w:tblGrid>
        <w:gridCol w:w="1824"/>
        <w:gridCol w:w="1824"/>
        <w:gridCol w:w="1824"/>
        <w:gridCol w:w="1824"/>
        <w:gridCol w:w="1824"/>
      </w:tblGrid>
      <w:tr w:rsidR="00E75779" w14:paraId="750A2F47" w14:textId="77777777">
        <w:trPr>
          <w:jc w:val="center"/>
        </w:trPr>
        <w:tc>
          <w:tcPr>
            <w:tcW w:w="1824" w:type="dxa"/>
            <w:vAlign w:val="center"/>
          </w:tcPr>
          <w:p w14:paraId="5672B0E5" w14:textId="77777777" w:rsidR="00E75779" w:rsidRDefault="0064455C" w:rsidP="000F6354">
            <w:pPr>
              <w:spacing w:line="360" w:lineRule="auto"/>
            </w:pPr>
            <w:r>
              <w:rPr>
                <w:b/>
              </w:rPr>
              <w:t>Kelas</w:t>
            </w:r>
          </w:p>
        </w:tc>
        <w:tc>
          <w:tcPr>
            <w:tcW w:w="1824" w:type="dxa"/>
            <w:vAlign w:val="center"/>
          </w:tcPr>
          <w:p w14:paraId="08F92872" w14:textId="77777777" w:rsidR="00E75779" w:rsidRDefault="0064455C" w:rsidP="000F6354">
            <w:pPr>
              <w:spacing w:line="360" w:lineRule="auto"/>
            </w:pPr>
            <w:r>
              <w:rPr>
                <w:b/>
              </w:rPr>
              <w:t>Jumlah Peserta Didik</w:t>
            </w:r>
          </w:p>
        </w:tc>
        <w:tc>
          <w:tcPr>
            <w:tcW w:w="1824" w:type="dxa"/>
            <w:vAlign w:val="center"/>
          </w:tcPr>
          <w:p w14:paraId="59915C6D" w14:textId="77777777" w:rsidR="00E75779" w:rsidRDefault="0064455C" w:rsidP="000F6354">
            <w:pPr>
              <w:spacing w:line="360" w:lineRule="auto"/>
            </w:pPr>
            <w:r>
              <w:rPr>
                <w:b/>
              </w:rPr>
              <w:t>Tuntas</w:t>
            </w:r>
          </w:p>
        </w:tc>
        <w:tc>
          <w:tcPr>
            <w:tcW w:w="1824" w:type="dxa"/>
            <w:vAlign w:val="center"/>
          </w:tcPr>
          <w:p w14:paraId="3893B896" w14:textId="77777777" w:rsidR="00E75779" w:rsidRDefault="0064455C" w:rsidP="000F6354">
            <w:pPr>
              <w:spacing w:line="360" w:lineRule="auto"/>
            </w:pPr>
            <w:r>
              <w:rPr>
                <w:b/>
              </w:rPr>
              <w:t>Belum Tuntas</w:t>
            </w:r>
          </w:p>
        </w:tc>
        <w:tc>
          <w:tcPr>
            <w:tcW w:w="1824" w:type="dxa"/>
            <w:vAlign w:val="center"/>
          </w:tcPr>
          <w:p w14:paraId="161D170E" w14:textId="77777777" w:rsidR="00E75779" w:rsidRDefault="0064455C" w:rsidP="000F6354">
            <w:pPr>
              <w:spacing w:line="360" w:lineRule="auto"/>
            </w:pPr>
            <w:r>
              <w:rPr>
                <w:b/>
              </w:rPr>
              <w:t>Persentase Ketuntasan</w:t>
            </w:r>
          </w:p>
        </w:tc>
      </w:tr>
      <w:tr w:rsidR="00E75779" w14:paraId="33C00C96" w14:textId="77777777">
        <w:trPr>
          <w:jc w:val="center"/>
        </w:trPr>
        <w:tc>
          <w:tcPr>
            <w:tcW w:w="1824" w:type="dxa"/>
          </w:tcPr>
          <w:p w14:paraId="22C4A3AA" w14:textId="77777777" w:rsidR="00E75779" w:rsidRDefault="0064455C" w:rsidP="00CB7816">
            <w:pPr>
              <w:spacing w:line="360" w:lineRule="auto"/>
              <w:jc w:val="center"/>
            </w:pPr>
            <w:r>
              <w:t>X</w:t>
            </w:r>
          </w:p>
        </w:tc>
        <w:tc>
          <w:tcPr>
            <w:tcW w:w="1824" w:type="dxa"/>
          </w:tcPr>
          <w:p w14:paraId="6CC787BF" w14:textId="77777777" w:rsidR="00E75779" w:rsidRDefault="0064455C" w:rsidP="00CB7816">
            <w:pPr>
              <w:spacing w:line="360" w:lineRule="auto"/>
              <w:jc w:val="center"/>
            </w:pPr>
            <w:r>
              <w:t>36</w:t>
            </w:r>
          </w:p>
        </w:tc>
        <w:tc>
          <w:tcPr>
            <w:tcW w:w="1824" w:type="dxa"/>
          </w:tcPr>
          <w:p w14:paraId="3DAFA62B" w14:textId="77777777" w:rsidR="00E75779" w:rsidRDefault="0064455C" w:rsidP="00CB7816">
            <w:pPr>
              <w:spacing w:line="360" w:lineRule="auto"/>
              <w:jc w:val="center"/>
            </w:pPr>
            <w:r>
              <w:t>30</w:t>
            </w:r>
          </w:p>
        </w:tc>
        <w:tc>
          <w:tcPr>
            <w:tcW w:w="1824" w:type="dxa"/>
          </w:tcPr>
          <w:p w14:paraId="16869C29" w14:textId="77777777" w:rsidR="00E75779" w:rsidRDefault="0064455C" w:rsidP="00CB7816">
            <w:pPr>
              <w:spacing w:line="360" w:lineRule="auto"/>
              <w:jc w:val="center"/>
            </w:pPr>
            <w:r>
              <w:t>6</w:t>
            </w:r>
          </w:p>
        </w:tc>
        <w:tc>
          <w:tcPr>
            <w:tcW w:w="1824" w:type="dxa"/>
          </w:tcPr>
          <w:p w14:paraId="452190E2" w14:textId="77777777" w:rsidR="00E75779" w:rsidRDefault="0064455C" w:rsidP="00CB7816">
            <w:pPr>
              <w:spacing w:line="360" w:lineRule="auto"/>
              <w:jc w:val="center"/>
            </w:pPr>
            <w:r>
              <w:t>83,33%</w:t>
            </w:r>
          </w:p>
        </w:tc>
      </w:tr>
      <w:tr w:rsidR="00E75779" w14:paraId="3B433F5C" w14:textId="77777777">
        <w:trPr>
          <w:jc w:val="center"/>
        </w:trPr>
        <w:tc>
          <w:tcPr>
            <w:tcW w:w="1824" w:type="dxa"/>
          </w:tcPr>
          <w:p w14:paraId="69AFB234" w14:textId="77777777" w:rsidR="00E75779" w:rsidRDefault="0064455C" w:rsidP="00CB7816">
            <w:pPr>
              <w:spacing w:line="360" w:lineRule="auto"/>
              <w:jc w:val="center"/>
            </w:pPr>
            <w:r>
              <w:t>XI</w:t>
            </w:r>
          </w:p>
        </w:tc>
        <w:tc>
          <w:tcPr>
            <w:tcW w:w="1824" w:type="dxa"/>
          </w:tcPr>
          <w:p w14:paraId="14545B52" w14:textId="77777777" w:rsidR="00E75779" w:rsidRDefault="0064455C" w:rsidP="00CB7816">
            <w:pPr>
              <w:spacing w:line="360" w:lineRule="auto"/>
              <w:jc w:val="center"/>
            </w:pPr>
            <w:r>
              <w:t>34</w:t>
            </w:r>
          </w:p>
        </w:tc>
        <w:tc>
          <w:tcPr>
            <w:tcW w:w="1824" w:type="dxa"/>
          </w:tcPr>
          <w:p w14:paraId="034017E2" w14:textId="77777777" w:rsidR="00E75779" w:rsidRDefault="0064455C" w:rsidP="00CB7816">
            <w:pPr>
              <w:spacing w:line="360" w:lineRule="auto"/>
              <w:jc w:val="center"/>
            </w:pPr>
            <w:r>
              <w:t>29</w:t>
            </w:r>
          </w:p>
        </w:tc>
        <w:tc>
          <w:tcPr>
            <w:tcW w:w="1824" w:type="dxa"/>
          </w:tcPr>
          <w:p w14:paraId="4CE0EA54" w14:textId="77777777" w:rsidR="00E75779" w:rsidRDefault="0064455C" w:rsidP="00CB7816">
            <w:pPr>
              <w:spacing w:line="360" w:lineRule="auto"/>
              <w:jc w:val="center"/>
            </w:pPr>
            <w:r>
              <w:t>5</w:t>
            </w:r>
          </w:p>
        </w:tc>
        <w:tc>
          <w:tcPr>
            <w:tcW w:w="1824" w:type="dxa"/>
          </w:tcPr>
          <w:p w14:paraId="6B8A7F51" w14:textId="77777777" w:rsidR="00E75779" w:rsidRDefault="0064455C" w:rsidP="00CB7816">
            <w:pPr>
              <w:spacing w:line="360" w:lineRule="auto"/>
              <w:jc w:val="center"/>
            </w:pPr>
            <w:r>
              <w:t>85,29%</w:t>
            </w:r>
          </w:p>
        </w:tc>
      </w:tr>
      <w:tr w:rsidR="00E75779" w14:paraId="0A5C74CD" w14:textId="77777777">
        <w:trPr>
          <w:jc w:val="center"/>
        </w:trPr>
        <w:tc>
          <w:tcPr>
            <w:tcW w:w="1824" w:type="dxa"/>
          </w:tcPr>
          <w:p w14:paraId="1DE28CDB" w14:textId="77777777" w:rsidR="00E75779" w:rsidRDefault="0064455C" w:rsidP="00CB7816">
            <w:pPr>
              <w:spacing w:line="360" w:lineRule="auto"/>
              <w:jc w:val="center"/>
            </w:pPr>
            <w:r>
              <w:t>XII</w:t>
            </w:r>
          </w:p>
        </w:tc>
        <w:tc>
          <w:tcPr>
            <w:tcW w:w="1824" w:type="dxa"/>
          </w:tcPr>
          <w:p w14:paraId="17427EA2" w14:textId="77777777" w:rsidR="00E75779" w:rsidRDefault="0064455C" w:rsidP="00CB7816">
            <w:pPr>
              <w:spacing w:line="360" w:lineRule="auto"/>
              <w:jc w:val="center"/>
            </w:pPr>
            <w:r>
              <w:t>32</w:t>
            </w:r>
          </w:p>
        </w:tc>
        <w:tc>
          <w:tcPr>
            <w:tcW w:w="1824" w:type="dxa"/>
          </w:tcPr>
          <w:p w14:paraId="6D00D4DB" w14:textId="77777777" w:rsidR="00E75779" w:rsidRDefault="0064455C" w:rsidP="00CB7816">
            <w:pPr>
              <w:spacing w:line="360" w:lineRule="auto"/>
              <w:jc w:val="center"/>
            </w:pPr>
            <w:r>
              <w:t>29</w:t>
            </w:r>
          </w:p>
        </w:tc>
        <w:tc>
          <w:tcPr>
            <w:tcW w:w="1824" w:type="dxa"/>
          </w:tcPr>
          <w:p w14:paraId="53F2C4C0" w14:textId="77777777" w:rsidR="00E75779" w:rsidRDefault="0064455C" w:rsidP="00CB7816">
            <w:pPr>
              <w:spacing w:line="360" w:lineRule="auto"/>
              <w:jc w:val="center"/>
            </w:pPr>
            <w:r>
              <w:t>3</w:t>
            </w:r>
          </w:p>
        </w:tc>
        <w:tc>
          <w:tcPr>
            <w:tcW w:w="1824" w:type="dxa"/>
          </w:tcPr>
          <w:p w14:paraId="2372E8DF" w14:textId="77777777" w:rsidR="00E75779" w:rsidRDefault="0064455C" w:rsidP="00CB7816">
            <w:pPr>
              <w:spacing w:line="360" w:lineRule="auto"/>
              <w:jc w:val="center"/>
            </w:pPr>
            <w:r>
              <w:t>90,63%</w:t>
            </w:r>
          </w:p>
        </w:tc>
      </w:tr>
      <w:tr w:rsidR="00E75779" w14:paraId="718AF807" w14:textId="77777777">
        <w:trPr>
          <w:jc w:val="center"/>
        </w:trPr>
        <w:tc>
          <w:tcPr>
            <w:tcW w:w="1824" w:type="dxa"/>
          </w:tcPr>
          <w:p w14:paraId="17F9A262" w14:textId="77777777" w:rsidR="00E75779" w:rsidRDefault="0064455C" w:rsidP="00CB7816">
            <w:pPr>
              <w:spacing w:line="360" w:lineRule="auto"/>
              <w:jc w:val="center"/>
            </w:pPr>
            <w:r>
              <w:t>Jumlah</w:t>
            </w:r>
          </w:p>
        </w:tc>
        <w:tc>
          <w:tcPr>
            <w:tcW w:w="1824" w:type="dxa"/>
          </w:tcPr>
          <w:p w14:paraId="5ED74F22" w14:textId="77777777" w:rsidR="00E75779" w:rsidRDefault="0064455C" w:rsidP="00CB7816">
            <w:pPr>
              <w:spacing w:line="360" w:lineRule="auto"/>
              <w:jc w:val="center"/>
            </w:pPr>
            <w:r>
              <w:t>102</w:t>
            </w:r>
          </w:p>
        </w:tc>
        <w:tc>
          <w:tcPr>
            <w:tcW w:w="1824" w:type="dxa"/>
          </w:tcPr>
          <w:p w14:paraId="0503BAC6" w14:textId="77777777" w:rsidR="00E75779" w:rsidRDefault="0064455C" w:rsidP="00CB7816">
            <w:pPr>
              <w:spacing w:line="360" w:lineRule="auto"/>
              <w:jc w:val="center"/>
            </w:pPr>
            <w:r>
              <w:t>88</w:t>
            </w:r>
          </w:p>
        </w:tc>
        <w:tc>
          <w:tcPr>
            <w:tcW w:w="1824" w:type="dxa"/>
          </w:tcPr>
          <w:p w14:paraId="7B20F539" w14:textId="77777777" w:rsidR="00E75779" w:rsidRDefault="0064455C" w:rsidP="00CB7816">
            <w:pPr>
              <w:spacing w:line="360" w:lineRule="auto"/>
              <w:jc w:val="center"/>
            </w:pPr>
            <w:r>
              <w:t>14</w:t>
            </w:r>
          </w:p>
        </w:tc>
        <w:tc>
          <w:tcPr>
            <w:tcW w:w="1824" w:type="dxa"/>
          </w:tcPr>
          <w:p w14:paraId="3A6C8DDC" w14:textId="77777777" w:rsidR="00E75779" w:rsidRDefault="0064455C" w:rsidP="00CB7816">
            <w:pPr>
              <w:spacing w:line="360" w:lineRule="auto"/>
              <w:jc w:val="center"/>
            </w:pPr>
            <w:r>
              <w:t>86,27%</w:t>
            </w:r>
          </w:p>
        </w:tc>
      </w:tr>
    </w:tbl>
    <w:p w14:paraId="4848C286" w14:textId="77777777" w:rsidR="000F6354" w:rsidRDefault="000F6354" w:rsidP="00CB7816">
      <w:pPr>
        <w:jc w:val="center"/>
        <w:rPr>
          <w:b/>
        </w:rPr>
      </w:pPr>
    </w:p>
    <w:p w14:paraId="7B5A0CD7" w14:textId="51EB3B24" w:rsidR="00E75779" w:rsidRDefault="0064455C">
      <w:r>
        <w:rPr>
          <w:b/>
        </w:rPr>
        <w:t>C. Analisis Kategori Nilai</w:t>
      </w:r>
    </w:p>
    <w:tbl>
      <w:tblPr>
        <w:tblStyle w:val="TableGrid"/>
        <w:tblW w:w="0" w:type="auto"/>
        <w:jc w:val="center"/>
        <w:tblLook w:val="04A0" w:firstRow="1" w:lastRow="0" w:firstColumn="1" w:lastColumn="0" w:noHBand="0" w:noVBand="1"/>
      </w:tblPr>
      <w:tblGrid>
        <w:gridCol w:w="3041"/>
        <w:gridCol w:w="3041"/>
        <w:gridCol w:w="3041"/>
      </w:tblGrid>
      <w:tr w:rsidR="00E75779" w14:paraId="24EF32F7" w14:textId="77777777">
        <w:trPr>
          <w:jc w:val="center"/>
        </w:trPr>
        <w:tc>
          <w:tcPr>
            <w:tcW w:w="3041" w:type="dxa"/>
            <w:vAlign w:val="center"/>
          </w:tcPr>
          <w:p w14:paraId="48AB8E50" w14:textId="77777777" w:rsidR="00E75779" w:rsidRDefault="0064455C" w:rsidP="000F6354">
            <w:pPr>
              <w:spacing w:line="360" w:lineRule="auto"/>
            </w:pPr>
            <w:r>
              <w:rPr>
                <w:b/>
              </w:rPr>
              <w:t>Kategori</w:t>
            </w:r>
          </w:p>
        </w:tc>
        <w:tc>
          <w:tcPr>
            <w:tcW w:w="3041" w:type="dxa"/>
            <w:vAlign w:val="center"/>
          </w:tcPr>
          <w:p w14:paraId="787F76CA" w14:textId="77777777" w:rsidR="00E75779" w:rsidRDefault="0064455C" w:rsidP="000F6354">
            <w:pPr>
              <w:spacing w:line="360" w:lineRule="auto"/>
            </w:pPr>
            <w:r>
              <w:rPr>
                <w:b/>
              </w:rPr>
              <w:t>Rentang Nilai</w:t>
            </w:r>
          </w:p>
        </w:tc>
        <w:tc>
          <w:tcPr>
            <w:tcW w:w="3041" w:type="dxa"/>
            <w:vAlign w:val="center"/>
          </w:tcPr>
          <w:p w14:paraId="4CFD1A85" w14:textId="77777777" w:rsidR="00E75779" w:rsidRDefault="0064455C" w:rsidP="000F6354">
            <w:pPr>
              <w:spacing w:line="360" w:lineRule="auto"/>
            </w:pPr>
            <w:r>
              <w:rPr>
                <w:b/>
              </w:rPr>
              <w:t>Keterangan</w:t>
            </w:r>
          </w:p>
        </w:tc>
      </w:tr>
      <w:tr w:rsidR="00E75779" w14:paraId="24B81DEF" w14:textId="77777777">
        <w:trPr>
          <w:jc w:val="center"/>
        </w:trPr>
        <w:tc>
          <w:tcPr>
            <w:tcW w:w="3041" w:type="dxa"/>
          </w:tcPr>
          <w:p w14:paraId="0782EE9F" w14:textId="77777777" w:rsidR="00E75779" w:rsidRDefault="0064455C" w:rsidP="00CB7816">
            <w:pPr>
              <w:spacing w:line="360" w:lineRule="auto"/>
              <w:jc w:val="center"/>
            </w:pPr>
            <w:r>
              <w:t>Sangat Baik</w:t>
            </w:r>
          </w:p>
        </w:tc>
        <w:tc>
          <w:tcPr>
            <w:tcW w:w="3041" w:type="dxa"/>
          </w:tcPr>
          <w:p w14:paraId="450908C7" w14:textId="77777777" w:rsidR="00E75779" w:rsidRDefault="0064455C" w:rsidP="00CB7816">
            <w:pPr>
              <w:spacing w:line="360" w:lineRule="auto"/>
              <w:jc w:val="center"/>
            </w:pPr>
            <w:r>
              <w:t>90–100</w:t>
            </w:r>
          </w:p>
        </w:tc>
        <w:tc>
          <w:tcPr>
            <w:tcW w:w="3041" w:type="dxa"/>
          </w:tcPr>
          <w:p w14:paraId="06A28AEB" w14:textId="77777777" w:rsidR="00E75779" w:rsidRDefault="0064455C" w:rsidP="000F6354">
            <w:pPr>
              <w:spacing w:line="360" w:lineRule="auto"/>
            </w:pPr>
            <w:r>
              <w:t>Menguasai kompetensi dengan sangat baik</w:t>
            </w:r>
          </w:p>
        </w:tc>
      </w:tr>
      <w:tr w:rsidR="00E75779" w14:paraId="6EA1EAFD" w14:textId="77777777">
        <w:trPr>
          <w:jc w:val="center"/>
        </w:trPr>
        <w:tc>
          <w:tcPr>
            <w:tcW w:w="3041" w:type="dxa"/>
          </w:tcPr>
          <w:p w14:paraId="46611504" w14:textId="77777777" w:rsidR="00E75779" w:rsidRDefault="0064455C" w:rsidP="00CB7816">
            <w:pPr>
              <w:spacing w:line="360" w:lineRule="auto"/>
              <w:jc w:val="center"/>
            </w:pPr>
            <w:r>
              <w:t>Baik</w:t>
            </w:r>
          </w:p>
        </w:tc>
        <w:tc>
          <w:tcPr>
            <w:tcW w:w="3041" w:type="dxa"/>
          </w:tcPr>
          <w:p w14:paraId="15702754" w14:textId="77777777" w:rsidR="00E75779" w:rsidRDefault="0064455C" w:rsidP="00CB7816">
            <w:pPr>
              <w:spacing w:line="360" w:lineRule="auto"/>
              <w:jc w:val="center"/>
            </w:pPr>
            <w:r>
              <w:t>80–89</w:t>
            </w:r>
          </w:p>
        </w:tc>
        <w:tc>
          <w:tcPr>
            <w:tcW w:w="3041" w:type="dxa"/>
          </w:tcPr>
          <w:p w14:paraId="0AA17213" w14:textId="77777777" w:rsidR="00E75779" w:rsidRDefault="0064455C" w:rsidP="000F6354">
            <w:pPr>
              <w:spacing w:line="360" w:lineRule="auto"/>
            </w:pPr>
            <w:r>
              <w:t>Menguasai sebagian besar kompetensi</w:t>
            </w:r>
          </w:p>
        </w:tc>
      </w:tr>
      <w:tr w:rsidR="00E75779" w14:paraId="1E5C6E96" w14:textId="77777777">
        <w:trPr>
          <w:jc w:val="center"/>
        </w:trPr>
        <w:tc>
          <w:tcPr>
            <w:tcW w:w="3041" w:type="dxa"/>
          </w:tcPr>
          <w:p w14:paraId="54C0CC91" w14:textId="77777777" w:rsidR="00E75779" w:rsidRDefault="0064455C" w:rsidP="00CB7816">
            <w:pPr>
              <w:spacing w:line="360" w:lineRule="auto"/>
              <w:jc w:val="center"/>
            </w:pPr>
            <w:r>
              <w:t>Cukup</w:t>
            </w:r>
          </w:p>
        </w:tc>
        <w:tc>
          <w:tcPr>
            <w:tcW w:w="3041" w:type="dxa"/>
          </w:tcPr>
          <w:p w14:paraId="0374BCCF" w14:textId="77777777" w:rsidR="00E75779" w:rsidRDefault="0064455C" w:rsidP="00CB7816">
            <w:pPr>
              <w:spacing w:line="360" w:lineRule="auto"/>
              <w:jc w:val="center"/>
            </w:pPr>
            <w:r>
              <w:t>70–79</w:t>
            </w:r>
          </w:p>
        </w:tc>
        <w:tc>
          <w:tcPr>
            <w:tcW w:w="3041" w:type="dxa"/>
          </w:tcPr>
          <w:p w14:paraId="307BF46B" w14:textId="77777777" w:rsidR="00E75779" w:rsidRDefault="0064455C" w:rsidP="000F6354">
            <w:pPr>
              <w:spacing w:line="360" w:lineRule="auto"/>
            </w:pPr>
            <w:r>
              <w:t>Memerlukan penguatan</w:t>
            </w:r>
            <w:r>
              <w:t xml:space="preserve"> pada materi tertentu</w:t>
            </w:r>
          </w:p>
        </w:tc>
      </w:tr>
      <w:tr w:rsidR="00E75779" w14:paraId="0F829E78" w14:textId="77777777">
        <w:trPr>
          <w:jc w:val="center"/>
        </w:trPr>
        <w:tc>
          <w:tcPr>
            <w:tcW w:w="3041" w:type="dxa"/>
          </w:tcPr>
          <w:p w14:paraId="5B0B2F6E" w14:textId="77777777" w:rsidR="00E75779" w:rsidRDefault="0064455C" w:rsidP="00CB7816">
            <w:pPr>
              <w:spacing w:line="360" w:lineRule="auto"/>
              <w:jc w:val="center"/>
            </w:pPr>
            <w:r>
              <w:t>Perlu Bimbingan</w:t>
            </w:r>
          </w:p>
        </w:tc>
        <w:tc>
          <w:tcPr>
            <w:tcW w:w="3041" w:type="dxa"/>
          </w:tcPr>
          <w:p w14:paraId="57277EFA" w14:textId="77777777" w:rsidR="00E75779" w:rsidRDefault="0064455C" w:rsidP="00CB7816">
            <w:pPr>
              <w:spacing w:line="360" w:lineRule="auto"/>
              <w:jc w:val="center"/>
            </w:pPr>
            <w:r>
              <w:t>&lt; 70</w:t>
            </w:r>
          </w:p>
        </w:tc>
        <w:tc>
          <w:tcPr>
            <w:tcW w:w="3041" w:type="dxa"/>
          </w:tcPr>
          <w:p w14:paraId="213F2BDE" w14:textId="77777777" w:rsidR="00E75779" w:rsidRDefault="0064455C" w:rsidP="000F6354">
            <w:pPr>
              <w:spacing w:line="360" w:lineRule="auto"/>
            </w:pPr>
            <w:r>
              <w:t>Memerlukan remedial dan pendampingan</w:t>
            </w:r>
          </w:p>
        </w:tc>
      </w:tr>
    </w:tbl>
    <w:p w14:paraId="7E7117B1" w14:textId="77777777" w:rsidR="000F6354" w:rsidRDefault="000F6354">
      <w:pPr>
        <w:rPr>
          <w:b/>
        </w:rPr>
      </w:pPr>
    </w:p>
    <w:p w14:paraId="449BBE3C" w14:textId="77777777" w:rsidR="000F6354" w:rsidRDefault="000F6354">
      <w:pPr>
        <w:rPr>
          <w:b/>
        </w:rPr>
      </w:pPr>
    </w:p>
    <w:p w14:paraId="4928436F" w14:textId="77777777" w:rsidR="000F6354" w:rsidRDefault="000F6354">
      <w:pPr>
        <w:rPr>
          <w:b/>
        </w:rPr>
      </w:pPr>
    </w:p>
    <w:p w14:paraId="21062BA0" w14:textId="25DDCDAE" w:rsidR="00E75779" w:rsidRDefault="0064455C">
      <w:r>
        <w:rPr>
          <w:b/>
        </w:rPr>
        <w:lastRenderedPageBreak/>
        <w:t>D. Hasil Analisis</w:t>
      </w:r>
    </w:p>
    <w:p w14:paraId="04C45E4A" w14:textId="77777777" w:rsidR="00E75779" w:rsidRDefault="0064455C" w:rsidP="0077215D">
      <w:pPr>
        <w:spacing w:line="360" w:lineRule="auto"/>
        <w:ind w:left="284" w:firstLine="283"/>
        <w:jc w:val="both"/>
      </w:pPr>
      <w:r>
        <w:t xml:space="preserve">Secara umum, hasil belajar peserta didik menunjukkan capaian yang cukup baik. Sebagian besar peserta didik telah mencapai ketuntasan pembelajaran. Peserta didik yang belum tuntas terutama memerlukan pendampingan pada materi yang bersifat teknis, </w:t>
      </w:r>
      <w:proofErr w:type="spellStart"/>
      <w:r>
        <w:t>praktik</w:t>
      </w:r>
      <w:proofErr w:type="spellEnd"/>
      <w:r>
        <w:t xml:space="preserve">, </w:t>
      </w:r>
      <w:proofErr w:type="spellStart"/>
      <w:r>
        <w:t>k</w:t>
      </w:r>
      <w:r>
        <w:t>onfigurasi</w:t>
      </w:r>
      <w:proofErr w:type="spellEnd"/>
      <w:r>
        <w:t xml:space="preserve">, </w:t>
      </w:r>
      <w:proofErr w:type="spellStart"/>
      <w:r>
        <w:t>pemecahan</w:t>
      </w:r>
      <w:proofErr w:type="spellEnd"/>
      <w:r>
        <w:t xml:space="preserve"> </w:t>
      </w:r>
      <w:proofErr w:type="spellStart"/>
      <w:r>
        <w:t>masalah</w:t>
      </w:r>
      <w:proofErr w:type="spellEnd"/>
      <w:r>
        <w:t xml:space="preserve">, </w:t>
      </w:r>
      <w:proofErr w:type="spellStart"/>
      <w:r>
        <w:t>dan</w:t>
      </w:r>
      <w:proofErr w:type="spellEnd"/>
      <w:r>
        <w:t xml:space="preserve"> </w:t>
      </w:r>
      <w:proofErr w:type="spellStart"/>
      <w:r>
        <w:t>penerapan</w:t>
      </w:r>
      <w:proofErr w:type="spellEnd"/>
      <w:r>
        <w:t xml:space="preserve"> </w:t>
      </w:r>
      <w:proofErr w:type="spellStart"/>
      <w:r>
        <w:t>konsep</w:t>
      </w:r>
      <w:proofErr w:type="spellEnd"/>
      <w:r>
        <w:t>.</w:t>
      </w:r>
    </w:p>
    <w:p w14:paraId="7C61E318" w14:textId="77777777" w:rsidR="00E75779" w:rsidRDefault="0064455C">
      <w:r>
        <w:rPr>
          <w:b/>
        </w:rPr>
        <w:t>E. Faktor yang Memengaruhi Hasil Belajar</w:t>
      </w:r>
    </w:p>
    <w:p w14:paraId="525201FC" w14:textId="77777777" w:rsidR="00E75779" w:rsidRDefault="0064455C" w:rsidP="0077215D">
      <w:pPr>
        <w:pStyle w:val="ListBullet"/>
        <w:spacing w:line="360" w:lineRule="auto"/>
      </w:pPr>
      <w:r>
        <w:t>Motivasi dan kemandirian belajar peserta didik.</w:t>
      </w:r>
    </w:p>
    <w:p w14:paraId="2F22FA89" w14:textId="77777777" w:rsidR="00E75779" w:rsidRDefault="0064455C" w:rsidP="0077215D">
      <w:pPr>
        <w:pStyle w:val="ListBullet"/>
        <w:spacing w:line="360" w:lineRule="auto"/>
      </w:pPr>
      <w:r>
        <w:t>Ketersediaan perangkat belajar.</w:t>
      </w:r>
    </w:p>
    <w:p w14:paraId="6BF23960" w14:textId="77777777" w:rsidR="00E75779" w:rsidRDefault="0064455C" w:rsidP="0077215D">
      <w:pPr>
        <w:pStyle w:val="ListBullet"/>
        <w:spacing w:line="360" w:lineRule="auto"/>
      </w:pPr>
      <w:r>
        <w:t>Kualitas jaringan internet.</w:t>
      </w:r>
    </w:p>
    <w:p w14:paraId="46900F63" w14:textId="77777777" w:rsidR="00E75779" w:rsidRDefault="0064455C" w:rsidP="0077215D">
      <w:pPr>
        <w:pStyle w:val="ListBullet"/>
        <w:spacing w:line="360" w:lineRule="auto"/>
      </w:pPr>
      <w:r>
        <w:t>Intensitas komunikasi antara guru dan peserta didik.</w:t>
      </w:r>
    </w:p>
    <w:p w14:paraId="1FAB1804" w14:textId="77777777" w:rsidR="00E75779" w:rsidRDefault="0064455C" w:rsidP="0077215D">
      <w:pPr>
        <w:pStyle w:val="ListBullet"/>
        <w:spacing w:line="360" w:lineRule="auto"/>
      </w:pPr>
      <w:r>
        <w:t>K</w:t>
      </w:r>
      <w:r>
        <w:t>emampuan menggunakan platform pembelajaran.</w:t>
      </w:r>
    </w:p>
    <w:p w14:paraId="01C51D23" w14:textId="77777777" w:rsidR="00E75779" w:rsidRDefault="0064455C" w:rsidP="0077215D">
      <w:pPr>
        <w:pStyle w:val="ListBullet"/>
        <w:spacing w:line="360" w:lineRule="auto"/>
      </w:pPr>
      <w:r>
        <w:t>Dukungan lingkungan belajar di rumah.</w:t>
      </w:r>
    </w:p>
    <w:p w14:paraId="01FB665D" w14:textId="77777777" w:rsidR="00E75779" w:rsidRDefault="0064455C" w:rsidP="0077215D">
      <w:pPr>
        <w:pStyle w:val="ListBullet"/>
        <w:spacing w:line="360" w:lineRule="auto"/>
      </w:pPr>
      <w:r>
        <w:t>Kesempatan untuk melakukan praktik secara mandiri.</w:t>
      </w:r>
    </w:p>
    <w:p w14:paraId="68051087" w14:textId="77777777" w:rsidR="000F6354" w:rsidRDefault="000F6354">
      <w:pPr>
        <w:rPr>
          <w:b/>
          <w:sz w:val="28"/>
        </w:rPr>
      </w:pPr>
    </w:p>
    <w:p w14:paraId="389E1C25" w14:textId="77777777" w:rsidR="000F6354" w:rsidRDefault="000F6354">
      <w:pPr>
        <w:rPr>
          <w:b/>
          <w:sz w:val="28"/>
        </w:rPr>
      </w:pPr>
    </w:p>
    <w:p w14:paraId="3C91BFFA" w14:textId="77777777" w:rsidR="000F6354" w:rsidRDefault="000F6354">
      <w:pPr>
        <w:rPr>
          <w:b/>
          <w:sz w:val="28"/>
        </w:rPr>
      </w:pPr>
    </w:p>
    <w:p w14:paraId="1EFE3DB7" w14:textId="77777777" w:rsidR="000F6354" w:rsidRDefault="000F6354">
      <w:pPr>
        <w:rPr>
          <w:b/>
          <w:sz w:val="28"/>
        </w:rPr>
      </w:pPr>
    </w:p>
    <w:p w14:paraId="79648C68" w14:textId="77777777" w:rsidR="000F6354" w:rsidRDefault="000F6354">
      <w:pPr>
        <w:rPr>
          <w:b/>
          <w:sz w:val="28"/>
        </w:rPr>
      </w:pPr>
    </w:p>
    <w:p w14:paraId="2ECD673A" w14:textId="77777777" w:rsidR="000F6354" w:rsidRDefault="000F6354">
      <w:pPr>
        <w:rPr>
          <w:b/>
          <w:sz w:val="28"/>
        </w:rPr>
      </w:pPr>
    </w:p>
    <w:p w14:paraId="619EDF83" w14:textId="77777777" w:rsidR="000F6354" w:rsidRDefault="000F6354">
      <w:pPr>
        <w:rPr>
          <w:b/>
          <w:sz w:val="28"/>
        </w:rPr>
      </w:pPr>
    </w:p>
    <w:p w14:paraId="1E3ABDB5" w14:textId="77777777" w:rsidR="000F6354" w:rsidRDefault="000F6354">
      <w:pPr>
        <w:rPr>
          <w:b/>
          <w:sz w:val="28"/>
        </w:rPr>
      </w:pPr>
    </w:p>
    <w:p w14:paraId="7FA3484C" w14:textId="77777777" w:rsidR="000F6354" w:rsidRDefault="000F6354">
      <w:pPr>
        <w:rPr>
          <w:b/>
          <w:sz w:val="28"/>
        </w:rPr>
      </w:pPr>
    </w:p>
    <w:p w14:paraId="0F1DC4D4" w14:textId="77777777" w:rsidR="000F6354" w:rsidRDefault="000F6354">
      <w:pPr>
        <w:rPr>
          <w:b/>
          <w:sz w:val="28"/>
        </w:rPr>
      </w:pPr>
    </w:p>
    <w:p w14:paraId="2B4C2B5D" w14:textId="77777777" w:rsidR="000F6354" w:rsidRDefault="000F6354">
      <w:pPr>
        <w:rPr>
          <w:b/>
          <w:sz w:val="28"/>
        </w:rPr>
      </w:pPr>
    </w:p>
    <w:p w14:paraId="3D5C72A2" w14:textId="77777777" w:rsidR="000F6354" w:rsidRDefault="000F6354">
      <w:pPr>
        <w:rPr>
          <w:b/>
          <w:sz w:val="28"/>
        </w:rPr>
      </w:pPr>
    </w:p>
    <w:p w14:paraId="7643188C" w14:textId="77777777" w:rsidR="000F6354" w:rsidRDefault="000F6354">
      <w:pPr>
        <w:rPr>
          <w:b/>
          <w:sz w:val="28"/>
        </w:rPr>
      </w:pPr>
    </w:p>
    <w:p w14:paraId="4BF2AB4A" w14:textId="77777777" w:rsidR="000F6354" w:rsidRDefault="000F6354">
      <w:pPr>
        <w:rPr>
          <w:b/>
          <w:sz w:val="28"/>
        </w:rPr>
      </w:pPr>
    </w:p>
    <w:p w14:paraId="2492BC6E" w14:textId="0711ABA6" w:rsidR="00E75779" w:rsidRPr="0077215D" w:rsidRDefault="0064455C" w:rsidP="0077215D">
      <w:pPr>
        <w:spacing w:after="0" w:line="240" w:lineRule="auto"/>
        <w:jc w:val="center"/>
        <w:rPr>
          <w:sz w:val="32"/>
          <w:szCs w:val="32"/>
        </w:rPr>
      </w:pPr>
      <w:r w:rsidRPr="0077215D">
        <w:rPr>
          <w:b/>
          <w:sz w:val="32"/>
          <w:szCs w:val="32"/>
        </w:rPr>
        <w:lastRenderedPageBreak/>
        <w:t>BAB V</w:t>
      </w:r>
    </w:p>
    <w:p w14:paraId="2C538CBE" w14:textId="77777777" w:rsidR="00E75779" w:rsidRDefault="0064455C" w:rsidP="0077215D">
      <w:pPr>
        <w:spacing w:after="0" w:line="240" w:lineRule="auto"/>
        <w:jc w:val="center"/>
        <w:rPr>
          <w:b/>
          <w:sz w:val="32"/>
          <w:szCs w:val="32"/>
        </w:rPr>
      </w:pPr>
      <w:r w:rsidRPr="0077215D">
        <w:rPr>
          <w:b/>
          <w:sz w:val="32"/>
          <w:szCs w:val="32"/>
        </w:rPr>
        <w:t>TINDAK LANJUT</w:t>
      </w:r>
    </w:p>
    <w:p w14:paraId="7F221686" w14:textId="77777777" w:rsidR="0077215D" w:rsidRPr="0077215D" w:rsidRDefault="0077215D" w:rsidP="0077215D">
      <w:pPr>
        <w:spacing w:after="0" w:line="240" w:lineRule="auto"/>
        <w:jc w:val="center"/>
        <w:rPr>
          <w:sz w:val="32"/>
          <w:szCs w:val="32"/>
        </w:rPr>
      </w:pPr>
    </w:p>
    <w:p w14:paraId="1C4B1D7B" w14:textId="77777777" w:rsidR="00E75779" w:rsidRDefault="0064455C">
      <w:r>
        <w:rPr>
          <w:b/>
        </w:rPr>
        <w:t>A. Program Remedial</w:t>
      </w:r>
    </w:p>
    <w:p w14:paraId="08B6C3F7" w14:textId="77777777" w:rsidR="00E75779" w:rsidRDefault="0064455C" w:rsidP="00B16E7A">
      <w:pPr>
        <w:spacing w:line="360" w:lineRule="auto"/>
        <w:ind w:left="284" w:firstLine="283"/>
        <w:jc w:val="both"/>
      </w:pPr>
      <w:r>
        <w:t xml:space="preserve">Program remedial diberikan kepada peserta didik yang belum mencapai ketuntasan melalui pembelajaran ulang secara daring, pemberian video tutorial, bimbingan individu atau kelompok kecil, </w:t>
      </w:r>
      <w:proofErr w:type="spellStart"/>
      <w:r>
        <w:t>tugas</w:t>
      </w:r>
      <w:proofErr w:type="spellEnd"/>
      <w:r>
        <w:t xml:space="preserve"> </w:t>
      </w:r>
      <w:proofErr w:type="spellStart"/>
      <w:r>
        <w:t>perbaikan</w:t>
      </w:r>
      <w:proofErr w:type="spellEnd"/>
      <w:r>
        <w:t xml:space="preserve">, </w:t>
      </w:r>
      <w:proofErr w:type="spellStart"/>
      <w:r>
        <w:t>praktik</w:t>
      </w:r>
      <w:proofErr w:type="spellEnd"/>
      <w:r>
        <w:t xml:space="preserve"> </w:t>
      </w:r>
      <w:proofErr w:type="spellStart"/>
      <w:r>
        <w:t>ulang</w:t>
      </w:r>
      <w:proofErr w:type="spellEnd"/>
      <w:r>
        <w:t xml:space="preserve">, </w:t>
      </w:r>
      <w:proofErr w:type="spellStart"/>
      <w:r>
        <w:t>dan</w:t>
      </w:r>
      <w:proofErr w:type="spellEnd"/>
      <w:r>
        <w:t xml:space="preserve"> </w:t>
      </w:r>
      <w:proofErr w:type="spellStart"/>
      <w:r>
        <w:t>asesmen</w:t>
      </w:r>
      <w:proofErr w:type="spellEnd"/>
      <w:r>
        <w:t xml:space="preserve"> </w:t>
      </w:r>
      <w:proofErr w:type="spellStart"/>
      <w:r>
        <w:t>ulang</w:t>
      </w:r>
      <w:proofErr w:type="spellEnd"/>
      <w:r>
        <w:t>.</w:t>
      </w:r>
    </w:p>
    <w:tbl>
      <w:tblPr>
        <w:tblStyle w:val="TableGrid"/>
        <w:tblW w:w="0" w:type="auto"/>
        <w:jc w:val="center"/>
        <w:tblLook w:val="04A0" w:firstRow="1" w:lastRow="0" w:firstColumn="1" w:lastColumn="0" w:noHBand="0" w:noVBand="1"/>
      </w:tblPr>
      <w:tblGrid>
        <w:gridCol w:w="1824"/>
        <w:gridCol w:w="1824"/>
        <w:gridCol w:w="1824"/>
        <w:gridCol w:w="1824"/>
        <w:gridCol w:w="1824"/>
      </w:tblGrid>
      <w:tr w:rsidR="00E75779" w14:paraId="2CE2421E" w14:textId="77777777">
        <w:trPr>
          <w:jc w:val="center"/>
        </w:trPr>
        <w:tc>
          <w:tcPr>
            <w:tcW w:w="1824" w:type="dxa"/>
            <w:vAlign w:val="center"/>
          </w:tcPr>
          <w:p w14:paraId="66888AC2" w14:textId="77777777" w:rsidR="00E75779" w:rsidRDefault="0064455C" w:rsidP="00CB7816">
            <w:pPr>
              <w:spacing w:line="360" w:lineRule="auto"/>
              <w:jc w:val="center"/>
            </w:pPr>
            <w:r>
              <w:rPr>
                <w:b/>
              </w:rPr>
              <w:t>No.</w:t>
            </w:r>
          </w:p>
        </w:tc>
        <w:tc>
          <w:tcPr>
            <w:tcW w:w="1824" w:type="dxa"/>
            <w:vAlign w:val="center"/>
          </w:tcPr>
          <w:p w14:paraId="1F401EE1" w14:textId="77777777" w:rsidR="00E75779" w:rsidRDefault="0064455C" w:rsidP="00CB7816">
            <w:pPr>
              <w:spacing w:line="360" w:lineRule="auto"/>
              <w:jc w:val="center"/>
            </w:pPr>
            <w:r>
              <w:rPr>
                <w:b/>
              </w:rPr>
              <w:t>Nama Peserta D</w:t>
            </w:r>
            <w:r>
              <w:rPr>
                <w:b/>
              </w:rPr>
              <w:t>idik</w:t>
            </w:r>
          </w:p>
        </w:tc>
        <w:tc>
          <w:tcPr>
            <w:tcW w:w="1824" w:type="dxa"/>
            <w:vAlign w:val="center"/>
          </w:tcPr>
          <w:p w14:paraId="79ED4E83" w14:textId="77777777" w:rsidR="00E75779" w:rsidRDefault="0064455C" w:rsidP="00CB7816">
            <w:pPr>
              <w:spacing w:line="360" w:lineRule="auto"/>
              <w:jc w:val="center"/>
            </w:pPr>
            <w:r>
              <w:rPr>
                <w:b/>
              </w:rPr>
              <w:t>Materi Belum Tuntas</w:t>
            </w:r>
          </w:p>
        </w:tc>
        <w:tc>
          <w:tcPr>
            <w:tcW w:w="1824" w:type="dxa"/>
            <w:vAlign w:val="center"/>
          </w:tcPr>
          <w:p w14:paraId="1FEA014F" w14:textId="77777777" w:rsidR="00E75779" w:rsidRDefault="0064455C" w:rsidP="00CB7816">
            <w:pPr>
              <w:spacing w:line="360" w:lineRule="auto"/>
              <w:jc w:val="center"/>
            </w:pPr>
            <w:r>
              <w:rPr>
                <w:b/>
              </w:rPr>
              <w:t>Bentuk Remedial</w:t>
            </w:r>
          </w:p>
        </w:tc>
        <w:tc>
          <w:tcPr>
            <w:tcW w:w="1824" w:type="dxa"/>
            <w:vAlign w:val="center"/>
          </w:tcPr>
          <w:p w14:paraId="6F410824" w14:textId="77777777" w:rsidR="00E75779" w:rsidRDefault="0064455C" w:rsidP="00CB7816">
            <w:pPr>
              <w:spacing w:line="360" w:lineRule="auto"/>
              <w:jc w:val="center"/>
            </w:pPr>
            <w:r>
              <w:rPr>
                <w:b/>
              </w:rPr>
              <w:t>Hasil</w:t>
            </w:r>
          </w:p>
        </w:tc>
      </w:tr>
      <w:tr w:rsidR="00E75779" w14:paraId="6770637B" w14:textId="77777777">
        <w:trPr>
          <w:jc w:val="center"/>
        </w:trPr>
        <w:tc>
          <w:tcPr>
            <w:tcW w:w="1824" w:type="dxa"/>
          </w:tcPr>
          <w:p w14:paraId="7F0F483E" w14:textId="77777777" w:rsidR="00E75779" w:rsidRDefault="0064455C" w:rsidP="00CB7816">
            <w:pPr>
              <w:jc w:val="center"/>
            </w:pPr>
            <w:r>
              <w:t>1</w:t>
            </w:r>
          </w:p>
        </w:tc>
        <w:tc>
          <w:tcPr>
            <w:tcW w:w="1824" w:type="dxa"/>
          </w:tcPr>
          <w:p w14:paraId="08538071" w14:textId="77777777" w:rsidR="00E75779" w:rsidRDefault="00E75779"/>
        </w:tc>
        <w:tc>
          <w:tcPr>
            <w:tcW w:w="1824" w:type="dxa"/>
          </w:tcPr>
          <w:p w14:paraId="067323BB" w14:textId="77777777" w:rsidR="00E75779" w:rsidRDefault="00E75779"/>
        </w:tc>
        <w:tc>
          <w:tcPr>
            <w:tcW w:w="1824" w:type="dxa"/>
          </w:tcPr>
          <w:p w14:paraId="0A2E64A6" w14:textId="77777777" w:rsidR="00E75779" w:rsidRDefault="00E75779"/>
        </w:tc>
        <w:tc>
          <w:tcPr>
            <w:tcW w:w="1824" w:type="dxa"/>
          </w:tcPr>
          <w:p w14:paraId="30D7F21F" w14:textId="77777777" w:rsidR="00E75779" w:rsidRDefault="00E75779"/>
        </w:tc>
      </w:tr>
      <w:tr w:rsidR="00E75779" w14:paraId="5EA02046" w14:textId="77777777">
        <w:trPr>
          <w:jc w:val="center"/>
        </w:trPr>
        <w:tc>
          <w:tcPr>
            <w:tcW w:w="1824" w:type="dxa"/>
          </w:tcPr>
          <w:p w14:paraId="5DA545D1" w14:textId="77777777" w:rsidR="00E75779" w:rsidRDefault="0064455C" w:rsidP="00CB7816">
            <w:pPr>
              <w:jc w:val="center"/>
            </w:pPr>
            <w:r>
              <w:t>2</w:t>
            </w:r>
          </w:p>
        </w:tc>
        <w:tc>
          <w:tcPr>
            <w:tcW w:w="1824" w:type="dxa"/>
          </w:tcPr>
          <w:p w14:paraId="28743E7D" w14:textId="77777777" w:rsidR="00E75779" w:rsidRDefault="00E75779"/>
        </w:tc>
        <w:tc>
          <w:tcPr>
            <w:tcW w:w="1824" w:type="dxa"/>
          </w:tcPr>
          <w:p w14:paraId="0E8E19E7" w14:textId="77777777" w:rsidR="00E75779" w:rsidRDefault="00E75779"/>
        </w:tc>
        <w:tc>
          <w:tcPr>
            <w:tcW w:w="1824" w:type="dxa"/>
          </w:tcPr>
          <w:p w14:paraId="7C847A3F" w14:textId="77777777" w:rsidR="00E75779" w:rsidRDefault="00E75779"/>
        </w:tc>
        <w:tc>
          <w:tcPr>
            <w:tcW w:w="1824" w:type="dxa"/>
          </w:tcPr>
          <w:p w14:paraId="0152C019" w14:textId="77777777" w:rsidR="00E75779" w:rsidRDefault="00E75779"/>
        </w:tc>
      </w:tr>
      <w:tr w:rsidR="00E75779" w14:paraId="7130BA0D" w14:textId="77777777">
        <w:trPr>
          <w:jc w:val="center"/>
        </w:trPr>
        <w:tc>
          <w:tcPr>
            <w:tcW w:w="1824" w:type="dxa"/>
          </w:tcPr>
          <w:p w14:paraId="4003092E" w14:textId="77777777" w:rsidR="00E75779" w:rsidRDefault="0064455C" w:rsidP="00CB7816">
            <w:pPr>
              <w:jc w:val="center"/>
            </w:pPr>
            <w:r>
              <w:t>3</w:t>
            </w:r>
          </w:p>
        </w:tc>
        <w:tc>
          <w:tcPr>
            <w:tcW w:w="1824" w:type="dxa"/>
          </w:tcPr>
          <w:p w14:paraId="4F83F04B" w14:textId="77777777" w:rsidR="00E75779" w:rsidRDefault="00E75779"/>
        </w:tc>
        <w:tc>
          <w:tcPr>
            <w:tcW w:w="1824" w:type="dxa"/>
          </w:tcPr>
          <w:p w14:paraId="13A64B22" w14:textId="77777777" w:rsidR="00E75779" w:rsidRDefault="00E75779"/>
        </w:tc>
        <w:tc>
          <w:tcPr>
            <w:tcW w:w="1824" w:type="dxa"/>
          </w:tcPr>
          <w:p w14:paraId="6D9D21AE" w14:textId="77777777" w:rsidR="00E75779" w:rsidRDefault="00E75779"/>
        </w:tc>
        <w:tc>
          <w:tcPr>
            <w:tcW w:w="1824" w:type="dxa"/>
          </w:tcPr>
          <w:p w14:paraId="4021F13E" w14:textId="77777777" w:rsidR="00E75779" w:rsidRDefault="00E75779"/>
        </w:tc>
      </w:tr>
      <w:tr w:rsidR="00E75779" w14:paraId="60F5FB2F" w14:textId="77777777">
        <w:trPr>
          <w:jc w:val="center"/>
        </w:trPr>
        <w:tc>
          <w:tcPr>
            <w:tcW w:w="1824" w:type="dxa"/>
          </w:tcPr>
          <w:p w14:paraId="755E7F74" w14:textId="77777777" w:rsidR="00E75779" w:rsidRDefault="0064455C" w:rsidP="00CB7816">
            <w:pPr>
              <w:jc w:val="center"/>
            </w:pPr>
            <w:r>
              <w:t>4</w:t>
            </w:r>
          </w:p>
        </w:tc>
        <w:tc>
          <w:tcPr>
            <w:tcW w:w="1824" w:type="dxa"/>
          </w:tcPr>
          <w:p w14:paraId="454C735C" w14:textId="77777777" w:rsidR="00E75779" w:rsidRDefault="00E75779"/>
        </w:tc>
        <w:tc>
          <w:tcPr>
            <w:tcW w:w="1824" w:type="dxa"/>
          </w:tcPr>
          <w:p w14:paraId="20F271C2" w14:textId="77777777" w:rsidR="00E75779" w:rsidRDefault="00E75779"/>
        </w:tc>
        <w:tc>
          <w:tcPr>
            <w:tcW w:w="1824" w:type="dxa"/>
          </w:tcPr>
          <w:p w14:paraId="1002D115" w14:textId="77777777" w:rsidR="00E75779" w:rsidRDefault="00E75779"/>
        </w:tc>
        <w:tc>
          <w:tcPr>
            <w:tcW w:w="1824" w:type="dxa"/>
          </w:tcPr>
          <w:p w14:paraId="571BCF8B" w14:textId="77777777" w:rsidR="00E75779" w:rsidRDefault="00E75779"/>
        </w:tc>
      </w:tr>
      <w:tr w:rsidR="00E75779" w14:paraId="6390DEEE" w14:textId="77777777">
        <w:trPr>
          <w:jc w:val="center"/>
        </w:trPr>
        <w:tc>
          <w:tcPr>
            <w:tcW w:w="1824" w:type="dxa"/>
          </w:tcPr>
          <w:p w14:paraId="57B2254C" w14:textId="77777777" w:rsidR="00E75779" w:rsidRDefault="0064455C" w:rsidP="00CB7816">
            <w:pPr>
              <w:jc w:val="center"/>
            </w:pPr>
            <w:r>
              <w:t>5</w:t>
            </w:r>
          </w:p>
        </w:tc>
        <w:tc>
          <w:tcPr>
            <w:tcW w:w="1824" w:type="dxa"/>
          </w:tcPr>
          <w:p w14:paraId="684DABAD" w14:textId="77777777" w:rsidR="00E75779" w:rsidRDefault="00E75779"/>
        </w:tc>
        <w:tc>
          <w:tcPr>
            <w:tcW w:w="1824" w:type="dxa"/>
          </w:tcPr>
          <w:p w14:paraId="06BFE83D" w14:textId="77777777" w:rsidR="00E75779" w:rsidRDefault="00E75779"/>
        </w:tc>
        <w:tc>
          <w:tcPr>
            <w:tcW w:w="1824" w:type="dxa"/>
          </w:tcPr>
          <w:p w14:paraId="0B3D1E37" w14:textId="77777777" w:rsidR="00E75779" w:rsidRDefault="00E75779"/>
        </w:tc>
        <w:tc>
          <w:tcPr>
            <w:tcW w:w="1824" w:type="dxa"/>
          </w:tcPr>
          <w:p w14:paraId="42BCE458" w14:textId="77777777" w:rsidR="00E75779" w:rsidRDefault="00E75779"/>
        </w:tc>
      </w:tr>
    </w:tbl>
    <w:p w14:paraId="352EC805" w14:textId="77777777" w:rsidR="00B16E7A" w:rsidRDefault="00B16E7A">
      <w:pPr>
        <w:rPr>
          <w:b/>
        </w:rPr>
      </w:pPr>
    </w:p>
    <w:p w14:paraId="47C53DEE" w14:textId="010B9A65" w:rsidR="00E75779" w:rsidRDefault="0064455C">
      <w:r>
        <w:rPr>
          <w:b/>
        </w:rPr>
        <w:t>B. Program Pengayaan</w:t>
      </w:r>
    </w:p>
    <w:p w14:paraId="74E5BBC2" w14:textId="77777777" w:rsidR="00E75779" w:rsidRDefault="0064455C" w:rsidP="00B16E7A">
      <w:pPr>
        <w:pStyle w:val="ListBullet"/>
        <w:spacing w:line="360" w:lineRule="auto"/>
      </w:pPr>
      <w:r>
        <w:t>Pembuatan proyek berbasis teknologi.</w:t>
      </w:r>
    </w:p>
    <w:p w14:paraId="2C60FBB0" w14:textId="77777777" w:rsidR="00E75779" w:rsidRDefault="0064455C" w:rsidP="00B16E7A">
      <w:pPr>
        <w:pStyle w:val="ListBullet"/>
        <w:spacing w:line="360" w:lineRule="auto"/>
      </w:pPr>
      <w:r>
        <w:t>Eksplorasi aplikasi dan perangkat lunak tambahan.</w:t>
      </w:r>
    </w:p>
    <w:p w14:paraId="1FA44C4E" w14:textId="77777777" w:rsidR="00E75779" w:rsidRDefault="0064455C" w:rsidP="00B16E7A">
      <w:pPr>
        <w:pStyle w:val="ListBullet"/>
        <w:spacing w:line="360" w:lineRule="auto"/>
      </w:pPr>
      <w:r>
        <w:t>Pembuatan dokumentasi teknis.</w:t>
      </w:r>
    </w:p>
    <w:p w14:paraId="7D101D1B" w14:textId="77777777" w:rsidR="00E75779" w:rsidRDefault="0064455C" w:rsidP="00B16E7A">
      <w:pPr>
        <w:pStyle w:val="ListBullet"/>
        <w:spacing w:line="360" w:lineRule="auto"/>
      </w:pPr>
      <w:r>
        <w:t xml:space="preserve">Pengerjaan soal atau tugas dengan </w:t>
      </w:r>
      <w:r>
        <w:t>tingkat kesulitan lebih tinggi.</w:t>
      </w:r>
    </w:p>
    <w:p w14:paraId="6E398DAA" w14:textId="77777777" w:rsidR="00E75779" w:rsidRDefault="0064455C" w:rsidP="00B16E7A">
      <w:pPr>
        <w:pStyle w:val="ListBullet"/>
        <w:spacing w:line="360" w:lineRule="auto"/>
      </w:pPr>
      <w:r>
        <w:t>Menjadi tutor sebaya dalam kelompok belajar daring.</w:t>
      </w:r>
    </w:p>
    <w:p w14:paraId="30FCB283" w14:textId="77777777" w:rsidR="00E75779" w:rsidRDefault="0064455C">
      <w:r>
        <w:rPr>
          <w:b/>
        </w:rPr>
        <w:t>C. Rencana Perbaikan Pembelajaran</w:t>
      </w:r>
    </w:p>
    <w:p w14:paraId="695919E3" w14:textId="77777777" w:rsidR="00E75779" w:rsidRDefault="0064455C" w:rsidP="00B16E7A">
      <w:pPr>
        <w:pStyle w:val="ListBullet"/>
        <w:spacing w:line="360" w:lineRule="auto"/>
      </w:pPr>
      <w:r>
        <w:t>Meningkatkan penggunaan media pembelajaran interaktif.</w:t>
      </w:r>
    </w:p>
    <w:p w14:paraId="1A43128D" w14:textId="77777777" w:rsidR="00E75779" w:rsidRDefault="0064455C" w:rsidP="00B16E7A">
      <w:pPr>
        <w:pStyle w:val="ListBullet"/>
        <w:spacing w:line="360" w:lineRule="auto"/>
      </w:pPr>
      <w:r>
        <w:t>Menyediakan materi dalam bentuk video atau modul yang dapat dipelajari ulang.</w:t>
      </w:r>
    </w:p>
    <w:p w14:paraId="1A2B7315" w14:textId="77777777" w:rsidR="00E75779" w:rsidRDefault="0064455C" w:rsidP="00B16E7A">
      <w:pPr>
        <w:pStyle w:val="ListBullet"/>
        <w:spacing w:line="360" w:lineRule="auto"/>
      </w:pPr>
      <w:r>
        <w:t>Mengo</w:t>
      </w:r>
      <w:r>
        <w:t>ptimalkan pembelajaran berbasis proyek.</w:t>
      </w:r>
    </w:p>
    <w:p w14:paraId="0FEAA787" w14:textId="77777777" w:rsidR="00E75779" w:rsidRDefault="0064455C" w:rsidP="00B16E7A">
      <w:pPr>
        <w:pStyle w:val="ListBullet"/>
        <w:spacing w:line="360" w:lineRule="auto"/>
      </w:pPr>
      <w:r>
        <w:t>Melakukan asesmen formatif secara berkala.</w:t>
      </w:r>
    </w:p>
    <w:p w14:paraId="382990AE" w14:textId="77777777" w:rsidR="00E75779" w:rsidRDefault="0064455C" w:rsidP="00B16E7A">
      <w:pPr>
        <w:pStyle w:val="ListBullet"/>
        <w:spacing w:line="360" w:lineRule="auto"/>
      </w:pPr>
      <w:r>
        <w:t>Meningkatkan komunikasi dan monitoring peserta didik.</w:t>
      </w:r>
    </w:p>
    <w:p w14:paraId="2DA02440" w14:textId="77777777" w:rsidR="00E75779" w:rsidRDefault="0064455C" w:rsidP="00B16E7A">
      <w:pPr>
        <w:pStyle w:val="ListBullet"/>
        <w:spacing w:line="360" w:lineRule="auto"/>
      </w:pPr>
      <w:r>
        <w:t>Menyesuaikan tugas dengan kondisi akses perangkat dan jaringan.</w:t>
      </w:r>
    </w:p>
    <w:p w14:paraId="739B7833" w14:textId="77777777" w:rsidR="00E75779" w:rsidRDefault="0064455C" w:rsidP="00B16E7A">
      <w:pPr>
        <w:pStyle w:val="ListBullet"/>
        <w:spacing w:line="360" w:lineRule="auto"/>
      </w:pPr>
      <w:r>
        <w:t>Memperkuat koordinasi guru melalui forum MGMP daring.</w:t>
      </w:r>
    </w:p>
    <w:p w14:paraId="598F5415" w14:textId="77777777" w:rsidR="00B16E7A" w:rsidRDefault="00B16E7A">
      <w:pPr>
        <w:rPr>
          <w:b/>
          <w:sz w:val="28"/>
        </w:rPr>
      </w:pPr>
    </w:p>
    <w:p w14:paraId="214C4220" w14:textId="77777777" w:rsidR="00B16E7A" w:rsidRDefault="00B16E7A">
      <w:pPr>
        <w:rPr>
          <w:b/>
          <w:sz w:val="28"/>
        </w:rPr>
      </w:pPr>
    </w:p>
    <w:p w14:paraId="3C7D427A" w14:textId="77777777" w:rsidR="00B16E7A" w:rsidRDefault="00B16E7A">
      <w:pPr>
        <w:rPr>
          <w:b/>
          <w:sz w:val="28"/>
        </w:rPr>
      </w:pPr>
    </w:p>
    <w:p w14:paraId="2E5F2B46" w14:textId="0591913B" w:rsidR="00E75779" w:rsidRPr="00B16E7A" w:rsidRDefault="0064455C" w:rsidP="00B16E7A">
      <w:pPr>
        <w:spacing w:after="0"/>
        <w:jc w:val="center"/>
        <w:rPr>
          <w:sz w:val="32"/>
          <w:szCs w:val="32"/>
        </w:rPr>
      </w:pPr>
      <w:r w:rsidRPr="00B16E7A">
        <w:rPr>
          <w:b/>
          <w:sz w:val="32"/>
          <w:szCs w:val="32"/>
        </w:rPr>
        <w:lastRenderedPageBreak/>
        <w:t>BAB VI</w:t>
      </w:r>
    </w:p>
    <w:p w14:paraId="140BE1E4" w14:textId="77777777" w:rsidR="00E75779" w:rsidRDefault="0064455C" w:rsidP="00B16E7A">
      <w:pPr>
        <w:spacing w:after="0"/>
        <w:jc w:val="center"/>
        <w:rPr>
          <w:b/>
          <w:sz w:val="32"/>
          <w:szCs w:val="32"/>
        </w:rPr>
      </w:pPr>
      <w:r w:rsidRPr="00B16E7A">
        <w:rPr>
          <w:b/>
          <w:sz w:val="32"/>
          <w:szCs w:val="32"/>
        </w:rPr>
        <w:t>PENUTUP</w:t>
      </w:r>
    </w:p>
    <w:p w14:paraId="029F7093" w14:textId="77777777" w:rsidR="00B16E7A" w:rsidRPr="00B16E7A" w:rsidRDefault="00B16E7A" w:rsidP="00B16E7A">
      <w:pPr>
        <w:spacing w:after="0"/>
        <w:jc w:val="center"/>
        <w:rPr>
          <w:sz w:val="32"/>
          <w:szCs w:val="32"/>
        </w:rPr>
      </w:pPr>
    </w:p>
    <w:p w14:paraId="26E5A9EB" w14:textId="77777777" w:rsidR="00E75779" w:rsidRDefault="0064455C">
      <w:r>
        <w:rPr>
          <w:b/>
        </w:rPr>
        <w:t>A. Kesimpulan</w:t>
      </w:r>
    </w:p>
    <w:p w14:paraId="53B457CA" w14:textId="77777777" w:rsidR="00E75779" w:rsidRDefault="0064455C" w:rsidP="005645BA">
      <w:pPr>
        <w:spacing w:line="360" w:lineRule="auto"/>
        <w:ind w:left="284" w:firstLine="283"/>
        <w:jc w:val="both"/>
      </w:pPr>
      <w:r>
        <w:t>Kegiatan MGMP Teknik Informatika dan Komputer mengenai evaluasi pembelajaran dan analisis hasil belajar Semester Ganjil melalui daring telah menghasilkan gambaran mengenai keterlaksanaan pembelajaran, tingkat partisipasi pes</w:t>
      </w:r>
      <w:r>
        <w:t xml:space="preserve">erta didik, kendala yang dihadapi, serta tingkat pencapaian hasil belajar. Secara umum, pembelajaran daring dapat dilaksanakan dengan baik meskipun masih terdapat beberapa </w:t>
      </w:r>
      <w:proofErr w:type="spellStart"/>
      <w:r>
        <w:t>kendala</w:t>
      </w:r>
      <w:proofErr w:type="spellEnd"/>
      <w:r>
        <w:t xml:space="preserve"> </w:t>
      </w:r>
      <w:proofErr w:type="spellStart"/>
      <w:r>
        <w:t>teknis</w:t>
      </w:r>
      <w:proofErr w:type="spellEnd"/>
      <w:r>
        <w:t xml:space="preserve"> </w:t>
      </w:r>
      <w:proofErr w:type="spellStart"/>
      <w:r>
        <w:t>dan</w:t>
      </w:r>
      <w:proofErr w:type="spellEnd"/>
      <w:r>
        <w:t xml:space="preserve"> </w:t>
      </w:r>
      <w:proofErr w:type="spellStart"/>
      <w:r>
        <w:t>perbedaan</w:t>
      </w:r>
      <w:proofErr w:type="spellEnd"/>
      <w:r>
        <w:t xml:space="preserve"> </w:t>
      </w:r>
      <w:proofErr w:type="spellStart"/>
      <w:r>
        <w:t>kondisi</w:t>
      </w:r>
      <w:proofErr w:type="spellEnd"/>
      <w:r>
        <w:t xml:space="preserve"> </w:t>
      </w:r>
      <w:proofErr w:type="spellStart"/>
      <w:r>
        <w:t>peserta</w:t>
      </w:r>
      <w:proofErr w:type="spellEnd"/>
      <w:r>
        <w:t xml:space="preserve"> </w:t>
      </w:r>
      <w:proofErr w:type="spellStart"/>
      <w:r>
        <w:t>didik</w:t>
      </w:r>
      <w:proofErr w:type="spellEnd"/>
      <w:r>
        <w:t>.</w:t>
      </w:r>
    </w:p>
    <w:p w14:paraId="4898BBCC" w14:textId="77777777" w:rsidR="00E75779" w:rsidRDefault="0064455C" w:rsidP="005645BA">
      <w:pPr>
        <w:spacing w:line="360" w:lineRule="auto"/>
        <w:ind w:left="284" w:firstLine="283"/>
        <w:jc w:val="both"/>
      </w:pPr>
      <w:r>
        <w:t>Hasil analisis menunjukkan bahwa</w:t>
      </w:r>
      <w:r>
        <w:t xml:space="preserve"> sebagian besar peserta didik telah mencapai ketuntasan pembelajaran, sedangkan peserta didik yang belum mencapai ketuntasan memerlukan layanan remedial dan pendampingan. Hasil evaluasi ini menjadi dasar untuk memperbaiki strategi pembelajaran pada semeste</w:t>
      </w:r>
      <w:r>
        <w:t>r berikutnya.</w:t>
      </w:r>
    </w:p>
    <w:p w14:paraId="26694BAA" w14:textId="77777777" w:rsidR="00E75779" w:rsidRDefault="0064455C">
      <w:r>
        <w:rPr>
          <w:b/>
        </w:rPr>
        <w:t>B. Rekomendasi</w:t>
      </w:r>
    </w:p>
    <w:p w14:paraId="30888855" w14:textId="77777777" w:rsidR="00E75779" w:rsidRDefault="0064455C" w:rsidP="00B16E7A">
      <w:pPr>
        <w:pStyle w:val="ListBullet"/>
        <w:spacing w:line="360" w:lineRule="auto"/>
      </w:pPr>
      <w:r>
        <w:t>Melanjutkan evaluasi pembelajaran secara berkala.</w:t>
      </w:r>
    </w:p>
    <w:p w14:paraId="00E2FAFA" w14:textId="77777777" w:rsidR="00E75779" w:rsidRDefault="0064455C" w:rsidP="00B16E7A">
      <w:pPr>
        <w:pStyle w:val="ListBullet"/>
        <w:spacing w:line="360" w:lineRule="auto"/>
      </w:pPr>
      <w:r>
        <w:t>Meningkatkan kualitas dan variasi media pembelajaran daring.</w:t>
      </w:r>
    </w:p>
    <w:p w14:paraId="1EC2F0FC" w14:textId="77777777" w:rsidR="00E75779" w:rsidRDefault="0064455C" w:rsidP="00B16E7A">
      <w:pPr>
        <w:pStyle w:val="ListBullet"/>
        <w:spacing w:line="360" w:lineRule="auto"/>
      </w:pPr>
      <w:r>
        <w:t>Mengoptimalkan kegiatan praktik dan proyek.</w:t>
      </w:r>
    </w:p>
    <w:p w14:paraId="37A3B4D0" w14:textId="77777777" w:rsidR="00E75779" w:rsidRDefault="0064455C" w:rsidP="00B16E7A">
      <w:pPr>
        <w:pStyle w:val="ListBullet"/>
        <w:spacing w:line="360" w:lineRule="auto"/>
      </w:pPr>
      <w:r>
        <w:t>Melaksanakan remedial dan pengayaan secara terencana.</w:t>
      </w:r>
    </w:p>
    <w:p w14:paraId="1E5C568F" w14:textId="77777777" w:rsidR="00E75779" w:rsidRDefault="0064455C" w:rsidP="00B16E7A">
      <w:pPr>
        <w:pStyle w:val="ListBullet"/>
        <w:spacing w:line="360" w:lineRule="auto"/>
      </w:pPr>
      <w:r>
        <w:t>Meningkatkan koord</w:t>
      </w:r>
      <w:r>
        <w:t>inasi dan berbagi praktik baik melalui MGMP.</w:t>
      </w:r>
    </w:p>
    <w:p w14:paraId="35395C6F" w14:textId="77777777" w:rsidR="006C108A" w:rsidRDefault="0064455C">
      <w:pPr>
        <w:sectPr w:rsidR="006C108A" w:rsidSect="00EB7578">
          <w:pgSz w:w="11906" w:h="16838" w:code="9"/>
          <w:pgMar w:top="1440" w:right="1440" w:bottom="1440" w:left="1440" w:header="720" w:footer="720" w:gutter="0"/>
          <w:cols w:space="720"/>
          <w:docGrid w:linePitch="360"/>
        </w:sectPr>
      </w:pPr>
      <w:r>
        <w:br w:type="page"/>
      </w:r>
    </w:p>
    <w:p w14:paraId="57717694" w14:textId="4C8C161E" w:rsidR="00E75779" w:rsidRDefault="00E75779"/>
    <w:p w14:paraId="36DEE24F" w14:textId="77777777" w:rsidR="00E75779" w:rsidRPr="00FA5CF3" w:rsidRDefault="0064455C" w:rsidP="00FA5CF3">
      <w:pPr>
        <w:spacing w:after="0"/>
        <w:jc w:val="center"/>
        <w:rPr>
          <w:sz w:val="32"/>
          <w:szCs w:val="32"/>
        </w:rPr>
      </w:pPr>
      <w:r w:rsidRPr="00FA5CF3">
        <w:rPr>
          <w:b/>
          <w:sz w:val="32"/>
          <w:szCs w:val="32"/>
        </w:rPr>
        <w:t>LAMPIRAN 1</w:t>
      </w:r>
    </w:p>
    <w:p w14:paraId="716AB990" w14:textId="5577D00D" w:rsidR="00657DFF" w:rsidRPr="006C108A" w:rsidRDefault="0064455C" w:rsidP="006C108A">
      <w:pPr>
        <w:spacing w:after="0"/>
        <w:jc w:val="center"/>
        <w:rPr>
          <w:sz w:val="32"/>
          <w:szCs w:val="32"/>
        </w:rPr>
      </w:pPr>
      <w:r w:rsidRPr="00FA5CF3">
        <w:rPr>
          <w:b/>
          <w:sz w:val="32"/>
          <w:szCs w:val="32"/>
        </w:rPr>
        <w:t>DAFTAR HADIR KEGIATAN MGMP DARING</w:t>
      </w:r>
    </w:p>
    <w:p w14:paraId="75597DA3" w14:textId="77777777" w:rsidR="00657DFF" w:rsidRDefault="00657DFF"/>
    <w:p w14:paraId="27B6497B" w14:textId="03608062" w:rsidR="00657DFF" w:rsidRDefault="006C108A" w:rsidP="006C108A">
      <w:pPr>
        <w:jc w:val="center"/>
      </w:pPr>
      <w:r>
        <w:drawing>
          <wp:inline distT="0" distB="0" distL="0" distR="0" wp14:anchorId="19CD9FF6" wp14:editId="1F75C057">
            <wp:extent cx="9648825" cy="5581118"/>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9654358" cy="5584319"/>
                    </a:xfrm>
                    <a:prstGeom prst="rect">
                      <a:avLst/>
                    </a:prstGeom>
                  </pic:spPr>
                </pic:pic>
              </a:graphicData>
            </a:graphic>
          </wp:inline>
        </w:drawing>
      </w:r>
    </w:p>
    <w:sectPr w:rsidR="00657DFF" w:rsidSect="006C108A">
      <w:pgSz w:w="16838" w:h="11906" w:orient="landscape" w:code="9"/>
      <w:pgMar w:top="567"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C658D"/>
    <w:rsid w:val="000E00D1"/>
    <w:rsid w:val="000F6354"/>
    <w:rsid w:val="0015074B"/>
    <w:rsid w:val="0029639D"/>
    <w:rsid w:val="00326F90"/>
    <w:rsid w:val="0054264C"/>
    <w:rsid w:val="005645BA"/>
    <w:rsid w:val="00604A54"/>
    <w:rsid w:val="0064455C"/>
    <w:rsid w:val="00657DFF"/>
    <w:rsid w:val="006C108A"/>
    <w:rsid w:val="0077215D"/>
    <w:rsid w:val="00AA1D8D"/>
    <w:rsid w:val="00B16E7A"/>
    <w:rsid w:val="00B47730"/>
    <w:rsid w:val="00C8126A"/>
    <w:rsid w:val="00CB0664"/>
    <w:rsid w:val="00CB7816"/>
    <w:rsid w:val="00CC0EE4"/>
    <w:rsid w:val="00D55A16"/>
    <w:rsid w:val="00E75779"/>
    <w:rsid w:val="00EB7578"/>
    <w:rsid w:val="00F55217"/>
    <w:rsid w:val="00FA5CF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9EFE3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CB78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781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CB78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781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8CE6E4-22FC-410E-9FE1-D015DFBDF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1534</Words>
  <Characters>8745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10259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smkn1</cp:lastModifiedBy>
  <cp:revision>3</cp:revision>
  <dcterms:created xsi:type="dcterms:W3CDTF">2026-08-21T02:07:00Z</dcterms:created>
  <dcterms:modified xsi:type="dcterms:W3CDTF">2026-08-21T02:08:00Z</dcterms:modified>
</cp:coreProperties>
</file>