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9"/>
        <w:gridCol w:w="6797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bookmarkStart w:id="0" w:name="_GoBack"/>
            <w:r>
              <w:rPr>
                <w:b/>
              </w:rPr>
              <w:t>KARTU SOAL NOMOR 1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Hakikat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ilustrasi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ciri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yang </w:t>
            </w:r>
            <w:proofErr w:type="spellStart"/>
            <w:r>
              <w:t>sesuai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C4 (</w:t>
            </w:r>
            <w:proofErr w:type="spellStart"/>
            <w:r>
              <w:t>Menganalisis</w:t>
            </w:r>
            <w:proofErr w:type="spellEnd"/>
            <w:r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Biasa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studi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adaptasi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di </w:t>
            </w:r>
            <w:proofErr w:type="spellStart"/>
            <w:r>
              <w:t>pesisir</w:t>
            </w:r>
            <w:proofErr w:type="spellEnd"/>
            <w:r>
              <w:t xml:space="preserve"> </w:t>
            </w:r>
            <w:proofErr w:type="spellStart"/>
            <w:r>
              <w:t>pantai</w:t>
            </w:r>
            <w:proofErr w:type="spellEnd"/>
            <w:r>
              <w:t xml:space="preserve">.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turun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lapangan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mengamati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sehari-hari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,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wawancara</w:t>
            </w:r>
            <w:proofErr w:type="spellEnd"/>
            <w:r>
              <w:t xml:space="preserve">, dan </w:t>
            </w:r>
            <w:proofErr w:type="spellStart"/>
            <w:r>
              <w:t>mencatat</w:t>
            </w:r>
            <w:proofErr w:type="spellEnd"/>
            <w:r>
              <w:t xml:space="preserve"> </w:t>
            </w:r>
            <w:proofErr w:type="spellStart"/>
            <w:r>
              <w:t>fakta-fakta</w:t>
            </w:r>
            <w:proofErr w:type="spellEnd"/>
            <w:r>
              <w:t xml:space="preserve"> yang </w:t>
            </w:r>
            <w:proofErr w:type="spellStart"/>
            <w:r>
              <w:t>ditemukan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menambahkan</w:t>
            </w:r>
            <w:proofErr w:type="spellEnd"/>
            <w:r>
              <w:t xml:space="preserve"> </w:t>
            </w:r>
            <w:proofErr w:type="spellStart"/>
            <w:r>
              <w:t>dugaan</w:t>
            </w:r>
            <w:proofErr w:type="spellEnd"/>
            <w:r>
              <w:t xml:space="preserve"> </w:t>
            </w:r>
            <w:proofErr w:type="spellStart"/>
            <w:r>
              <w:t>pribadi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spekulasi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berdasar</w:t>
            </w:r>
            <w:proofErr w:type="spellEnd"/>
            <w:r>
              <w:t xml:space="preserve"> pada data.</w:t>
            </w:r>
          </w:p>
          <w:p w:rsidR="00AA1A0E" w:rsidRDefault="001E1470"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studi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adaptasi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di </w:t>
            </w:r>
            <w:proofErr w:type="spellStart"/>
            <w:r>
              <w:t>pesisir</w:t>
            </w:r>
            <w:proofErr w:type="spellEnd"/>
            <w:r>
              <w:t xml:space="preserve"> </w:t>
            </w:r>
            <w:proofErr w:type="spellStart"/>
            <w:r>
              <w:t>pantai</w:t>
            </w:r>
            <w:proofErr w:type="spellEnd"/>
            <w:r>
              <w:t xml:space="preserve">.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turun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lapangan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mengamati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sehari-hari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,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wawancara</w:t>
            </w:r>
            <w:proofErr w:type="spellEnd"/>
            <w:r>
              <w:t xml:space="preserve">, dan </w:t>
            </w:r>
            <w:proofErr w:type="spellStart"/>
            <w:r>
              <w:t>mencatat</w:t>
            </w:r>
            <w:proofErr w:type="spellEnd"/>
            <w:r>
              <w:t xml:space="preserve"> </w:t>
            </w:r>
            <w:proofErr w:type="spellStart"/>
            <w:r>
              <w:t>fakta-fakta</w:t>
            </w:r>
            <w:proofErr w:type="spellEnd"/>
            <w:r>
              <w:t xml:space="preserve"> yang </w:t>
            </w:r>
            <w:proofErr w:type="spellStart"/>
            <w:r>
              <w:t>ditemukan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menambahkan</w:t>
            </w:r>
            <w:proofErr w:type="spellEnd"/>
            <w:r>
              <w:t xml:space="preserve"> </w:t>
            </w:r>
            <w:proofErr w:type="spellStart"/>
            <w:r>
              <w:t>dugaan</w:t>
            </w:r>
            <w:proofErr w:type="spellEnd"/>
            <w:r>
              <w:t xml:space="preserve"> </w:t>
            </w:r>
            <w:proofErr w:type="spellStart"/>
            <w:r>
              <w:t>pribadi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spekulasi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berdasar</w:t>
            </w:r>
            <w:proofErr w:type="spellEnd"/>
            <w:r>
              <w:t xml:space="preserve"> pada data.</w:t>
            </w:r>
          </w:p>
          <w:p w:rsidR="00AA1A0E" w:rsidRDefault="00AA1A0E"/>
          <w:p w:rsidR="00AA1A0E" w:rsidRDefault="001E1470"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ilustrasi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,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ciri</w:t>
            </w:r>
            <w:proofErr w:type="spellEnd"/>
            <w:r>
              <w:t xml:space="preserve"> </w:t>
            </w:r>
            <w:proofErr w:type="spellStart"/>
            <w:r>
              <w:t>ilmu</w:t>
            </w:r>
            <w:proofErr w:type="spellEnd"/>
            <w:r>
              <w:t xml:space="preserve"> </w:t>
            </w:r>
            <w:proofErr w:type="spellStart"/>
            <w:r>
              <w:t>pengetahuan</w:t>
            </w:r>
            <w:proofErr w:type="spellEnd"/>
            <w:r>
              <w:t xml:space="preserve"> yang </w:t>
            </w:r>
            <w:proofErr w:type="spellStart"/>
            <w:r>
              <w:t>bersifat</w:t>
            </w:r>
            <w:proofErr w:type="spellEnd"/>
            <w:r>
              <w:t>...</w:t>
            </w:r>
          </w:p>
          <w:p w:rsidR="00AA1A0E" w:rsidRDefault="001E1470">
            <w:r>
              <w:t xml:space="preserve">A. </w:t>
            </w:r>
            <w:proofErr w:type="spellStart"/>
            <w:r>
              <w:t>Teoretis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berusaha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abstraksi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observasi</w:t>
            </w:r>
            <w:proofErr w:type="spellEnd"/>
            <w:r>
              <w:t>.</w:t>
            </w:r>
          </w:p>
          <w:p w:rsidR="00AA1A0E" w:rsidRDefault="001E1470">
            <w:r>
              <w:t xml:space="preserve">B. </w:t>
            </w:r>
            <w:proofErr w:type="spellStart"/>
            <w:r>
              <w:t>Empiris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didasarkan</w:t>
            </w:r>
            <w:proofErr w:type="spellEnd"/>
            <w:r>
              <w:t xml:space="preserve"> pada </w:t>
            </w:r>
            <w:proofErr w:type="spellStart"/>
            <w:r>
              <w:t>observasi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kenyataan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spekulatif</w:t>
            </w:r>
            <w:proofErr w:type="spellEnd"/>
            <w:r>
              <w:t>.</w:t>
            </w:r>
          </w:p>
          <w:p w:rsidR="00AA1A0E" w:rsidRDefault="001E1470">
            <w:r>
              <w:t xml:space="preserve">C. </w:t>
            </w:r>
            <w:proofErr w:type="spellStart"/>
            <w:r>
              <w:t>Kumulatif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yang </w:t>
            </w:r>
            <w:proofErr w:type="spellStart"/>
            <w:r>
              <w:t>dihasilkan</w:t>
            </w:r>
            <w:proofErr w:type="spellEnd"/>
            <w:r>
              <w:t xml:space="preserve"> </w:t>
            </w:r>
            <w:proofErr w:type="spellStart"/>
            <w:r>
              <w:t>berasal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perbaikan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sebelumnya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Nonetis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mempermasalahkan</w:t>
            </w:r>
            <w:proofErr w:type="spellEnd"/>
            <w:r>
              <w:t xml:space="preserve"> </w:t>
            </w:r>
            <w:proofErr w:type="spellStart"/>
            <w:r>
              <w:t>baik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buruknya</w:t>
            </w:r>
            <w:proofErr w:type="spellEnd"/>
            <w:r>
              <w:t xml:space="preserve"> </w:t>
            </w:r>
            <w:proofErr w:type="spellStart"/>
            <w:r>
              <w:t>fakta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  <w:p w:rsidR="00AA1A0E" w:rsidRDefault="001E1470">
            <w:r>
              <w:t xml:space="preserve">E. </w:t>
            </w:r>
            <w:proofErr w:type="spellStart"/>
            <w:r>
              <w:t>Dinamis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selalu</w:t>
            </w:r>
            <w:proofErr w:type="spellEnd"/>
            <w:r>
              <w:t xml:space="preserve"> </w:t>
            </w:r>
            <w:proofErr w:type="spellStart"/>
            <w:r>
              <w:t>mengikuti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tren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ilustrasi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,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ciri</w:t>
            </w:r>
            <w:proofErr w:type="spellEnd"/>
            <w:r>
              <w:t xml:space="preserve"> </w:t>
            </w:r>
            <w:proofErr w:type="spellStart"/>
            <w:r>
              <w:t>ilmu</w:t>
            </w:r>
            <w:proofErr w:type="spellEnd"/>
            <w:r>
              <w:t xml:space="preserve"> </w:t>
            </w:r>
            <w:proofErr w:type="spellStart"/>
            <w:r>
              <w:t>pengetahuan</w:t>
            </w:r>
            <w:proofErr w:type="spellEnd"/>
            <w:r>
              <w:t xml:space="preserve"> yang </w:t>
            </w:r>
            <w:proofErr w:type="spellStart"/>
            <w:r>
              <w:t>bersifat</w:t>
            </w:r>
            <w:proofErr w:type="spellEnd"/>
            <w:r>
              <w:t>...</w:t>
            </w:r>
          </w:p>
          <w:p w:rsidR="00AA1A0E" w:rsidRDefault="001E1470">
            <w:r>
              <w:t xml:space="preserve">A. </w:t>
            </w:r>
            <w:proofErr w:type="spellStart"/>
            <w:r>
              <w:t>Teoretis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berusaha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abstraksi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observasi</w:t>
            </w:r>
            <w:proofErr w:type="spellEnd"/>
            <w:r>
              <w:t>.</w:t>
            </w:r>
          </w:p>
          <w:p w:rsidR="00AA1A0E" w:rsidRDefault="001E1470">
            <w:r>
              <w:t xml:space="preserve">B. </w:t>
            </w:r>
            <w:proofErr w:type="spellStart"/>
            <w:r>
              <w:t>Empiris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didasarkan</w:t>
            </w:r>
            <w:proofErr w:type="spellEnd"/>
            <w:r>
              <w:t xml:space="preserve"> pada </w:t>
            </w:r>
            <w:proofErr w:type="spellStart"/>
            <w:r>
              <w:t>observasi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kenyataan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spekulatif</w:t>
            </w:r>
            <w:proofErr w:type="spellEnd"/>
            <w:r>
              <w:t>.</w:t>
            </w:r>
          </w:p>
          <w:p w:rsidR="00AA1A0E" w:rsidRDefault="001E1470">
            <w:r>
              <w:t xml:space="preserve">C. </w:t>
            </w:r>
            <w:proofErr w:type="spellStart"/>
            <w:r>
              <w:t>Kumulatif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yang </w:t>
            </w:r>
            <w:proofErr w:type="spellStart"/>
            <w:r>
              <w:t>dihasilkan</w:t>
            </w:r>
            <w:proofErr w:type="spellEnd"/>
            <w:r>
              <w:t xml:space="preserve"> </w:t>
            </w:r>
            <w:proofErr w:type="spellStart"/>
            <w:r>
              <w:t>berasal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perbaikan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sebelumnya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Nonetis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mempermasalahkan</w:t>
            </w:r>
            <w:proofErr w:type="spellEnd"/>
            <w:r>
              <w:t xml:space="preserve"> </w:t>
            </w:r>
            <w:proofErr w:type="spellStart"/>
            <w:r>
              <w:t>baik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buruknya</w:t>
            </w:r>
            <w:proofErr w:type="spellEnd"/>
            <w:r>
              <w:t xml:space="preserve"> </w:t>
            </w:r>
            <w:proofErr w:type="spellStart"/>
            <w:r>
              <w:t>fakta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  <w:p w:rsidR="00AA1A0E" w:rsidRDefault="001E1470">
            <w:r>
              <w:t xml:space="preserve">E. </w:t>
            </w:r>
            <w:proofErr w:type="spellStart"/>
            <w:r>
              <w:t>Dinamis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selalu</w:t>
            </w:r>
            <w:proofErr w:type="spellEnd"/>
            <w:r>
              <w:t xml:space="preserve"> </w:t>
            </w:r>
            <w:proofErr w:type="spellStart"/>
            <w:r>
              <w:t>mengikuti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tren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B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ilustrasi</w:t>
            </w:r>
            <w:proofErr w:type="spellEnd"/>
            <w:r>
              <w:t xml:space="preserve">,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turun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lapangan</w:t>
            </w:r>
            <w:proofErr w:type="spellEnd"/>
            <w:r>
              <w:t xml:space="preserve"> dan </w:t>
            </w:r>
            <w:proofErr w:type="spellStart"/>
            <w:r>
              <w:t>mencatat</w:t>
            </w:r>
            <w:proofErr w:type="spellEnd"/>
            <w:r>
              <w:t xml:space="preserve"> </w:t>
            </w:r>
            <w:proofErr w:type="spellStart"/>
            <w:r>
              <w:t>fakta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dugaan</w:t>
            </w:r>
            <w:proofErr w:type="spellEnd"/>
            <w:r>
              <w:t xml:space="preserve"> </w:t>
            </w:r>
            <w:proofErr w:type="spellStart"/>
            <w:r>
              <w:t>spekulatif</w:t>
            </w:r>
            <w:proofErr w:type="spellEnd"/>
            <w:r>
              <w:t xml:space="preserve">.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ciri</w:t>
            </w:r>
            <w:proofErr w:type="spellEnd"/>
            <w:r>
              <w:t xml:space="preserve"> </w:t>
            </w:r>
            <w:proofErr w:type="spellStart"/>
            <w:r>
              <w:t>Empiris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4"/>
        <w:gridCol w:w="6792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lastRenderedPageBreak/>
              <w:t>KARTU SOAL NOMOR 2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Fungsi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fungsi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perencanaan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C4 (</w:t>
            </w:r>
            <w:proofErr w:type="spellStart"/>
            <w:r>
              <w:t>Menganalisis</w:t>
            </w:r>
            <w:proofErr w:type="spellEnd"/>
            <w:r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Biasa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berencana</w:t>
            </w:r>
            <w:proofErr w:type="spellEnd"/>
            <w:r>
              <w:t xml:space="preserve"> </w:t>
            </w:r>
            <w:proofErr w:type="spellStart"/>
            <w:r>
              <w:t>merelokasi</w:t>
            </w:r>
            <w:proofErr w:type="spellEnd"/>
            <w:r>
              <w:t xml:space="preserve"> </w:t>
            </w:r>
            <w:proofErr w:type="spellStart"/>
            <w:r>
              <w:t>pemukiman</w:t>
            </w:r>
            <w:proofErr w:type="spellEnd"/>
            <w:r>
              <w:t xml:space="preserve"> </w:t>
            </w:r>
            <w:proofErr w:type="spellStart"/>
            <w:r>
              <w:t>kumuh</w:t>
            </w:r>
            <w:proofErr w:type="spellEnd"/>
            <w:r>
              <w:t xml:space="preserve"> di </w:t>
            </w:r>
            <w:proofErr w:type="spellStart"/>
            <w:r>
              <w:t>bantaran</w:t>
            </w:r>
            <w:proofErr w:type="spellEnd"/>
            <w:r>
              <w:t xml:space="preserve"> </w:t>
            </w:r>
            <w:proofErr w:type="spellStart"/>
            <w:r>
              <w:t>sungai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proyek</w:t>
            </w:r>
            <w:proofErr w:type="spellEnd"/>
            <w:r>
              <w:t xml:space="preserve"> </w:t>
            </w:r>
            <w:proofErr w:type="spellStart"/>
            <w:r>
              <w:t>normalisasi</w:t>
            </w:r>
            <w:proofErr w:type="spellEnd"/>
            <w:r>
              <w:t xml:space="preserve">. </w:t>
            </w:r>
            <w:proofErr w:type="spellStart"/>
            <w:r>
              <w:t>Namun</w:t>
            </w:r>
            <w:proofErr w:type="spellEnd"/>
            <w:r>
              <w:t xml:space="preserve">, </w:t>
            </w:r>
            <w:proofErr w:type="spellStart"/>
            <w:r>
              <w:t>rencana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mendapat</w:t>
            </w:r>
            <w:proofErr w:type="spellEnd"/>
            <w:r>
              <w:t xml:space="preserve"> </w:t>
            </w:r>
            <w:proofErr w:type="spellStart"/>
            <w:r>
              <w:t>penolakan</w:t>
            </w:r>
            <w:proofErr w:type="spellEnd"/>
            <w:r>
              <w:t xml:space="preserve"> </w:t>
            </w:r>
            <w:proofErr w:type="spellStart"/>
            <w:r>
              <w:t>keras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menyangkut</w:t>
            </w:r>
            <w:proofErr w:type="spellEnd"/>
            <w:r>
              <w:t xml:space="preserve"> </w:t>
            </w:r>
            <w:proofErr w:type="spellStart"/>
            <w:r>
              <w:t>keberlangsungan</w:t>
            </w:r>
            <w:proofErr w:type="spellEnd"/>
            <w:r>
              <w:t xml:space="preserve"> </w:t>
            </w:r>
            <w:proofErr w:type="spellStart"/>
            <w:r>
              <w:t>mata</w:t>
            </w:r>
            <w:proofErr w:type="spellEnd"/>
            <w:r>
              <w:t xml:space="preserve"> </w:t>
            </w:r>
            <w:proofErr w:type="spellStart"/>
            <w:r>
              <w:t>pencaharian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pedagang</w:t>
            </w:r>
            <w:proofErr w:type="spellEnd"/>
            <w:r>
              <w:t xml:space="preserve"> </w:t>
            </w:r>
            <w:proofErr w:type="spellStart"/>
            <w:r>
              <w:t>kecil</w:t>
            </w:r>
            <w:proofErr w:type="spellEnd"/>
            <w:r>
              <w:t xml:space="preserve">. </w:t>
            </w:r>
            <w:proofErr w:type="spellStart"/>
            <w:r>
              <w:t>Sosiolog</w:t>
            </w:r>
            <w:proofErr w:type="spellEnd"/>
            <w:r>
              <w:t xml:space="preserve"> </w:t>
            </w:r>
            <w:proofErr w:type="spellStart"/>
            <w:r>
              <w:t>diminta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masukan</w:t>
            </w:r>
            <w:proofErr w:type="spellEnd"/>
            <w:r>
              <w:t xml:space="preserve"> </w:t>
            </w:r>
            <w:proofErr w:type="spellStart"/>
            <w:r>
              <w:t>sebelum</w:t>
            </w:r>
            <w:proofErr w:type="spellEnd"/>
            <w:r>
              <w:t xml:space="preserve">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dieksekusi</w:t>
            </w:r>
            <w:proofErr w:type="spellEnd"/>
            <w:r>
              <w:t>.</w:t>
            </w:r>
          </w:p>
          <w:p w:rsidR="00AA1A0E" w:rsidRDefault="001E1470"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berencana</w:t>
            </w:r>
            <w:proofErr w:type="spellEnd"/>
            <w:r>
              <w:t xml:space="preserve"> </w:t>
            </w:r>
            <w:proofErr w:type="spellStart"/>
            <w:r>
              <w:t>merelokasi</w:t>
            </w:r>
            <w:proofErr w:type="spellEnd"/>
            <w:r>
              <w:t xml:space="preserve"> </w:t>
            </w:r>
            <w:proofErr w:type="spellStart"/>
            <w:r>
              <w:t>pemukiman</w:t>
            </w:r>
            <w:proofErr w:type="spellEnd"/>
            <w:r>
              <w:t xml:space="preserve"> </w:t>
            </w:r>
            <w:proofErr w:type="spellStart"/>
            <w:r>
              <w:t>kumuh</w:t>
            </w:r>
            <w:proofErr w:type="spellEnd"/>
            <w:r>
              <w:t xml:space="preserve"> di </w:t>
            </w:r>
            <w:proofErr w:type="spellStart"/>
            <w:r>
              <w:t>bantaran</w:t>
            </w:r>
            <w:proofErr w:type="spellEnd"/>
            <w:r>
              <w:t xml:space="preserve"> </w:t>
            </w:r>
            <w:proofErr w:type="spellStart"/>
            <w:r>
              <w:t>sungai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proyek</w:t>
            </w:r>
            <w:proofErr w:type="spellEnd"/>
            <w:r>
              <w:t xml:space="preserve"> </w:t>
            </w:r>
            <w:proofErr w:type="spellStart"/>
            <w:r>
              <w:t>normalisasi</w:t>
            </w:r>
            <w:proofErr w:type="spellEnd"/>
            <w:r>
              <w:t xml:space="preserve">. </w:t>
            </w:r>
            <w:proofErr w:type="spellStart"/>
            <w:r>
              <w:t>Namun</w:t>
            </w:r>
            <w:proofErr w:type="spellEnd"/>
            <w:r>
              <w:t xml:space="preserve">, </w:t>
            </w:r>
            <w:proofErr w:type="spellStart"/>
            <w:r>
              <w:t>rencana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mendapat</w:t>
            </w:r>
            <w:proofErr w:type="spellEnd"/>
            <w:r>
              <w:t xml:space="preserve"> </w:t>
            </w:r>
            <w:proofErr w:type="spellStart"/>
            <w:r>
              <w:t>penolakan</w:t>
            </w:r>
            <w:proofErr w:type="spellEnd"/>
            <w:r>
              <w:t xml:space="preserve"> </w:t>
            </w:r>
            <w:proofErr w:type="spellStart"/>
            <w:r>
              <w:t>keras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menyangkut</w:t>
            </w:r>
            <w:proofErr w:type="spellEnd"/>
            <w:r>
              <w:t xml:space="preserve"> </w:t>
            </w:r>
            <w:proofErr w:type="spellStart"/>
            <w:r>
              <w:t>keberlangsungan</w:t>
            </w:r>
            <w:proofErr w:type="spellEnd"/>
            <w:r>
              <w:t xml:space="preserve"> </w:t>
            </w:r>
            <w:proofErr w:type="spellStart"/>
            <w:r>
              <w:t>mata</w:t>
            </w:r>
            <w:proofErr w:type="spellEnd"/>
            <w:r>
              <w:t xml:space="preserve"> </w:t>
            </w:r>
            <w:proofErr w:type="spellStart"/>
            <w:r>
              <w:t>pencaharian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pedagang</w:t>
            </w:r>
            <w:proofErr w:type="spellEnd"/>
            <w:r>
              <w:t xml:space="preserve"> </w:t>
            </w:r>
            <w:proofErr w:type="spellStart"/>
            <w:r>
              <w:t>kecil</w:t>
            </w:r>
            <w:proofErr w:type="spellEnd"/>
            <w:r>
              <w:t xml:space="preserve">. </w:t>
            </w:r>
            <w:proofErr w:type="spellStart"/>
            <w:r>
              <w:t>Sosiolog</w:t>
            </w:r>
            <w:proofErr w:type="spellEnd"/>
            <w:r>
              <w:t xml:space="preserve"> </w:t>
            </w:r>
            <w:proofErr w:type="spellStart"/>
            <w:r>
              <w:t>diminta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masukan</w:t>
            </w:r>
            <w:proofErr w:type="spellEnd"/>
            <w:r>
              <w:t xml:space="preserve"> </w:t>
            </w:r>
            <w:proofErr w:type="spellStart"/>
            <w:r>
              <w:t>sebelum</w:t>
            </w:r>
            <w:proofErr w:type="spellEnd"/>
            <w:r>
              <w:t xml:space="preserve">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dieksekusi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Analisislah</w:t>
            </w:r>
            <w:proofErr w:type="spellEnd"/>
            <w:r>
              <w:t xml:space="preserve"> </w:t>
            </w:r>
            <w:proofErr w:type="spellStart"/>
            <w:r>
              <w:t>kegunaan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situasi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...</w:t>
            </w:r>
          </w:p>
          <w:p w:rsidR="00AA1A0E" w:rsidRDefault="001E1470">
            <w:r>
              <w:t xml:space="preserve">A. </w:t>
            </w:r>
            <w:proofErr w:type="spellStart"/>
            <w:r>
              <w:t>Menyediakan</w:t>
            </w:r>
            <w:proofErr w:type="spellEnd"/>
            <w:r>
              <w:t xml:space="preserve"> data </w:t>
            </w:r>
            <w:proofErr w:type="spellStart"/>
            <w:r>
              <w:t>statistik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biaya</w:t>
            </w:r>
            <w:proofErr w:type="spellEnd"/>
            <w:r>
              <w:t xml:space="preserve"> </w:t>
            </w:r>
            <w:proofErr w:type="spellStart"/>
            <w:r>
              <w:t>ganti</w:t>
            </w:r>
            <w:proofErr w:type="spellEnd"/>
            <w:r>
              <w:t xml:space="preserve"> </w:t>
            </w:r>
            <w:proofErr w:type="spellStart"/>
            <w:r>
              <w:t>rugi</w:t>
            </w:r>
            <w:proofErr w:type="spellEnd"/>
            <w:r>
              <w:t xml:space="preserve"> </w:t>
            </w:r>
            <w:proofErr w:type="spellStart"/>
            <w:r>
              <w:t>bangunan</w:t>
            </w:r>
            <w:proofErr w:type="spellEnd"/>
            <w:r>
              <w:t>.</w:t>
            </w:r>
          </w:p>
          <w:p w:rsidR="00AA1A0E" w:rsidRDefault="001E1470">
            <w:r>
              <w:t xml:space="preserve">B.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memaksa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agar </w:t>
            </w:r>
            <w:proofErr w:type="spellStart"/>
            <w:r>
              <w:t>tunduk</w:t>
            </w:r>
            <w:proofErr w:type="spellEnd"/>
            <w:r>
              <w:t xml:space="preserve"> pada </w:t>
            </w:r>
            <w:proofErr w:type="spellStart"/>
            <w:r>
              <w:t>perintah</w:t>
            </w:r>
            <w:proofErr w:type="spellEnd"/>
            <w:r>
              <w:t xml:space="preserve"> </w:t>
            </w:r>
            <w:proofErr w:type="spellStart"/>
            <w:r>
              <w:t>pemerintah</w:t>
            </w:r>
            <w:proofErr w:type="spellEnd"/>
            <w:r>
              <w:t>.</w:t>
            </w:r>
          </w:p>
          <w:p w:rsidR="00AA1A0E" w:rsidRDefault="001E1470">
            <w:r>
              <w:t xml:space="preserve">C.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penilaian</w:t>
            </w:r>
            <w:proofErr w:type="spellEnd"/>
            <w:r>
              <w:t xml:space="preserve"> moral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relokasi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tindakan</w:t>
            </w:r>
            <w:proofErr w:type="spellEnd"/>
            <w:r>
              <w:t xml:space="preserve"> yang </w:t>
            </w:r>
            <w:proofErr w:type="spellStart"/>
            <w:r>
              <w:t>buruk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pemetaan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memberikan</w:t>
            </w:r>
            <w:proofErr w:type="spellEnd"/>
            <w:r>
              <w:t xml:space="preserve"> saran </w:t>
            </w:r>
            <w:proofErr w:type="spellStart"/>
            <w:r>
              <w:t>perencanaan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meminimalkan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>.</w:t>
            </w:r>
          </w:p>
          <w:p w:rsidR="00AA1A0E" w:rsidRDefault="001E1470">
            <w:r>
              <w:t xml:space="preserve">E. </w:t>
            </w:r>
            <w:proofErr w:type="spellStart"/>
            <w:r>
              <w:t>Memprediksi</w:t>
            </w:r>
            <w:proofErr w:type="spellEnd"/>
            <w:r>
              <w:t xml:space="preserve"> </w:t>
            </w:r>
            <w:proofErr w:type="spellStart"/>
            <w:r>
              <w:t>kapan</w:t>
            </w:r>
            <w:proofErr w:type="spellEnd"/>
            <w:r>
              <w:t xml:space="preserve"> </w:t>
            </w:r>
            <w:proofErr w:type="spellStart"/>
            <w:r>
              <w:t>bencana</w:t>
            </w:r>
            <w:proofErr w:type="spellEnd"/>
            <w:r>
              <w:t xml:space="preserve"> </w:t>
            </w:r>
            <w:proofErr w:type="spellStart"/>
            <w:r>
              <w:t>banjir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melanda</w:t>
            </w:r>
            <w:proofErr w:type="spellEnd"/>
            <w:r>
              <w:t xml:space="preserve"> </w:t>
            </w:r>
            <w:proofErr w:type="spellStart"/>
            <w:r>
              <w:t>kawasan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jika</w:t>
            </w:r>
            <w:proofErr w:type="spellEnd"/>
            <w:r>
              <w:t xml:space="preserve"> </w:t>
            </w:r>
            <w:proofErr w:type="spellStart"/>
            <w:r>
              <w:t>relokasi</w:t>
            </w:r>
            <w:proofErr w:type="spellEnd"/>
            <w:r>
              <w:t xml:space="preserve"> </w:t>
            </w:r>
            <w:proofErr w:type="spellStart"/>
            <w:r>
              <w:t>gagal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Analisislah</w:t>
            </w:r>
            <w:proofErr w:type="spellEnd"/>
            <w:r>
              <w:t xml:space="preserve"> </w:t>
            </w:r>
            <w:proofErr w:type="spellStart"/>
            <w:r>
              <w:t>kegunaan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situasi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...</w:t>
            </w:r>
          </w:p>
          <w:p w:rsidR="00AA1A0E" w:rsidRDefault="001E1470">
            <w:r>
              <w:t xml:space="preserve">A. </w:t>
            </w:r>
            <w:proofErr w:type="spellStart"/>
            <w:r>
              <w:t>Menyediakan</w:t>
            </w:r>
            <w:proofErr w:type="spellEnd"/>
            <w:r>
              <w:t xml:space="preserve"> data </w:t>
            </w:r>
            <w:proofErr w:type="spellStart"/>
            <w:r>
              <w:t>statistik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biaya</w:t>
            </w:r>
            <w:proofErr w:type="spellEnd"/>
            <w:r>
              <w:t xml:space="preserve"> </w:t>
            </w:r>
            <w:proofErr w:type="spellStart"/>
            <w:r>
              <w:t>ganti</w:t>
            </w:r>
            <w:proofErr w:type="spellEnd"/>
            <w:r>
              <w:t xml:space="preserve"> </w:t>
            </w:r>
            <w:proofErr w:type="spellStart"/>
            <w:r>
              <w:t>rugi</w:t>
            </w:r>
            <w:proofErr w:type="spellEnd"/>
            <w:r>
              <w:t xml:space="preserve"> </w:t>
            </w:r>
            <w:proofErr w:type="spellStart"/>
            <w:r>
              <w:t>bangunan</w:t>
            </w:r>
            <w:proofErr w:type="spellEnd"/>
            <w:r>
              <w:t>.</w:t>
            </w:r>
          </w:p>
          <w:p w:rsidR="00AA1A0E" w:rsidRDefault="001E1470">
            <w:r>
              <w:t xml:space="preserve">B.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memaksa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agar </w:t>
            </w:r>
            <w:proofErr w:type="spellStart"/>
            <w:r>
              <w:t>tunduk</w:t>
            </w:r>
            <w:proofErr w:type="spellEnd"/>
            <w:r>
              <w:t xml:space="preserve"> pada </w:t>
            </w:r>
            <w:proofErr w:type="spellStart"/>
            <w:r>
              <w:t>perintah</w:t>
            </w:r>
            <w:proofErr w:type="spellEnd"/>
            <w:r>
              <w:t xml:space="preserve"> </w:t>
            </w:r>
            <w:proofErr w:type="spellStart"/>
            <w:r>
              <w:t>pemerintah</w:t>
            </w:r>
            <w:proofErr w:type="spellEnd"/>
            <w:r>
              <w:t>.</w:t>
            </w:r>
          </w:p>
          <w:p w:rsidR="00AA1A0E" w:rsidRDefault="001E1470">
            <w:r>
              <w:t xml:space="preserve">C.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penilaian</w:t>
            </w:r>
            <w:proofErr w:type="spellEnd"/>
            <w:r>
              <w:t xml:space="preserve"> moral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relokasi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tindakan</w:t>
            </w:r>
            <w:proofErr w:type="spellEnd"/>
            <w:r>
              <w:t xml:space="preserve"> yang </w:t>
            </w:r>
            <w:proofErr w:type="spellStart"/>
            <w:r>
              <w:t>buruk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pemetaan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memberikan</w:t>
            </w:r>
            <w:proofErr w:type="spellEnd"/>
            <w:r>
              <w:t xml:space="preserve"> saran </w:t>
            </w:r>
            <w:proofErr w:type="spellStart"/>
            <w:r>
              <w:t>perencanaan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meminimalkan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>.</w:t>
            </w:r>
          </w:p>
          <w:p w:rsidR="00AA1A0E" w:rsidRDefault="001E1470">
            <w:r>
              <w:t xml:space="preserve">E. </w:t>
            </w:r>
            <w:proofErr w:type="spellStart"/>
            <w:r>
              <w:t>Memprediksi</w:t>
            </w:r>
            <w:proofErr w:type="spellEnd"/>
            <w:r>
              <w:t xml:space="preserve"> </w:t>
            </w:r>
            <w:proofErr w:type="spellStart"/>
            <w:r>
              <w:t>kapan</w:t>
            </w:r>
            <w:proofErr w:type="spellEnd"/>
            <w:r>
              <w:t xml:space="preserve"> </w:t>
            </w:r>
            <w:proofErr w:type="spellStart"/>
            <w:r>
              <w:t>bencana</w:t>
            </w:r>
            <w:proofErr w:type="spellEnd"/>
            <w:r>
              <w:t xml:space="preserve"> </w:t>
            </w:r>
            <w:proofErr w:type="spellStart"/>
            <w:r>
              <w:t>banjir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melanda</w:t>
            </w:r>
            <w:proofErr w:type="spellEnd"/>
            <w:r>
              <w:t xml:space="preserve"> </w:t>
            </w:r>
            <w:proofErr w:type="spellStart"/>
            <w:r>
              <w:t>kawasan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jika</w:t>
            </w:r>
            <w:proofErr w:type="spellEnd"/>
            <w:r>
              <w:t xml:space="preserve"> </w:t>
            </w:r>
            <w:proofErr w:type="spellStart"/>
            <w:r>
              <w:t>relokasi</w:t>
            </w:r>
            <w:proofErr w:type="spellEnd"/>
            <w:r>
              <w:t xml:space="preserve"> </w:t>
            </w:r>
            <w:proofErr w:type="spellStart"/>
            <w:r>
              <w:t>gagal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D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berfungsi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data </w:t>
            </w:r>
            <w:proofErr w:type="spellStart"/>
            <w:r>
              <w:t>pemetaan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agar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relokasi</w:t>
            </w:r>
            <w:proofErr w:type="spellEnd"/>
            <w:r>
              <w:t xml:space="preserve"> </w:t>
            </w:r>
            <w:proofErr w:type="spellStart"/>
            <w:r>
              <w:t>meminimalkan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6791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lastRenderedPageBreak/>
              <w:t>KARTU SOAL NOMOR 3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Ciri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pentingnya</w:t>
            </w:r>
            <w:proofErr w:type="spellEnd"/>
            <w:r>
              <w:t xml:space="preserve"> </w:t>
            </w: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nonetis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C2 (</w:t>
            </w:r>
            <w:proofErr w:type="spellStart"/>
            <w:r>
              <w:t>Memahami</w:t>
            </w:r>
            <w:proofErr w:type="spellEnd"/>
            <w:r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Biasa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sosiolog</w:t>
            </w:r>
            <w:proofErr w:type="spellEnd"/>
            <w:r>
              <w:t xml:space="preserve"> </w:t>
            </w:r>
            <w:proofErr w:type="spellStart"/>
            <w:r>
              <w:t>meneliti</w:t>
            </w:r>
            <w:proofErr w:type="spellEnd"/>
            <w:r>
              <w:t xml:space="preserve"> </w:t>
            </w:r>
            <w:proofErr w:type="spellStart"/>
            <w:r>
              <w:t>kehidupan</w:t>
            </w:r>
            <w:proofErr w:type="spellEnd"/>
            <w:r>
              <w:t xml:space="preserve"> </w:t>
            </w:r>
            <w:proofErr w:type="spellStart"/>
            <w:r>
              <w:t>komunitas</w:t>
            </w:r>
            <w:proofErr w:type="spellEnd"/>
            <w:r>
              <w:t xml:space="preserve"> </w:t>
            </w:r>
            <w:proofErr w:type="spellStart"/>
            <w:r>
              <w:t>pecandu</w:t>
            </w:r>
            <w:proofErr w:type="spellEnd"/>
            <w:r>
              <w:t xml:space="preserve"> </w:t>
            </w:r>
            <w:proofErr w:type="spellStart"/>
            <w:r>
              <w:t>narkoba</w:t>
            </w:r>
            <w:proofErr w:type="spellEnd"/>
            <w:r>
              <w:t xml:space="preserve"> di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kota</w:t>
            </w:r>
            <w:proofErr w:type="spellEnd"/>
            <w:r>
              <w:t xml:space="preserve"> </w:t>
            </w:r>
            <w:proofErr w:type="spellStart"/>
            <w:r>
              <w:t>besar</w:t>
            </w:r>
            <w:proofErr w:type="spellEnd"/>
            <w:r>
              <w:t xml:space="preserve">.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laporannya</w:t>
            </w:r>
            <w:proofErr w:type="spellEnd"/>
            <w:r>
              <w:t xml:space="preserve">, 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menghakimi</w:t>
            </w:r>
            <w:proofErr w:type="spellEnd"/>
            <w:r>
              <w:t xml:space="preserve"> para </w:t>
            </w:r>
            <w:proofErr w:type="spellStart"/>
            <w:r>
              <w:t>pecandu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orang yang </w:t>
            </w:r>
            <w:proofErr w:type="spellStart"/>
            <w:r>
              <w:t>berdosa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sampah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. 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justru</w:t>
            </w:r>
            <w:proofErr w:type="spellEnd"/>
            <w:r>
              <w:t xml:space="preserve"> </w:t>
            </w:r>
            <w:proofErr w:type="spellStart"/>
            <w:r>
              <w:t>memaparkan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mendalam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faktor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, </w:t>
            </w:r>
            <w:proofErr w:type="spellStart"/>
            <w:r>
              <w:t>lingkungan</w:t>
            </w:r>
            <w:proofErr w:type="spellEnd"/>
            <w:r>
              <w:t xml:space="preserve">, dan </w:t>
            </w:r>
            <w:proofErr w:type="spellStart"/>
            <w:r>
              <w:t>kegagalan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pendukung</w:t>
            </w:r>
            <w:proofErr w:type="spellEnd"/>
            <w:r>
              <w:t xml:space="preserve"> yang </w:t>
            </w:r>
            <w:proofErr w:type="spellStart"/>
            <w:r>
              <w:t>menyebabkan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terjerumus</w:t>
            </w:r>
            <w:proofErr w:type="spellEnd"/>
            <w:r>
              <w:t>.</w:t>
            </w:r>
          </w:p>
          <w:p w:rsidR="00AA1A0E" w:rsidRDefault="001E1470"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sosiolog</w:t>
            </w:r>
            <w:proofErr w:type="spellEnd"/>
            <w:r>
              <w:t xml:space="preserve"> </w:t>
            </w:r>
            <w:proofErr w:type="spellStart"/>
            <w:r>
              <w:t>meneliti</w:t>
            </w:r>
            <w:proofErr w:type="spellEnd"/>
            <w:r>
              <w:t xml:space="preserve"> </w:t>
            </w:r>
            <w:proofErr w:type="spellStart"/>
            <w:r>
              <w:t>kehidupan</w:t>
            </w:r>
            <w:proofErr w:type="spellEnd"/>
            <w:r>
              <w:t xml:space="preserve"> </w:t>
            </w:r>
            <w:proofErr w:type="spellStart"/>
            <w:r>
              <w:t>komunitas</w:t>
            </w:r>
            <w:proofErr w:type="spellEnd"/>
            <w:r>
              <w:t xml:space="preserve"> </w:t>
            </w:r>
            <w:proofErr w:type="spellStart"/>
            <w:r>
              <w:t>pecandu</w:t>
            </w:r>
            <w:proofErr w:type="spellEnd"/>
            <w:r>
              <w:t xml:space="preserve"> </w:t>
            </w:r>
            <w:proofErr w:type="spellStart"/>
            <w:r>
              <w:t>narkoba</w:t>
            </w:r>
            <w:proofErr w:type="spellEnd"/>
            <w:r>
              <w:t xml:space="preserve"> di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kota</w:t>
            </w:r>
            <w:proofErr w:type="spellEnd"/>
            <w:r>
              <w:t xml:space="preserve"> </w:t>
            </w:r>
            <w:proofErr w:type="spellStart"/>
            <w:r>
              <w:t>besar</w:t>
            </w:r>
            <w:proofErr w:type="spellEnd"/>
            <w:r>
              <w:t xml:space="preserve">.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laporannya</w:t>
            </w:r>
            <w:proofErr w:type="spellEnd"/>
            <w:r>
              <w:t xml:space="preserve">, 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menghakimi</w:t>
            </w:r>
            <w:proofErr w:type="spellEnd"/>
            <w:r>
              <w:t xml:space="preserve"> para </w:t>
            </w:r>
            <w:proofErr w:type="spellStart"/>
            <w:r>
              <w:t>pecandu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orang yang </w:t>
            </w:r>
            <w:proofErr w:type="spellStart"/>
            <w:r>
              <w:t>berdosa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sampah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. 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justru</w:t>
            </w:r>
            <w:proofErr w:type="spellEnd"/>
            <w:r>
              <w:t xml:space="preserve"> </w:t>
            </w:r>
            <w:proofErr w:type="spellStart"/>
            <w:r>
              <w:t>memaparkan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mendalam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faktor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, </w:t>
            </w:r>
            <w:proofErr w:type="spellStart"/>
            <w:r>
              <w:t>lingkungan</w:t>
            </w:r>
            <w:proofErr w:type="spellEnd"/>
            <w:r>
              <w:t xml:space="preserve">, dan </w:t>
            </w:r>
            <w:proofErr w:type="spellStart"/>
            <w:r>
              <w:t>kegagalan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pendukung</w:t>
            </w:r>
            <w:proofErr w:type="spellEnd"/>
            <w:r>
              <w:t xml:space="preserve"> yang </w:t>
            </w:r>
            <w:proofErr w:type="spellStart"/>
            <w:r>
              <w:t>menyebabkan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terjerumus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Mengapa</w:t>
            </w:r>
            <w:proofErr w:type="spellEnd"/>
            <w:r>
              <w:t xml:space="preserve"> </w:t>
            </w: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nonetis</w:t>
            </w:r>
            <w:proofErr w:type="spellEnd"/>
            <w:r>
              <w:t xml:space="preserve"> </w:t>
            </w:r>
            <w:proofErr w:type="spellStart"/>
            <w:r>
              <w:t>seperti</w:t>
            </w:r>
            <w:proofErr w:type="spellEnd"/>
            <w:r>
              <w:t xml:space="preserve"> yang </w:t>
            </w:r>
            <w:proofErr w:type="spellStart"/>
            <w:r>
              <w:t>ditunjukkan</w:t>
            </w:r>
            <w:proofErr w:type="spellEnd"/>
            <w:r>
              <w:t xml:space="preserve"> </w:t>
            </w:r>
            <w:proofErr w:type="spellStart"/>
            <w:r>
              <w:t>sosiolog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sangat</w:t>
            </w:r>
            <w:proofErr w:type="spellEnd"/>
            <w:r>
              <w:t xml:space="preserve"> </w:t>
            </w:r>
            <w:proofErr w:type="spellStart"/>
            <w:r>
              <w:t>penting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?</w:t>
            </w:r>
          </w:p>
          <w:p w:rsidR="00AA1A0E" w:rsidRDefault="001E1470">
            <w:r>
              <w:t xml:space="preserve">A. Agar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mengungkap</w:t>
            </w:r>
            <w:proofErr w:type="spellEnd"/>
            <w:r>
              <w:t xml:space="preserve"> </w:t>
            </w:r>
            <w:proofErr w:type="spellStart"/>
            <w:r>
              <w:t>kebenaran</w:t>
            </w:r>
            <w:proofErr w:type="spellEnd"/>
            <w:r>
              <w:t xml:space="preserve"> </w:t>
            </w:r>
            <w:proofErr w:type="spellStart"/>
            <w:r>
              <w:t>objektif</w:t>
            </w:r>
            <w:proofErr w:type="spellEnd"/>
            <w:r>
              <w:t xml:space="preserve"> di </w:t>
            </w:r>
            <w:proofErr w:type="spellStart"/>
            <w:r>
              <w:t>balik</w:t>
            </w:r>
            <w:proofErr w:type="spellEnd"/>
            <w:r>
              <w:t xml:space="preserve"> </w:t>
            </w:r>
            <w:proofErr w:type="spellStart"/>
            <w:r>
              <w:t>fakta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bias </w:t>
            </w:r>
            <w:proofErr w:type="spellStart"/>
            <w:r>
              <w:t>nilai</w:t>
            </w:r>
            <w:proofErr w:type="spellEnd"/>
            <w:r>
              <w:t xml:space="preserve"> moral.</w:t>
            </w:r>
          </w:p>
          <w:p w:rsidR="00AA1A0E" w:rsidRDefault="001E1470">
            <w:r>
              <w:t xml:space="preserve">B. Agar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luas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memaklumi</w:t>
            </w:r>
            <w:proofErr w:type="spellEnd"/>
            <w:r>
              <w:t xml:space="preserve"> dan </w:t>
            </w:r>
            <w:proofErr w:type="spellStart"/>
            <w:r>
              <w:t>melegalkan</w:t>
            </w:r>
            <w:proofErr w:type="spellEnd"/>
            <w:r>
              <w:t xml:space="preserve"> </w:t>
            </w:r>
            <w:proofErr w:type="spellStart"/>
            <w:r>
              <w:t>tindakan</w:t>
            </w:r>
            <w:proofErr w:type="spellEnd"/>
            <w:r>
              <w:t xml:space="preserve"> </w:t>
            </w:r>
            <w:proofErr w:type="spellStart"/>
            <w:r>
              <w:t>penyimpangan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.</w:t>
            </w:r>
          </w:p>
          <w:p w:rsidR="00AA1A0E" w:rsidRDefault="001E1470">
            <w:r>
              <w:t xml:space="preserve">C. Karena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standar</w:t>
            </w:r>
            <w:proofErr w:type="spellEnd"/>
            <w:r>
              <w:t xml:space="preserve"> moral yang </w:t>
            </w:r>
            <w:proofErr w:type="spellStart"/>
            <w:r>
              <w:t>jelas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menilai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memastikan</w:t>
            </w:r>
            <w:proofErr w:type="spell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mendapatkan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meneliti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kriminal</w:t>
            </w:r>
            <w:proofErr w:type="spellEnd"/>
            <w:r>
              <w:t>.</w:t>
            </w:r>
          </w:p>
          <w:p w:rsidR="00AA1A0E" w:rsidRDefault="001E1470">
            <w:r>
              <w:t xml:space="preserve">E. Karena </w:t>
            </w:r>
            <w:proofErr w:type="spellStart"/>
            <w:r>
              <w:t>tugas</w:t>
            </w:r>
            <w:proofErr w:type="spellEnd"/>
            <w:r>
              <w:t xml:space="preserve"> </w:t>
            </w:r>
            <w:proofErr w:type="spellStart"/>
            <w:r>
              <w:t>sosiolog</w:t>
            </w:r>
            <w:proofErr w:type="spellEnd"/>
            <w:r>
              <w:t xml:space="preserve"> </w:t>
            </w:r>
            <w:proofErr w:type="spellStart"/>
            <w:r>
              <w:t>hanyalah</w:t>
            </w:r>
            <w:proofErr w:type="spellEnd"/>
            <w:r>
              <w:t xml:space="preserve"> </w:t>
            </w:r>
            <w:proofErr w:type="spellStart"/>
            <w:r>
              <w:t>mengumpulkan</w:t>
            </w:r>
            <w:proofErr w:type="spellEnd"/>
            <w:r>
              <w:t xml:space="preserve"> data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perlu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penjelasan</w:t>
            </w:r>
            <w:proofErr w:type="spellEnd"/>
            <w:r>
              <w:t xml:space="preserve"> </w:t>
            </w:r>
            <w:proofErr w:type="spellStart"/>
            <w:r>
              <w:t>ilmiah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Mengapa</w:t>
            </w:r>
            <w:proofErr w:type="spellEnd"/>
            <w:r>
              <w:t xml:space="preserve"> </w:t>
            </w: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nonetis</w:t>
            </w:r>
            <w:proofErr w:type="spellEnd"/>
            <w:r>
              <w:t xml:space="preserve"> </w:t>
            </w:r>
            <w:proofErr w:type="spellStart"/>
            <w:r>
              <w:t>seperti</w:t>
            </w:r>
            <w:proofErr w:type="spellEnd"/>
            <w:r>
              <w:t xml:space="preserve"> yang </w:t>
            </w:r>
            <w:proofErr w:type="spellStart"/>
            <w:r>
              <w:t>ditunjukkan</w:t>
            </w:r>
            <w:proofErr w:type="spellEnd"/>
            <w:r>
              <w:t xml:space="preserve"> </w:t>
            </w:r>
            <w:proofErr w:type="spellStart"/>
            <w:r>
              <w:t>sosiolog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sangat</w:t>
            </w:r>
            <w:proofErr w:type="spellEnd"/>
            <w:r>
              <w:t xml:space="preserve"> </w:t>
            </w:r>
            <w:proofErr w:type="spellStart"/>
            <w:r>
              <w:t>penting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?</w:t>
            </w:r>
          </w:p>
          <w:p w:rsidR="00AA1A0E" w:rsidRDefault="001E1470">
            <w:r>
              <w:t xml:space="preserve">A. Agar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mengungkap</w:t>
            </w:r>
            <w:proofErr w:type="spellEnd"/>
            <w:r>
              <w:t xml:space="preserve"> </w:t>
            </w:r>
            <w:proofErr w:type="spellStart"/>
            <w:r>
              <w:t>kebenaran</w:t>
            </w:r>
            <w:proofErr w:type="spellEnd"/>
            <w:r>
              <w:t xml:space="preserve"> </w:t>
            </w:r>
            <w:proofErr w:type="spellStart"/>
            <w:r>
              <w:t>objektif</w:t>
            </w:r>
            <w:proofErr w:type="spellEnd"/>
            <w:r>
              <w:t xml:space="preserve"> di </w:t>
            </w:r>
            <w:proofErr w:type="spellStart"/>
            <w:r>
              <w:t>balik</w:t>
            </w:r>
            <w:proofErr w:type="spellEnd"/>
            <w:r>
              <w:t xml:space="preserve"> </w:t>
            </w:r>
            <w:proofErr w:type="spellStart"/>
            <w:r>
              <w:t>fakta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bias </w:t>
            </w:r>
            <w:proofErr w:type="spellStart"/>
            <w:r>
              <w:t>nilai</w:t>
            </w:r>
            <w:proofErr w:type="spellEnd"/>
            <w:r>
              <w:t xml:space="preserve"> moral.</w:t>
            </w:r>
          </w:p>
          <w:p w:rsidR="00AA1A0E" w:rsidRDefault="001E1470">
            <w:r>
              <w:t xml:space="preserve">B. Agar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luas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memaklumi</w:t>
            </w:r>
            <w:proofErr w:type="spellEnd"/>
            <w:r>
              <w:t xml:space="preserve"> dan </w:t>
            </w:r>
            <w:proofErr w:type="spellStart"/>
            <w:r>
              <w:t>melegalkan</w:t>
            </w:r>
            <w:proofErr w:type="spellEnd"/>
            <w:r>
              <w:t xml:space="preserve"> </w:t>
            </w:r>
            <w:proofErr w:type="spellStart"/>
            <w:r>
              <w:t>tindakan</w:t>
            </w:r>
            <w:proofErr w:type="spellEnd"/>
            <w:r>
              <w:t xml:space="preserve"> </w:t>
            </w:r>
            <w:proofErr w:type="spellStart"/>
            <w:r>
              <w:t>penyimpangan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.</w:t>
            </w:r>
          </w:p>
          <w:p w:rsidR="00AA1A0E" w:rsidRDefault="001E1470">
            <w:r>
              <w:t xml:space="preserve">C. Karena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standar</w:t>
            </w:r>
            <w:proofErr w:type="spellEnd"/>
            <w:r>
              <w:t xml:space="preserve"> moral yang </w:t>
            </w:r>
            <w:proofErr w:type="spellStart"/>
            <w:r>
              <w:t>jelas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menilai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memastikan</w:t>
            </w:r>
            <w:proofErr w:type="spell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mendapatkan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meneliti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kriminal</w:t>
            </w:r>
            <w:proofErr w:type="spellEnd"/>
            <w:r>
              <w:t>.</w:t>
            </w:r>
          </w:p>
          <w:p w:rsidR="00AA1A0E" w:rsidRDefault="001E1470">
            <w:r>
              <w:t xml:space="preserve">E. Karena </w:t>
            </w:r>
            <w:proofErr w:type="spellStart"/>
            <w:r>
              <w:t>tugas</w:t>
            </w:r>
            <w:proofErr w:type="spellEnd"/>
            <w:r>
              <w:t xml:space="preserve"> </w:t>
            </w:r>
            <w:proofErr w:type="spellStart"/>
            <w:r>
              <w:t>sosiolog</w:t>
            </w:r>
            <w:proofErr w:type="spellEnd"/>
            <w:r>
              <w:t xml:space="preserve"> </w:t>
            </w:r>
            <w:proofErr w:type="spellStart"/>
            <w:r>
              <w:t>hanyalah</w:t>
            </w:r>
            <w:proofErr w:type="spellEnd"/>
            <w:r>
              <w:t xml:space="preserve"> </w:t>
            </w:r>
            <w:proofErr w:type="spellStart"/>
            <w:r>
              <w:t>mengumpulkan</w:t>
            </w:r>
            <w:proofErr w:type="spellEnd"/>
            <w:r>
              <w:t xml:space="preserve"> data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perlu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penjelasan</w:t>
            </w:r>
            <w:proofErr w:type="spellEnd"/>
            <w:r>
              <w:t xml:space="preserve"> </w:t>
            </w:r>
            <w:proofErr w:type="spellStart"/>
            <w:r>
              <w:t>ilmiah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A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lastRenderedPageBreak/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lastRenderedPageBreak/>
              <w:t>Sikap</w:t>
            </w:r>
            <w:proofErr w:type="spellEnd"/>
            <w:r>
              <w:t xml:space="preserve"> </w:t>
            </w:r>
            <w:proofErr w:type="spellStart"/>
            <w:r>
              <w:t>nonetis</w:t>
            </w:r>
            <w:proofErr w:type="spellEnd"/>
            <w:r>
              <w:t xml:space="preserve"> </w:t>
            </w:r>
            <w:proofErr w:type="spellStart"/>
            <w:r>
              <w:t>berarti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menilai</w:t>
            </w:r>
            <w:proofErr w:type="spellEnd"/>
            <w:r>
              <w:t xml:space="preserve"> </w:t>
            </w:r>
            <w:proofErr w:type="spellStart"/>
            <w:r>
              <w:t>baik</w:t>
            </w:r>
            <w:proofErr w:type="spellEnd"/>
            <w:r>
              <w:t>/</w:t>
            </w:r>
            <w:proofErr w:type="spellStart"/>
            <w:r>
              <w:t>buruk</w:t>
            </w:r>
            <w:proofErr w:type="spellEnd"/>
            <w:r>
              <w:t xml:space="preserve"> </w:t>
            </w:r>
            <w:proofErr w:type="spellStart"/>
            <w:r>
              <w:t>suatu</w:t>
            </w:r>
            <w:proofErr w:type="spellEnd"/>
            <w:r>
              <w:t xml:space="preserve"> </w:t>
            </w:r>
            <w:proofErr w:type="spellStart"/>
            <w:r>
              <w:t>fakta</w:t>
            </w:r>
            <w:proofErr w:type="spellEnd"/>
            <w:r>
              <w:t xml:space="preserve">, </w:t>
            </w:r>
            <w:proofErr w:type="spellStart"/>
            <w:r>
              <w:lastRenderedPageBreak/>
              <w:t>melainkan</w:t>
            </w:r>
            <w:proofErr w:type="spellEnd"/>
            <w:r>
              <w:t xml:space="preserve"> </w:t>
            </w:r>
            <w:proofErr w:type="spellStart"/>
            <w:r>
              <w:t>menjelaskannya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objektif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bias </w:t>
            </w:r>
            <w:proofErr w:type="spellStart"/>
            <w:r>
              <w:t>nilai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6"/>
        <w:gridCol w:w="6790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4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Fungsi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merumuskan</w:t>
            </w:r>
            <w:proofErr w:type="spellEnd"/>
            <w:r>
              <w:t xml:space="preserve"> </w:t>
            </w:r>
            <w:proofErr w:type="spellStart"/>
            <w:r>
              <w:t>langkah</w:t>
            </w:r>
            <w:proofErr w:type="spellEnd"/>
            <w:r>
              <w:t xml:space="preserve"> </w:t>
            </w:r>
            <w:proofErr w:type="spellStart"/>
            <w:r>
              <w:t>sosiologis</w:t>
            </w:r>
            <w:proofErr w:type="spellEnd"/>
            <w:r>
              <w:t xml:space="preserve"> yang </w:t>
            </w:r>
            <w:proofErr w:type="spellStart"/>
            <w:r>
              <w:t>tepat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C3 (</w:t>
            </w:r>
            <w:proofErr w:type="spellStart"/>
            <w:r>
              <w:t>Menerapkan</w:t>
            </w:r>
            <w:proofErr w:type="spellEnd"/>
            <w:r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Biasa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r>
              <w:t xml:space="preserve">Data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 </w:t>
            </w:r>
            <w:proofErr w:type="spellStart"/>
            <w:r>
              <w:t>kemiskinan</w:t>
            </w:r>
            <w:proofErr w:type="spellEnd"/>
            <w:r>
              <w:t xml:space="preserve"> di </w:t>
            </w:r>
            <w:proofErr w:type="spellStart"/>
            <w:r>
              <w:t>daerah</w:t>
            </w:r>
            <w:proofErr w:type="spellEnd"/>
            <w:r>
              <w:t xml:space="preserve"> X </w:t>
            </w:r>
            <w:proofErr w:type="spellStart"/>
            <w:r>
              <w:t>meningkat</w:t>
            </w:r>
            <w:proofErr w:type="spellEnd"/>
            <w:r>
              <w:t xml:space="preserve"> </w:t>
            </w:r>
            <w:proofErr w:type="spellStart"/>
            <w:r>
              <w:t>pasca</w:t>
            </w:r>
            <w:proofErr w:type="spellEnd"/>
            <w:r>
              <w:t xml:space="preserve"> </w:t>
            </w:r>
            <w:proofErr w:type="spellStart"/>
            <w:r>
              <w:t>penutupan</w:t>
            </w:r>
            <w:proofErr w:type="spellEnd"/>
            <w:r>
              <w:t xml:space="preserve"> </w:t>
            </w:r>
            <w:proofErr w:type="spellStart"/>
            <w:r>
              <w:t>pabrik</w:t>
            </w:r>
            <w:proofErr w:type="spellEnd"/>
            <w:r>
              <w:t xml:space="preserve"> </w:t>
            </w:r>
            <w:proofErr w:type="spellStart"/>
            <w:r>
              <w:t>besar</w:t>
            </w:r>
            <w:proofErr w:type="spellEnd"/>
            <w:r>
              <w:t xml:space="preserve">. Hal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diikuti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naiknya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 </w:t>
            </w:r>
            <w:proofErr w:type="spellStart"/>
            <w:r>
              <w:t>kriminalitas</w:t>
            </w:r>
            <w:proofErr w:type="spellEnd"/>
            <w:r>
              <w:t xml:space="preserve"> dan </w:t>
            </w:r>
            <w:proofErr w:type="spellStart"/>
            <w:r>
              <w:t>gangguan</w:t>
            </w:r>
            <w:proofErr w:type="spellEnd"/>
            <w:r>
              <w:t xml:space="preserve"> </w:t>
            </w:r>
            <w:proofErr w:type="spellStart"/>
            <w:r>
              <w:t>ketertiban</w:t>
            </w:r>
            <w:proofErr w:type="spellEnd"/>
            <w:r>
              <w:t xml:space="preserve"> </w:t>
            </w:r>
            <w:proofErr w:type="spellStart"/>
            <w:r>
              <w:t>umum</w:t>
            </w:r>
            <w:proofErr w:type="spellEnd"/>
            <w:r>
              <w:t xml:space="preserve">.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konsultan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, Anda </w:t>
            </w:r>
            <w:proofErr w:type="spellStart"/>
            <w:r>
              <w:t>diminta</w:t>
            </w:r>
            <w:proofErr w:type="spellEnd"/>
            <w:r>
              <w:t xml:space="preserve"> </w:t>
            </w:r>
            <w:proofErr w:type="spellStart"/>
            <w:r>
              <w:t>merancang</w:t>
            </w:r>
            <w:proofErr w:type="spellEnd"/>
            <w:r>
              <w:t xml:space="preserve"> </w:t>
            </w:r>
            <w:proofErr w:type="spellStart"/>
            <w:r>
              <w:t>langkah</w:t>
            </w:r>
            <w:proofErr w:type="spellEnd"/>
            <w:r>
              <w:t xml:space="preserve"> </w:t>
            </w:r>
            <w:proofErr w:type="spellStart"/>
            <w:r>
              <w:t>awal</w:t>
            </w:r>
            <w:proofErr w:type="spellEnd"/>
            <w:r>
              <w:t xml:space="preserve"> yang paling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membantu</w:t>
            </w:r>
            <w:proofErr w:type="spellEnd"/>
            <w:r>
              <w:t xml:space="preserve"> </w:t>
            </w:r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daerah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program </w:t>
            </w:r>
            <w:proofErr w:type="spellStart"/>
            <w:r>
              <w:t>pemberdayaan</w:t>
            </w:r>
            <w:proofErr w:type="spellEnd"/>
            <w:r>
              <w:t>.</w:t>
            </w:r>
          </w:p>
          <w:p w:rsidR="00AA1A0E" w:rsidRDefault="001E1470">
            <w:r>
              <w:t xml:space="preserve">Data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 </w:t>
            </w:r>
            <w:proofErr w:type="spellStart"/>
            <w:r>
              <w:t>kemiskinan</w:t>
            </w:r>
            <w:proofErr w:type="spellEnd"/>
            <w:r>
              <w:t xml:space="preserve"> di </w:t>
            </w:r>
            <w:proofErr w:type="spellStart"/>
            <w:r>
              <w:t>daerah</w:t>
            </w:r>
            <w:proofErr w:type="spellEnd"/>
            <w:r>
              <w:t xml:space="preserve"> X </w:t>
            </w:r>
            <w:proofErr w:type="spellStart"/>
            <w:r>
              <w:t>meningkat</w:t>
            </w:r>
            <w:proofErr w:type="spellEnd"/>
            <w:r>
              <w:t xml:space="preserve"> </w:t>
            </w:r>
            <w:proofErr w:type="spellStart"/>
            <w:r>
              <w:t>pasca</w:t>
            </w:r>
            <w:proofErr w:type="spellEnd"/>
            <w:r>
              <w:t xml:space="preserve"> </w:t>
            </w:r>
            <w:proofErr w:type="spellStart"/>
            <w:r>
              <w:t>penutupan</w:t>
            </w:r>
            <w:proofErr w:type="spellEnd"/>
            <w:r>
              <w:t xml:space="preserve"> </w:t>
            </w:r>
            <w:proofErr w:type="spellStart"/>
            <w:r>
              <w:t>pabrik</w:t>
            </w:r>
            <w:proofErr w:type="spellEnd"/>
            <w:r>
              <w:t xml:space="preserve"> </w:t>
            </w:r>
            <w:proofErr w:type="spellStart"/>
            <w:r>
              <w:t>besar</w:t>
            </w:r>
            <w:proofErr w:type="spellEnd"/>
            <w:r>
              <w:t xml:space="preserve">. Hal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diikuti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naiknya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 </w:t>
            </w:r>
            <w:proofErr w:type="spellStart"/>
            <w:r>
              <w:t>kriminalitas</w:t>
            </w:r>
            <w:proofErr w:type="spellEnd"/>
            <w:r>
              <w:t xml:space="preserve"> dan </w:t>
            </w:r>
            <w:proofErr w:type="spellStart"/>
            <w:r>
              <w:t>gangguan</w:t>
            </w:r>
            <w:proofErr w:type="spellEnd"/>
            <w:r>
              <w:t xml:space="preserve"> </w:t>
            </w:r>
            <w:proofErr w:type="spellStart"/>
            <w:r>
              <w:t>ketertiban</w:t>
            </w:r>
            <w:proofErr w:type="spellEnd"/>
            <w:r>
              <w:t xml:space="preserve"> </w:t>
            </w:r>
            <w:proofErr w:type="spellStart"/>
            <w:r>
              <w:t>umum</w:t>
            </w:r>
            <w:proofErr w:type="spellEnd"/>
            <w:r>
              <w:t xml:space="preserve">.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konsultan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, Anda </w:t>
            </w:r>
            <w:proofErr w:type="spellStart"/>
            <w:r>
              <w:t>diminta</w:t>
            </w:r>
            <w:proofErr w:type="spellEnd"/>
            <w:r>
              <w:t xml:space="preserve"> </w:t>
            </w:r>
            <w:proofErr w:type="spellStart"/>
            <w:r>
              <w:t>merancang</w:t>
            </w:r>
            <w:proofErr w:type="spellEnd"/>
            <w:r>
              <w:t xml:space="preserve"> </w:t>
            </w:r>
            <w:proofErr w:type="spellStart"/>
            <w:r>
              <w:t>langkah</w:t>
            </w:r>
            <w:proofErr w:type="spellEnd"/>
            <w:r>
              <w:t xml:space="preserve"> </w:t>
            </w:r>
            <w:proofErr w:type="spellStart"/>
            <w:r>
              <w:t>awal</w:t>
            </w:r>
            <w:proofErr w:type="spellEnd"/>
            <w:r>
              <w:t xml:space="preserve"> yang paling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membantu</w:t>
            </w:r>
            <w:proofErr w:type="spellEnd"/>
            <w:r>
              <w:t xml:space="preserve"> </w:t>
            </w:r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daerah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program </w:t>
            </w:r>
            <w:proofErr w:type="spellStart"/>
            <w:r>
              <w:t>pemberdayaan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Langkah</w:t>
            </w:r>
            <w:proofErr w:type="spellEnd"/>
            <w:r>
              <w:t xml:space="preserve"> </w:t>
            </w:r>
            <w:proofErr w:type="spellStart"/>
            <w:r>
              <w:t>sosiologis</w:t>
            </w:r>
            <w:proofErr w:type="spellEnd"/>
            <w:r>
              <w:t xml:space="preserve"> </w:t>
            </w:r>
            <w:proofErr w:type="spellStart"/>
            <w:r>
              <w:t>manakah</w:t>
            </w:r>
            <w:proofErr w:type="spellEnd"/>
            <w:r>
              <w:t xml:space="preserve"> yang paling </w:t>
            </w:r>
            <w:proofErr w:type="spellStart"/>
            <w:r>
              <w:t>efektif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merumuskan</w:t>
            </w:r>
            <w:proofErr w:type="spellEnd"/>
            <w:r>
              <w:t xml:space="preserve"> </w:t>
            </w:r>
            <w:proofErr w:type="spellStart"/>
            <w:r>
              <w:t>strategi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?</w:t>
            </w:r>
          </w:p>
          <w:p w:rsidR="00AA1A0E" w:rsidRDefault="001E1470">
            <w:r>
              <w:t xml:space="preserve">A. </w:t>
            </w:r>
            <w:proofErr w:type="spellStart"/>
            <w:r>
              <w:t>Langsung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bantuan</w:t>
            </w:r>
            <w:proofErr w:type="spellEnd"/>
            <w:r>
              <w:t xml:space="preserve"> modal </w:t>
            </w:r>
            <w:proofErr w:type="spellStart"/>
            <w:r>
              <w:t>usaha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seluruh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terkecuali</w:t>
            </w:r>
            <w:proofErr w:type="spellEnd"/>
            <w:r>
              <w:t>.</w:t>
            </w:r>
          </w:p>
          <w:p w:rsidR="00AA1A0E" w:rsidRDefault="001E1470">
            <w:r>
              <w:t xml:space="preserve">B. </w:t>
            </w:r>
            <w:proofErr w:type="spellStart"/>
            <w:r>
              <w:t>Menangkap</w:t>
            </w:r>
            <w:proofErr w:type="spellEnd"/>
            <w:r>
              <w:t xml:space="preserve"> para </w:t>
            </w:r>
            <w:proofErr w:type="spellStart"/>
            <w:r>
              <w:t>pelaku</w:t>
            </w:r>
            <w:proofErr w:type="spellEnd"/>
            <w:r>
              <w:t xml:space="preserve"> </w:t>
            </w:r>
            <w:proofErr w:type="spellStart"/>
            <w:r>
              <w:t>kriminal</w:t>
            </w:r>
            <w:proofErr w:type="spellEnd"/>
            <w:r>
              <w:t xml:space="preserve"> agar </w:t>
            </w:r>
            <w:proofErr w:type="spellStart"/>
            <w:r>
              <w:t>suasana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kembali</w:t>
            </w:r>
            <w:proofErr w:type="spellEnd"/>
            <w:r>
              <w:t xml:space="preserve"> </w:t>
            </w:r>
            <w:proofErr w:type="spellStart"/>
            <w:r>
              <w:t>kondusif</w:t>
            </w:r>
            <w:proofErr w:type="spellEnd"/>
            <w:r>
              <w:t>.</w:t>
            </w:r>
          </w:p>
          <w:p w:rsidR="00AA1A0E" w:rsidRDefault="001E1470">
            <w:r>
              <w:t xml:space="preserve">C.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 xml:space="preserve"> dan </w:t>
            </w:r>
            <w:proofErr w:type="spellStart"/>
            <w:r>
              <w:t>potensi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yang </w:t>
            </w:r>
            <w:proofErr w:type="spellStart"/>
            <w:r>
              <w:t>tersisa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Mengadopsi</w:t>
            </w:r>
            <w:proofErr w:type="spellEnd"/>
            <w:r>
              <w:t xml:space="preserve"> program </w:t>
            </w:r>
            <w:proofErr w:type="spellStart"/>
            <w:r>
              <w:t>pemberdayaan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daerah</w:t>
            </w:r>
            <w:proofErr w:type="spellEnd"/>
            <w:r>
              <w:t xml:space="preserve"> lain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penyesuaian</w:t>
            </w:r>
            <w:proofErr w:type="spellEnd"/>
            <w:r>
              <w:t>.</w:t>
            </w:r>
          </w:p>
          <w:p w:rsidR="00AA1A0E" w:rsidRDefault="001E1470">
            <w:r>
              <w:t xml:space="preserve">E. </w:t>
            </w:r>
            <w:proofErr w:type="spellStart"/>
            <w:r>
              <w:t>Memfokuskan</w:t>
            </w:r>
            <w:proofErr w:type="spellEnd"/>
            <w:r>
              <w:t xml:space="preserve"> </w:t>
            </w:r>
            <w:proofErr w:type="spellStart"/>
            <w:r>
              <w:t>anggaran</w:t>
            </w:r>
            <w:proofErr w:type="spellEnd"/>
            <w:r>
              <w:t xml:space="preserve"> </w:t>
            </w:r>
            <w:proofErr w:type="spellStart"/>
            <w:r>
              <w:t>daerah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pembangunan</w:t>
            </w:r>
            <w:proofErr w:type="spellEnd"/>
            <w:r>
              <w:t xml:space="preserve"> </w:t>
            </w:r>
            <w:proofErr w:type="spellStart"/>
            <w:r>
              <w:t>taman</w:t>
            </w:r>
            <w:proofErr w:type="spellEnd"/>
            <w:r>
              <w:t xml:space="preserve"> </w:t>
            </w:r>
            <w:proofErr w:type="spellStart"/>
            <w:r>
              <w:t>kota</w:t>
            </w:r>
            <w:proofErr w:type="spellEnd"/>
            <w:r>
              <w:t xml:space="preserve"> </w:t>
            </w:r>
            <w:proofErr w:type="spellStart"/>
            <w:r>
              <w:t>guna</w:t>
            </w:r>
            <w:proofErr w:type="spellEnd"/>
            <w:r>
              <w:t xml:space="preserve"> </w:t>
            </w:r>
            <w:proofErr w:type="spellStart"/>
            <w:r>
              <w:t>mengurangi</w:t>
            </w:r>
            <w:proofErr w:type="spellEnd"/>
            <w:r>
              <w:t xml:space="preserve"> </w:t>
            </w:r>
            <w:proofErr w:type="spellStart"/>
            <w:r>
              <w:t>stres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Langkah</w:t>
            </w:r>
            <w:proofErr w:type="spellEnd"/>
            <w:r>
              <w:t xml:space="preserve"> </w:t>
            </w:r>
            <w:proofErr w:type="spellStart"/>
            <w:r>
              <w:t>sosiologis</w:t>
            </w:r>
            <w:proofErr w:type="spellEnd"/>
            <w:r>
              <w:t xml:space="preserve"> </w:t>
            </w:r>
            <w:proofErr w:type="spellStart"/>
            <w:r>
              <w:t>manakah</w:t>
            </w:r>
            <w:proofErr w:type="spellEnd"/>
            <w:r>
              <w:t xml:space="preserve"> yang paling </w:t>
            </w:r>
            <w:proofErr w:type="spellStart"/>
            <w:r>
              <w:t>efektif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merumuskan</w:t>
            </w:r>
            <w:proofErr w:type="spellEnd"/>
            <w:r>
              <w:t xml:space="preserve"> </w:t>
            </w:r>
            <w:proofErr w:type="spellStart"/>
            <w:r>
              <w:t>strategi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?</w:t>
            </w:r>
          </w:p>
          <w:p w:rsidR="00AA1A0E" w:rsidRDefault="001E1470">
            <w:r>
              <w:t xml:space="preserve">A. </w:t>
            </w:r>
            <w:proofErr w:type="spellStart"/>
            <w:r>
              <w:t>Langsung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bantuan</w:t>
            </w:r>
            <w:proofErr w:type="spellEnd"/>
            <w:r>
              <w:t xml:space="preserve"> modal </w:t>
            </w:r>
            <w:proofErr w:type="spellStart"/>
            <w:r>
              <w:t>usaha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seluruh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terkecuali</w:t>
            </w:r>
            <w:proofErr w:type="spellEnd"/>
            <w:r>
              <w:t>.</w:t>
            </w:r>
          </w:p>
          <w:p w:rsidR="00AA1A0E" w:rsidRDefault="001E1470">
            <w:r>
              <w:t xml:space="preserve">B. </w:t>
            </w:r>
            <w:proofErr w:type="spellStart"/>
            <w:r>
              <w:t>Menangkap</w:t>
            </w:r>
            <w:proofErr w:type="spellEnd"/>
            <w:r>
              <w:t xml:space="preserve"> para </w:t>
            </w:r>
            <w:proofErr w:type="spellStart"/>
            <w:r>
              <w:t>pelaku</w:t>
            </w:r>
            <w:proofErr w:type="spellEnd"/>
            <w:r>
              <w:t xml:space="preserve"> </w:t>
            </w:r>
            <w:proofErr w:type="spellStart"/>
            <w:r>
              <w:t>kriminal</w:t>
            </w:r>
            <w:proofErr w:type="spellEnd"/>
            <w:r>
              <w:t xml:space="preserve"> agar </w:t>
            </w:r>
            <w:proofErr w:type="spellStart"/>
            <w:r>
              <w:t>suasana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kembali</w:t>
            </w:r>
            <w:proofErr w:type="spellEnd"/>
            <w:r>
              <w:t xml:space="preserve"> </w:t>
            </w:r>
            <w:proofErr w:type="spellStart"/>
            <w:r>
              <w:t>kondusif</w:t>
            </w:r>
            <w:proofErr w:type="spellEnd"/>
            <w:r>
              <w:t>.</w:t>
            </w:r>
          </w:p>
          <w:p w:rsidR="00AA1A0E" w:rsidRDefault="001E1470">
            <w:r>
              <w:t xml:space="preserve">C.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 xml:space="preserve"> dan </w:t>
            </w:r>
            <w:proofErr w:type="spellStart"/>
            <w:r>
              <w:t>potensi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yang </w:t>
            </w:r>
            <w:proofErr w:type="spellStart"/>
            <w:r>
              <w:t>tersisa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Mengadopsi</w:t>
            </w:r>
            <w:proofErr w:type="spellEnd"/>
            <w:r>
              <w:t xml:space="preserve"> program </w:t>
            </w:r>
            <w:proofErr w:type="spellStart"/>
            <w:r>
              <w:t>pemberdayaan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daerah</w:t>
            </w:r>
            <w:proofErr w:type="spellEnd"/>
            <w:r>
              <w:t xml:space="preserve"> lain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penyesuaian</w:t>
            </w:r>
            <w:proofErr w:type="spellEnd"/>
            <w:r>
              <w:t>.</w:t>
            </w:r>
          </w:p>
          <w:p w:rsidR="00AA1A0E" w:rsidRDefault="001E1470">
            <w:r>
              <w:t xml:space="preserve">E. </w:t>
            </w:r>
            <w:proofErr w:type="spellStart"/>
            <w:r>
              <w:t>Memfokuskan</w:t>
            </w:r>
            <w:proofErr w:type="spellEnd"/>
            <w:r>
              <w:t xml:space="preserve"> </w:t>
            </w:r>
            <w:proofErr w:type="spellStart"/>
            <w:r>
              <w:t>anggaran</w:t>
            </w:r>
            <w:proofErr w:type="spellEnd"/>
            <w:r>
              <w:t xml:space="preserve"> </w:t>
            </w:r>
            <w:proofErr w:type="spellStart"/>
            <w:r>
              <w:t>daerah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pembangunan</w:t>
            </w:r>
            <w:proofErr w:type="spellEnd"/>
            <w:r>
              <w:t xml:space="preserve"> </w:t>
            </w:r>
            <w:proofErr w:type="spellStart"/>
            <w:r>
              <w:t>taman</w:t>
            </w:r>
            <w:proofErr w:type="spellEnd"/>
            <w:r>
              <w:t xml:space="preserve"> </w:t>
            </w:r>
            <w:proofErr w:type="spellStart"/>
            <w:r>
              <w:lastRenderedPageBreak/>
              <w:t>kota</w:t>
            </w:r>
            <w:proofErr w:type="spellEnd"/>
            <w:r>
              <w:t xml:space="preserve"> </w:t>
            </w:r>
            <w:proofErr w:type="spellStart"/>
            <w:r>
              <w:t>guna</w:t>
            </w:r>
            <w:proofErr w:type="spellEnd"/>
            <w:r>
              <w:t xml:space="preserve"> </w:t>
            </w:r>
            <w:proofErr w:type="spellStart"/>
            <w:r>
              <w:t>mengurangi</w:t>
            </w:r>
            <w:proofErr w:type="spellEnd"/>
            <w:r>
              <w:t xml:space="preserve"> </w:t>
            </w:r>
            <w:proofErr w:type="spellStart"/>
            <w:r>
              <w:t>stres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C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dibutuhkan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memetakan</w:t>
            </w:r>
            <w:proofErr w:type="spellEnd"/>
            <w:r>
              <w:t xml:space="preserve"> </w:t>
            </w:r>
            <w:proofErr w:type="spellStart"/>
            <w:r>
              <w:t>potensi</w:t>
            </w:r>
            <w:proofErr w:type="spellEnd"/>
            <w:r>
              <w:t xml:space="preserve"> dan </w:t>
            </w:r>
            <w:proofErr w:type="spellStart"/>
            <w:r>
              <w:t>kebutuhan</w:t>
            </w:r>
            <w:proofErr w:type="spellEnd"/>
            <w:r>
              <w:t xml:space="preserve"> </w:t>
            </w:r>
            <w:proofErr w:type="spellStart"/>
            <w:r>
              <w:t>riil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sebelum</w:t>
            </w:r>
            <w:proofErr w:type="spellEnd"/>
            <w:r>
              <w:t xml:space="preserve"> program </w:t>
            </w:r>
            <w:proofErr w:type="spellStart"/>
            <w:r>
              <w:t>pemberdayaan</w:t>
            </w:r>
            <w:proofErr w:type="spellEnd"/>
            <w:r>
              <w:t xml:space="preserve"> </w:t>
            </w:r>
            <w:proofErr w:type="spellStart"/>
            <w:r>
              <w:t>disusun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9"/>
        <w:gridCol w:w="6797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5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Hakikat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ilustrasi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ciri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yang </w:t>
            </w:r>
            <w:proofErr w:type="spellStart"/>
            <w:r>
              <w:t>sesuai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C4 (</w:t>
            </w:r>
            <w:proofErr w:type="spellStart"/>
            <w:r>
              <w:t>Menganalisis</w:t>
            </w:r>
            <w:proofErr w:type="spellEnd"/>
            <w:r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Biasa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studi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adaptasi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di </w:t>
            </w:r>
            <w:proofErr w:type="spellStart"/>
            <w:r>
              <w:t>pesisir</w:t>
            </w:r>
            <w:proofErr w:type="spellEnd"/>
            <w:r>
              <w:t xml:space="preserve"> </w:t>
            </w:r>
            <w:proofErr w:type="spellStart"/>
            <w:r>
              <w:t>pantai</w:t>
            </w:r>
            <w:proofErr w:type="spellEnd"/>
            <w:r>
              <w:t xml:space="preserve">.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turun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lapangan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mengamati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sehari-hari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,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wawancara</w:t>
            </w:r>
            <w:proofErr w:type="spellEnd"/>
            <w:r>
              <w:t xml:space="preserve">, dan </w:t>
            </w:r>
            <w:proofErr w:type="spellStart"/>
            <w:r>
              <w:t>mencatat</w:t>
            </w:r>
            <w:proofErr w:type="spellEnd"/>
            <w:r>
              <w:t xml:space="preserve"> </w:t>
            </w:r>
            <w:proofErr w:type="spellStart"/>
            <w:r>
              <w:t>fakta-fakta</w:t>
            </w:r>
            <w:proofErr w:type="spellEnd"/>
            <w:r>
              <w:t xml:space="preserve"> yang </w:t>
            </w:r>
            <w:proofErr w:type="spellStart"/>
            <w:r>
              <w:t>ditemukan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menambahkan</w:t>
            </w:r>
            <w:proofErr w:type="spellEnd"/>
            <w:r>
              <w:t xml:space="preserve"> </w:t>
            </w:r>
            <w:proofErr w:type="spellStart"/>
            <w:r>
              <w:t>dugaan</w:t>
            </w:r>
            <w:proofErr w:type="spellEnd"/>
            <w:r>
              <w:t xml:space="preserve"> </w:t>
            </w:r>
            <w:proofErr w:type="spellStart"/>
            <w:r>
              <w:t>pribadi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spekulasi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berdasar</w:t>
            </w:r>
            <w:proofErr w:type="spellEnd"/>
            <w:r>
              <w:t xml:space="preserve"> pada data.</w:t>
            </w:r>
          </w:p>
          <w:p w:rsidR="00AA1A0E" w:rsidRDefault="001E1470"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studi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adaptasi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di </w:t>
            </w:r>
            <w:proofErr w:type="spellStart"/>
            <w:r>
              <w:t>pesisir</w:t>
            </w:r>
            <w:proofErr w:type="spellEnd"/>
            <w:r>
              <w:t xml:space="preserve"> </w:t>
            </w:r>
            <w:proofErr w:type="spellStart"/>
            <w:r>
              <w:t>pantai</w:t>
            </w:r>
            <w:proofErr w:type="spellEnd"/>
            <w:r>
              <w:t xml:space="preserve">.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turun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lapangan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mengamati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sehari-hari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,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wawancara</w:t>
            </w:r>
            <w:proofErr w:type="spellEnd"/>
            <w:r>
              <w:t xml:space="preserve">, dan </w:t>
            </w:r>
            <w:proofErr w:type="spellStart"/>
            <w:r>
              <w:t>mencatat</w:t>
            </w:r>
            <w:proofErr w:type="spellEnd"/>
            <w:r>
              <w:t xml:space="preserve"> </w:t>
            </w:r>
            <w:proofErr w:type="spellStart"/>
            <w:r>
              <w:t>fakta-fakta</w:t>
            </w:r>
            <w:proofErr w:type="spellEnd"/>
            <w:r>
              <w:t xml:space="preserve"> yang </w:t>
            </w:r>
            <w:proofErr w:type="spellStart"/>
            <w:r>
              <w:t>ditemukan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menambahkan</w:t>
            </w:r>
            <w:proofErr w:type="spellEnd"/>
            <w:r>
              <w:t xml:space="preserve"> </w:t>
            </w:r>
            <w:proofErr w:type="spellStart"/>
            <w:r>
              <w:t>dugaan</w:t>
            </w:r>
            <w:proofErr w:type="spellEnd"/>
            <w:r>
              <w:t xml:space="preserve"> </w:t>
            </w:r>
            <w:proofErr w:type="spellStart"/>
            <w:r>
              <w:t>pribadi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spekulasi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berdasar</w:t>
            </w:r>
            <w:proofErr w:type="spellEnd"/>
            <w:r>
              <w:t xml:space="preserve"> pada data.</w:t>
            </w:r>
          </w:p>
          <w:p w:rsidR="00AA1A0E" w:rsidRDefault="00AA1A0E"/>
          <w:p w:rsidR="00AA1A0E" w:rsidRDefault="001E1470"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ilustrasi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,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ciri</w:t>
            </w:r>
            <w:proofErr w:type="spellEnd"/>
            <w:r>
              <w:t xml:space="preserve"> </w:t>
            </w:r>
            <w:proofErr w:type="spellStart"/>
            <w:r>
              <w:t>ilmu</w:t>
            </w:r>
            <w:proofErr w:type="spellEnd"/>
            <w:r>
              <w:t xml:space="preserve"> </w:t>
            </w:r>
            <w:proofErr w:type="spellStart"/>
            <w:r>
              <w:t>pengetahuan</w:t>
            </w:r>
            <w:proofErr w:type="spellEnd"/>
            <w:r>
              <w:t xml:space="preserve"> yang </w:t>
            </w:r>
            <w:proofErr w:type="spellStart"/>
            <w:r>
              <w:t>bersifat</w:t>
            </w:r>
            <w:proofErr w:type="spellEnd"/>
            <w:r>
              <w:t>...</w:t>
            </w:r>
          </w:p>
          <w:p w:rsidR="00AA1A0E" w:rsidRDefault="001E1470">
            <w:r>
              <w:t xml:space="preserve">A. </w:t>
            </w:r>
            <w:proofErr w:type="spellStart"/>
            <w:r>
              <w:t>Teoretis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berusaha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abstraksi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observasi</w:t>
            </w:r>
            <w:proofErr w:type="spellEnd"/>
            <w:r>
              <w:t>.</w:t>
            </w:r>
          </w:p>
          <w:p w:rsidR="00AA1A0E" w:rsidRDefault="001E1470">
            <w:r>
              <w:t xml:space="preserve">B. </w:t>
            </w:r>
            <w:proofErr w:type="spellStart"/>
            <w:r>
              <w:t>Empiris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didasarkan</w:t>
            </w:r>
            <w:proofErr w:type="spellEnd"/>
            <w:r>
              <w:t xml:space="preserve"> pada </w:t>
            </w:r>
            <w:proofErr w:type="spellStart"/>
            <w:r>
              <w:t>observasi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kenyataan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spekulatif</w:t>
            </w:r>
            <w:proofErr w:type="spellEnd"/>
            <w:r>
              <w:t>.</w:t>
            </w:r>
          </w:p>
          <w:p w:rsidR="00AA1A0E" w:rsidRDefault="001E1470">
            <w:r>
              <w:t xml:space="preserve">C. </w:t>
            </w:r>
            <w:proofErr w:type="spellStart"/>
            <w:r>
              <w:t>Kumulatif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yang </w:t>
            </w:r>
            <w:proofErr w:type="spellStart"/>
            <w:r>
              <w:t>dihasilkan</w:t>
            </w:r>
            <w:proofErr w:type="spellEnd"/>
            <w:r>
              <w:t xml:space="preserve"> </w:t>
            </w:r>
            <w:proofErr w:type="spellStart"/>
            <w:r>
              <w:t>berasal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perbaikan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sebelumnya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Nonetis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mempermasalahkan</w:t>
            </w:r>
            <w:proofErr w:type="spellEnd"/>
            <w:r>
              <w:t xml:space="preserve"> </w:t>
            </w:r>
            <w:proofErr w:type="spellStart"/>
            <w:r>
              <w:t>baik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buruknya</w:t>
            </w:r>
            <w:proofErr w:type="spellEnd"/>
            <w:r>
              <w:t xml:space="preserve"> </w:t>
            </w:r>
            <w:proofErr w:type="spellStart"/>
            <w:r>
              <w:t>fakta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  <w:p w:rsidR="00AA1A0E" w:rsidRDefault="001E1470">
            <w:r>
              <w:t xml:space="preserve">E. </w:t>
            </w:r>
            <w:proofErr w:type="spellStart"/>
            <w:r>
              <w:t>Dinamis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selalu</w:t>
            </w:r>
            <w:proofErr w:type="spellEnd"/>
            <w:r>
              <w:t xml:space="preserve"> </w:t>
            </w:r>
            <w:proofErr w:type="spellStart"/>
            <w:r>
              <w:t>mengikuti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tren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ilustrasi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,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ciri</w:t>
            </w:r>
            <w:proofErr w:type="spellEnd"/>
            <w:r>
              <w:t xml:space="preserve"> </w:t>
            </w:r>
            <w:proofErr w:type="spellStart"/>
            <w:r>
              <w:t>ilmu</w:t>
            </w:r>
            <w:proofErr w:type="spellEnd"/>
            <w:r>
              <w:t xml:space="preserve"> </w:t>
            </w:r>
            <w:proofErr w:type="spellStart"/>
            <w:r>
              <w:t>pengetahuan</w:t>
            </w:r>
            <w:proofErr w:type="spellEnd"/>
            <w:r>
              <w:t xml:space="preserve"> yang </w:t>
            </w:r>
            <w:proofErr w:type="spellStart"/>
            <w:r>
              <w:t>bersifat</w:t>
            </w:r>
            <w:proofErr w:type="spellEnd"/>
            <w:r>
              <w:t>...</w:t>
            </w:r>
          </w:p>
          <w:p w:rsidR="00AA1A0E" w:rsidRDefault="001E1470">
            <w:r>
              <w:t xml:space="preserve">A. </w:t>
            </w:r>
            <w:proofErr w:type="spellStart"/>
            <w:r>
              <w:t>Teoretis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berusaha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abstraksi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observasi</w:t>
            </w:r>
            <w:proofErr w:type="spellEnd"/>
            <w:r>
              <w:t>.</w:t>
            </w:r>
          </w:p>
          <w:p w:rsidR="00AA1A0E" w:rsidRDefault="001E1470">
            <w:r>
              <w:t xml:space="preserve">B. </w:t>
            </w:r>
            <w:proofErr w:type="spellStart"/>
            <w:r>
              <w:t>Empiris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didasarkan</w:t>
            </w:r>
            <w:proofErr w:type="spellEnd"/>
            <w:r>
              <w:t xml:space="preserve"> pada </w:t>
            </w:r>
            <w:proofErr w:type="spellStart"/>
            <w:r>
              <w:t>observasi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kenyataan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spekulatif</w:t>
            </w:r>
            <w:proofErr w:type="spellEnd"/>
            <w:r>
              <w:t>.</w:t>
            </w:r>
          </w:p>
          <w:p w:rsidR="00AA1A0E" w:rsidRDefault="001E1470">
            <w:r>
              <w:t xml:space="preserve">C. </w:t>
            </w:r>
            <w:proofErr w:type="spellStart"/>
            <w:r>
              <w:t>Kumulatif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yang </w:t>
            </w:r>
            <w:proofErr w:type="spellStart"/>
            <w:r>
              <w:t>dihasilkan</w:t>
            </w:r>
            <w:proofErr w:type="spellEnd"/>
            <w:r>
              <w:t xml:space="preserve"> </w:t>
            </w:r>
            <w:proofErr w:type="spellStart"/>
            <w:r>
              <w:t>berasal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perbaikan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sebelumnya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Nonetis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mempermasalahkan</w:t>
            </w:r>
            <w:proofErr w:type="spellEnd"/>
            <w:r>
              <w:t xml:space="preserve"> </w:t>
            </w:r>
            <w:proofErr w:type="spellStart"/>
            <w:r>
              <w:t>baik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buruknya</w:t>
            </w:r>
            <w:proofErr w:type="spellEnd"/>
            <w:r>
              <w:t xml:space="preserve"> </w:t>
            </w:r>
            <w:proofErr w:type="spellStart"/>
            <w:r>
              <w:lastRenderedPageBreak/>
              <w:t>fakta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  <w:p w:rsidR="00AA1A0E" w:rsidRDefault="001E1470">
            <w:r>
              <w:t xml:space="preserve">E. </w:t>
            </w:r>
            <w:proofErr w:type="spellStart"/>
            <w:r>
              <w:t>Dinamis</w:t>
            </w:r>
            <w:proofErr w:type="spellEnd"/>
            <w:r>
              <w:t xml:space="preserve">,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selalu</w:t>
            </w:r>
            <w:proofErr w:type="spellEnd"/>
            <w:r>
              <w:t xml:space="preserve"> </w:t>
            </w:r>
            <w:proofErr w:type="spellStart"/>
            <w:r>
              <w:t>mengikuti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tren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B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turun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lapangan</w:t>
            </w:r>
            <w:proofErr w:type="spellEnd"/>
            <w:r>
              <w:t xml:space="preserve"> </w:t>
            </w:r>
            <w:proofErr w:type="spellStart"/>
            <w:r>
              <w:t>mencatat</w:t>
            </w:r>
            <w:proofErr w:type="spellEnd"/>
            <w:r>
              <w:t xml:space="preserve"> </w:t>
            </w:r>
            <w:proofErr w:type="spellStart"/>
            <w:r>
              <w:t>fakta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spekulasi</w:t>
            </w:r>
            <w:proofErr w:type="spellEnd"/>
            <w:r>
              <w:t xml:space="preserve">, yang </w:t>
            </w:r>
            <w:proofErr w:type="spellStart"/>
            <w:r>
              <w:t>merujuk</w:t>
            </w:r>
            <w:proofErr w:type="spellEnd"/>
            <w:r>
              <w:t xml:space="preserve"> pada </w:t>
            </w:r>
            <w:proofErr w:type="spellStart"/>
            <w:r>
              <w:t>ciri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empiris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4"/>
        <w:gridCol w:w="6792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6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Fungsi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fungsi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perencanaan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C4 (</w:t>
            </w:r>
            <w:proofErr w:type="spellStart"/>
            <w:r>
              <w:t>Menganalisis</w:t>
            </w:r>
            <w:proofErr w:type="spellEnd"/>
            <w:r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Biasa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berencana</w:t>
            </w:r>
            <w:proofErr w:type="spellEnd"/>
            <w:r>
              <w:t xml:space="preserve"> </w:t>
            </w:r>
            <w:proofErr w:type="spellStart"/>
            <w:r>
              <w:t>merelokasi</w:t>
            </w:r>
            <w:proofErr w:type="spellEnd"/>
            <w:r>
              <w:t xml:space="preserve"> </w:t>
            </w:r>
            <w:proofErr w:type="spellStart"/>
            <w:r>
              <w:t>pemukiman</w:t>
            </w:r>
            <w:proofErr w:type="spellEnd"/>
            <w:r>
              <w:t xml:space="preserve"> </w:t>
            </w:r>
            <w:proofErr w:type="spellStart"/>
            <w:r>
              <w:t>kumuh</w:t>
            </w:r>
            <w:proofErr w:type="spellEnd"/>
            <w:r>
              <w:t xml:space="preserve"> di </w:t>
            </w:r>
            <w:proofErr w:type="spellStart"/>
            <w:r>
              <w:t>bantaran</w:t>
            </w:r>
            <w:proofErr w:type="spellEnd"/>
            <w:r>
              <w:t xml:space="preserve"> </w:t>
            </w:r>
            <w:proofErr w:type="spellStart"/>
            <w:r>
              <w:t>sungai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proyek</w:t>
            </w:r>
            <w:proofErr w:type="spellEnd"/>
            <w:r>
              <w:t xml:space="preserve"> </w:t>
            </w:r>
            <w:proofErr w:type="spellStart"/>
            <w:r>
              <w:t>normalisasi</w:t>
            </w:r>
            <w:proofErr w:type="spellEnd"/>
            <w:r>
              <w:t xml:space="preserve">. </w:t>
            </w:r>
            <w:proofErr w:type="spellStart"/>
            <w:r>
              <w:t>Namun</w:t>
            </w:r>
            <w:proofErr w:type="spellEnd"/>
            <w:r>
              <w:t xml:space="preserve">, </w:t>
            </w:r>
            <w:proofErr w:type="spellStart"/>
            <w:r>
              <w:t>rencana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mendapat</w:t>
            </w:r>
            <w:proofErr w:type="spellEnd"/>
            <w:r>
              <w:t xml:space="preserve"> </w:t>
            </w:r>
            <w:proofErr w:type="spellStart"/>
            <w:r>
              <w:t>penolakan</w:t>
            </w:r>
            <w:proofErr w:type="spellEnd"/>
            <w:r>
              <w:t xml:space="preserve"> </w:t>
            </w:r>
            <w:proofErr w:type="spellStart"/>
            <w:r>
              <w:t>keras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menyangkut</w:t>
            </w:r>
            <w:proofErr w:type="spellEnd"/>
            <w:r>
              <w:t xml:space="preserve"> </w:t>
            </w:r>
            <w:proofErr w:type="spellStart"/>
            <w:r>
              <w:t>keberlangsungan</w:t>
            </w:r>
            <w:proofErr w:type="spellEnd"/>
            <w:r>
              <w:t xml:space="preserve"> </w:t>
            </w:r>
            <w:proofErr w:type="spellStart"/>
            <w:r>
              <w:t>mata</w:t>
            </w:r>
            <w:proofErr w:type="spellEnd"/>
            <w:r>
              <w:t xml:space="preserve"> </w:t>
            </w:r>
            <w:proofErr w:type="spellStart"/>
            <w:r>
              <w:t>pencaharian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pedagang</w:t>
            </w:r>
            <w:proofErr w:type="spellEnd"/>
            <w:r>
              <w:t xml:space="preserve"> </w:t>
            </w:r>
            <w:proofErr w:type="spellStart"/>
            <w:r>
              <w:t>kecil</w:t>
            </w:r>
            <w:proofErr w:type="spellEnd"/>
            <w:r>
              <w:t xml:space="preserve">. </w:t>
            </w:r>
            <w:proofErr w:type="spellStart"/>
            <w:r>
              <w:t>Sosiolog</w:t>
            </w:r>
            <w:proofErr w:type="spellEnd"/>
            <w:r>
              <w:t xml:space="preserve"> </w:t>
            </w:r>
            <w:proofErr w:type="spellStart"/>
            <w:r>
              <w:t>diminta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masukan</w:t>
            </w:r>
            <w:proofErr w:type="spellEnd"/>
            <w:r>
              <w:t xml:space="preserve"> </w:t>
            </w:r>
            <w:proofErr w:type="spellStart"/>
            <w:r>
              <w:t>sebelum</w:t>
            </w:r>
            <w:proofErr w:type="spellEnd"/>
            <w:r>
              <w:t xml:space="preserve">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dieksekusi</w:t>
            </w:r>
            <w:proofErr w:type="spellEnd"/>
            <w:r>
              <w:t>.</w:t>
            </w:r>
          </w:p>
          <w:p w:rsidR="00AA1A0E" w:rsidRDefault="001E1470"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berencana</w:t>
            </w:r>
            <w:proofErr w:type="spellEnd"/>
            <w:r>
              <w:t xml:space="preserve"> </w:t>
            </w:r>
            <w:proofErr w:type="spellStart"/>
            <w:r>
              <w:t>merelokasi</w:t>
            </w:r>
            <w:proofErr w:type="spellEnd"/>
            <w:r>
              <w:t xml:space="preserve"> </w:t>
            </w:r>
            <w:proofErr w:type="spellStart"/>
            <w:r>
              <w:t>pemukiman</w:t>
            </w:r>
            <w:proofErr w:type="spellEnd"/>
            <w:r>
              <w:t xml:space="preserve"> </w:t>
            </w:r>
            <w:proofErr w:type="spellStart"/>
            <w:r>
              <w:t>kumuh</w:t>
            </w:r>
            <w:proofErr w:type="spellEnd"/>
            <w:r>
              <w:t xml:space="preserve"> di </w:t>
            </w:r>
            <w:proofErr w:type="spellStart"/>
            <w:r>
              <w:t>bantaran</w:t>
            </w:r>
            <w:proofErr w:type="spellEnd"/>
            <w:r>
              <w:t xml:space="preserve"> </w:t>
            </w:r>
            <w:proofErr w:type="spellStart"/>
            <w:r>
              <w:t>sungai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proyek</w:t>
            </w:r>
            <w:proofErr w:type="spellEnd"/>
            <w:r>
              <w:t xml:space="preserve"> </w:t>
            </w:r>
            <w:proofErr w:type="spellStart"/>
            <w:r>
              <w:t>normalisasi</w:t>
            </w:r>
            <w:proofErr w:type="spellEnd"/>
            <w:r>
              <w:t xml:space="preserve">. </w:t>
            </w:r>
            <w:proofErr w:type="spellStart"/>
            <w:r>
              <w:t>Namun</w:t>
            </w:r>
            <w:proofErr w:type="spellEnd"/>
            <w:r>
              <w:t xml:space="preserve">, </w:t>
            </w:r>
            <w:proofErr w:type="spellStart"/>
            <w:r>
              <w:t>rencana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mendapat</w:t>
            </w:r>
            <w:proofErr w:type="spellEnd"/>
            <w:r>
              <w:t xml:space="preserve"> </w:t>
            </w:r>
            <w:proofErr w:type="spellStart"/>
            <w:r>
              <w:t>penolakan</w:t>
            </w:r>
            <w:proofErr w:type="spellEnd"/>
            <w:r>
              <w:t xml:space="preserve"> </w:t>
            </w:r>
            <w:proofErr w:type="spellStart"/>
            <w:r>
              <w:t>keras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menyangkut</w:t>
            </w:r>
            <w:proofErr w:type="spellEnd"/>
            <w:r>
              <w:t xml:space="preserve"> </w:t>
            </w:r>
            <w:proofErr w:type="spellStart"/>
            <w:r>
              <w:t>keberlangsungan</w:t>
            </w:r>
            <w:proofErr w:type="spellEnd"/>
            <w:r>
              <w:t xml:space="preserve"> </w:t>
            </w:r>
            <w:proofErr w:type="spellStart"/>
            <w:r>
              <w:t>mata</w:t>
            </w:r>
            <w:proofErr w:type="spellEnd"/>
            <w:r>
              <w:t xml:space="preserve"> </w:t>
            </w:r>
            <w:proofErr w:type="spellStart"/>
            <w:r>
              <w:t>pencaharian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pedagang</w:t>
            </w:r>
            <w:proofErr w:type="spellEnd"/>
            <w:r>
              <w:t xml:space="preserve"> </w:t>
            </w:r>
            <w:proofErr w:type="spellStart"/>
            <w:r>
              <w:t>kecil</w:t>
            </w:r>
            <w:proofErr w:type="spellEnd"/>
            <w:r>
              <w:t xml:space="preserve">. </w:t>
            </w:r>
            <w:proofErr w:type="spellStart"/>
            <w:r>
              <w:t>Sosiolog</w:t>
            </w:r>
            <w:proofErr w:type="spellEnd"/>
            <w:r>
              <w:t xml:space="preserve"> </w:t>
            </w:r>
            <w:proofErr w:type="spellStart"/>
            <w:r>
              <w:t>diminta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masukan</w:t>
            </w:r>
            <w:proofErr w:type="spellEnd"/>
            <w:r>
              <w:t xml:space="preserve"> </w:t>
            </w:r>
            <w:proofErr w:type="spellStart"/>
            <w:r>
              <w:t>sebelum</w:t>
            </w:r>
            <w:proofErr w:type="spellEnd"/>
            <w:r>
              <w:t xml:space="preserve">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dieksekusi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Analisislah</w:t>
            </w:r>
            <w:proofErr w:type="spellEnd"/>
            <w:r>
              <w:t xml:space="preserve"> </w:t>
            </w:r>
            <w:proofErr w:type="spellStart"/>
            <w:r>
              <w:t>kegunaan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situasi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...</w:t>
            </w:r>
          </w:p>
          <w:p w:rsidR="00AA1A0E" w:rsidRDefault="001E1470">
            <w:r>
              <w:t xml:space="preserve">A. </w:t>
            </w:r>
            <w:proofErr w:type="spellStart"/>
            <w:r>
              <w:t>Menyediakan</w:t>
            </w:r>
            <w:proofErr w:type="spellEnd"/>
            <w:r>
              <w:t xml:space="preserve"> data </w:t>
            </w:r>
            <w:proofErr w:type="spellStart"/>
            <w:r>
              <w:t>statistik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biaya</w:t>
            </w:r>
            <w:proofErr w:type="spellEnd"/>
            <w:r>
              <w:t xml:space="preserve"> </w:t>
            </w:r>
            <w:proofErr w:type="spellStart"/>
            <w:r>
              <w:t>ganti</w:t>
            </w:r>
            <w:proofErr w:type="spellEnd"/>
            <w:r>
              <w:t xml:space="preserve"> </w:t>
            </w:r>
            <w:proofErr w:type="spellStart"/>
            <w:r>
              <w:t>rugi</w:t>
            </w:r>
            <w:proofErr w:type="spellEnd"/>
            <w:r>
              <w:t xml:space="preserve"> </w:t>
            </w:r>
            <w:proofErr w:type="spellStart"/>
            <w:r>
              <w:t>bangunan</w:t>
            </w:r>
            <w:proofErr w:type="spellEnd"/>
            <w:r>
              <w:t>.</w:t>
            </w:r>
          </w:p>
          <w:p w:rsidR="00AA1A0E" w:rsidRDefault="001E1470">
            <w:r>
              <w:t xml:space="preserve">B.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memaksa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agar </w:t>
            </w:r>
            <w:proofErr w:type="spellStart"/>
            <w:r>
              <w:t>tunduk</w:t>
            </w:r>
            <w:proofErr w:type="spellEnd"/>
            <w:r>
              <w:t xml:space="preserve"> pada </w:t>
            </w:r>
            <w:proofErr w:type="spellStart"/>
            <w:r>
              <w:t>perintah</w:t>
            </w:r>
            <w:proofErr w:type="spellEnd"/>
            <w:r>
              <w:t xml:space="preserve"> </w:t>
            </w:r>
            <w:proofErr w:type="spellStart"/>
            <w:r>
              <w:t>pemerintah</w:t>
            </w:r>
            <w:proofErr w:type="spellEnd"/>
            <w:r>
              <w:t>.</w:t>
            </w:r>
          </w:p>
          <w:p w:rsidR="00AA1A0E" w:rsidRDefault="001E1470">
            <w:r>
              <w:t xml:space="preserve">C.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penilaian</w:t>
            </w:r>
            <w:proofErr w:type="spellEnd"/>
            <w:r>
              <w:t xml:space="preserve"> moral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relokasi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tindakan</w:t>
            </w:r>
            <w:proofErr w:type="spellEnd"/>
            <w:r>
              <w:t xml:space="preserve"> yang </w:t>
            </w:r>
            <w:proofErr w:type="spellStart"/>
            <w:r>
              <w:t>buruk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pemetaan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memberikan</w:t>
            </w:r>
            <w:proofErr w:type="spellEnd"/>
            <w:r>
              <w:t xml:space="preserve"> saran </w:t>
            </w:r>
            <w:proofErr w:type="spellStart"/>
            <w:r>
              <w:t>perencanaan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meminimalkan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>.</w:t>
            </w:r>
          </w:p>
          <w:p w:rsidR="00AA1A0E" w:rsidRDefault="001E1470">
            <w:r>
              <w:t xml:space="preserve">E. </w:t>
            </w:r>
            <w:proofErr w:type="spellStart"/>
            <w:r>
              <w:t>Memprediksi</w:t>
            </w:r>
            <w:proofErr w:type="spellEnd"/>
            <w:r>
              <w:t xml:space="preserve"> </w:t>
            </w:r>
            <w:proofErr w:type="spellStart"/>
            <w:r>
              <w:t>kapan</w:t>
            </w:r>
            <w:proofErr w:type="spellEnd"/>
            <w:r>
              <w:t xml:space="preserve"> </w:t>
            </w:r>
            <w:proofErr w:type="spellStart"/>
            <w:r>
              <w:t>bencana</w:t>
            </w:r>
            <w:proofErr w:type="spellEnd"/>
            <w:r>
              <w:t xml:space="preserve"> </w:t>
            </w:r>
            <w:proofErr w:type="spellStart"/>
            <w:r>
              <w:t>banjir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melanda</w:t>
            </w:r>
            <w:proofErr w:type="spellEnd"/>
            <w:r>
              <w:t xml:space="preserve"> </w:t>
            </w:r>
            <w:proofErr w:type="spellStart"/>
            <w:r>
              <w:t>kawasan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jika</w:t>
            </w:r>
            <w:proofErr w:type="spellEnd"/>
            <w:r>
              <w:t xml:space="preserve"> </w:t>
            </w:r>
            <w:proofErr w:type="spellStart"/>
            <w:r>
              <w:t>relokasi</w:t>
            </w:r>
            <w:proofErr w:type="spellEnd"/>
            <w:r>
              <w:t xml:space="preserve"> </w:t>
            </w:r>
            <w:proofErr w:type="spellStart"/>
            <w:r>
              <w:t>gagal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Analisislah</w:t>
            </w:r>
            <w:proofErr w:type="spellEnd"/>
            <w:r>
              <w:t xml:space="preserve"> </w:t>
            </w:r>
            <w:proofErr w:type="spellStart"/>
            <w:r>
              <w:t>kegunaan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situasi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...</w:t>
            </w:r>
          </w:p>
          <w:p w:rsidR="00AA1A0E" w:rsidRDefault="001E1470">
            <w:r>
              <w:t xml:space="preserve">A. </w:t>
            </w:r>
            <w:proofErr w:type="spellStart"/>
            <w:r>
              <w:t>Menyediakan</w:t>
            </w:r>
            <w:proofErr w:type="spellEnd"/>
            <w:r>
              <w:t xml:space="preserve"> data </w:t>
            </w:r>
            <w:proofErr w:type="spellStart"/>
            <w:r>
              <w:t>statistik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menghitung</w:t>
            </w:r>
            <w:proofErr w:type="spellEnd"/>
            <w:r>
              <w:t xml:space="preserve"> </w:t>
            </w:r>
            <w:proofErr w:type="spellStart"/>
            <w:r>
              <w:t>biaya</w:t>
            </w:r>
            <w:proofErr w:type="spellEnd"/>
            <w:r>
              <w:t xml:space="preserve"> </w:t>
            </w:r>
            <w:proofErr w:type="spellStart"/>
            <w:r>
              <w:t>ganti</w:t>
            </w:r>
            <w:proofErr w:type="spellEnd"/>
            <w:r>
              <w:t xml:space="preserve"> </w:t>
            </w:r>
            <w:proofErr w:type="spellStart"/>
            <w:r>
              <w:t>rugi</w:t>
            </w:r>
            <w:proofErr w:type="spellEnd"/>
            <w:r>
              <w:t xml:space="preserve"> </w:t>
            </w:r>
            <w:proofErr w:type="spellStart"/>
            <w:r>
              <w:t>bangunan</w:t>
            </w:r>
            <w:proofErr w:type="spellEnd"/>
            <w:r>
              <w:t>.</w:t>
            </w:r>
          </w:p>
          <w:p w:rsidR="00AA1A0E" w:rsidRDefault="001E1470">
            <w:r>
              <w:t xml:space="preserve">B.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memaksa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agar </w:t>
            </w:r>
            <w:proofErr w:type="spellStart"/>
            <w:r>
              <w:t>tunduk</w:t>
            </w:r>
            <w:proofErr w:type="spellEnd"/>
            <w:r>
              <w:t xml:space="preserve"> pada </w:t>
            </w:r>
            <w:proofErr w:type="spellStart"/>
            <w:r>
              <w:t>perintah</w:t>
            </w:r>
            <w:proofErr w:type="spellEnd"/>
            <w:r>
              <w:t xml:space="preserve"> </w:t>
            </w:r>
            <w:proofErr w:type="spellStart"/>
            <w:r>
              <w:t>pemerintah</w:t>
            </w:r>
            <w:proofErr w:type="spellEnd"/>
            <w:r>
              <w:t>.</w:t>
            </w:r>
          </w:p>
          <w:p w:rsidR="00AA1A0E" w:rsidRDefault="001E1470">
            <w:r>
              <w:t xml:space="preserve">C.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penilaian</w:t>
            </w:r>
            <w:proofErr w:type="spellEnd"/>
            <w:r>
              <w:t xml:space="preserve"> moral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relokasi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tindakan</w:t>
            </w:r>
            <w:proofErr w:type="spellEnd"/>
            <w:r>
              <w:t xml:space="preserve"> yang </w:t>
            </w:r>
            <w:proofErr w:type="spellStart"/>
            <w:r>
              <w:t>buruk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pemetaan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memberikan</w:t>
            </w:r>
            <w:proofErr w:type="spellEnd"/>
            <w:r>
              <w:t xml:space="preserve"> saran </w:t>
            </w:r>
            <w:proofErr w:type="spellStart"/>
            <w:r>
              <w:lastRenderedPageBreak/>
              <w:t>perencanaan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meminimalkan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>.</w:t>
            </w:r>
          </w:p>
          <w:p w:rsidR="00AA1A0E" w:rsidRDefault="001E1470">
            <w:r>
              <w:t xml:space="preserve">E. </w:t>
            </w:r>
            <w:proofErr w:type="spellStart"/>
            <w:r>
              <w:t>Memprediksi</w:t>
            </w:r>
            <w:proofErr w:type="spellEnd"/>
            <w:r>
              <w:t xml:space="preserve"> </w:t>
            </w:r>
            <w:proofErr w:type="spellStart"/>
            <w:r>
              <w:t>kapan</w:t>
            </w:r>
            <w:proofErr w:type="spellEnd"/>
            <w:r>
              <w:t xml:space="preserve"> </w:t>
            </w:r>
            <w:proofErr w:type="spellStart"/>
            <w:r>
              <w:t>bencana</w:t>
            </w:r>
            <w:proofErr w:type="spellEnd"/>
            <w:r>
              <w:t xml:space="preserve"> </w:t>
            </w:r>
            <w:proofErr w:type="spellStart"/>
            <w:r>
              <w:t>banjir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melanda</w:t>
            </w:r>
            <w:proofErr w:type="spellEnd"/>
            <w:r>
              <w:t xml:space="preserve"> </w:t>
            </w:r>
            <w:proofErr w:type="spellStart"/>
            <w:r>
              <w:t>kawasan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jika</w:t>
            </w:r>
            <w:proofErr w:type="spellEnd"/>
            <w:r>
              <w:t xml:space="preserve"> </w:t>
            </w:r>
            <w:proofErr w:type="spellStart"/>
            <w:r>
              <w:t>relokasi</w:t>
            </w:r>
            <w:proofErr w:type="spellEnd"/>
            <w:r>
              <w:t xml:space="preserve"> </w:t>
            </w:r>
            <w:proofErr w:type="spellStart"/>
            <w:r>
              <w:t>gagal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D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Pemetaan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diperlukan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saran yang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sasaran</w:t>
            </w:r>
            <w:proofErr w:type="spellEnd"/>
            <w:r>
              <w:t xml:space="preserve"> dan </w:t>
            </w:r>
            <w:proofErr w:type="spellStart"/>
            <w:r>
              <w:t>meminimalkan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6"/>
        <w:gridCol w:w="6790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7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Ciri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pentingnya</w:t>
            </w:r>
            <w:proofErr w:type="spellEnd"/>
            <w:r>
              <w:t xml:space="preserve"> </w:t>
            </w: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nonetis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C2 (</w:t>
            </w:r>
            <w:proofErr w:type="spellStart"/>
            <w:r>
              <w:t>Memahami</w:t>
            </w:r>
            <w:proofErr w:type="spellEnd"/>
            <w:r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Biasa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sosiolog</w:t>
            </w:r>
            <w:proofErr w:type="spellEnd"/>
            <w:r>
              <w:t xml:space="preserve"> </w:t>
            </w:r>
            <w:proofErr w:type="spellStart"/>
            <w:r>
              <w:t>meneliti</w:t>
            </w:r>
            <w:proofErr w:type="spellEnd"/>
            <w:r>
              <w:t xml:space="preserve"> </w:t>
            </w:r>
            <w:proofErr w:type="spellStart"/>
            <w:r>
              <w:t>kehidupan</w:t>
            </w:r>
            <w:proofErr w:type="spellEnd"/>
            <w:r>
              <w:t xml:space="preserve"> </w:t>
            </w:r>
            <w:proofErr w:type="spellStart"/>
            <w:r>
              <w:t>komunitas</w:t>
            </w:r>
            <w:proofErr w:type="spellEnd"/>
            <w:r>
              <w:t xml:space="preserve"> </w:t>
            </w:r>
            <w:proofErr w:type="spellStart"/>
            <w:r>
              <w:t>pecandu</w:t>
            </w:r>
            <w:proofErr w:type="spellEnd"/>
            <w:r>
              <w:t xml:space="preserve"> </w:t>
            </w:r>
            <w:proofErr w:type="spellStart"/>
            <w:r>
              <w:t>narkoba</w:t>
            </w:r>
            <w:proofErr w:type="spellEnd"/>
            <w:r>
              <w:t xml:space="preserve"> di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kota</w:t>
            </w:r>
            <w:proofErr w:type="spellEnd"/>
            <w:r>
              <w:t xml:space="preserve"> </w:t>
            </w:r>
            <w:proofErr w:type="spellStart"/>
            <w:r>
              <w:t>besar</w:t>
            </w:r>
            <w:proofErr w:type="spellEnd"/>
            <w:r>
              <w:t xml:space="preserve">.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laporannya</w:t>
            </w:r>
            <w:proofErr w:type="spellEnd"/>
            <w:r>
              <w:t xml:space="preserve">, 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menghakimi</w:t>
            </w:r>
            <w:proofErr w:type="spellEnd"/>
            <w:r>
              <w:t xml:space="preserve"> para </w:t>
            </w:r>
            <w:proofErr w:type="spellStart"/>
            <w:r>
              <w:t>pecandu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orang yang </w:t>
            </w:r>
            <w:proofErr w:type="spellStart"/>
            <w:r>
              <w:t>berdosa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sampah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. 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justru</w:t>
            </w:r>
            <w:proofErr w:type="spellEnd"/>
            <w:r>
              <w:t xml:space="preserve"> </w:t>
            </w:r>
            <w:proofErr w:type="spellStart"/>
            <w:r>
              <w:t>memaparkan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mendalam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faktor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, </w:t>
            </w:r>
            <w:proofErr w:type="spellStart"/>
            <w:r>
              <w:t>lingkungan</w:t>
            </w:r>
            <w:proofErr w:type="spellEnd"/>
            <w:r>
              <w:t xml:space="preserve">, dan </w:t>
            </w:r>
            <w:proofErr w:type="spellStart"/>
            <w:r>
              <w:t>kegagalan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pendukung</w:t>
            </w:r>
            <w:proofErr w:type="spellEnd"/>
            <w:r>
              <w:t xml:space="preserve"> yang </w:t>
            </w:r>
            <w:proofErr w:type="spellStart"/>
            <w:r>
              <w:t>menyebabkan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terjerumus</w:t>
            </w:r>
            <w:proofErr w:type="spellEnd"/>
            <w:r>
              <w:t>.</w:t>
            </w:r>
          </w:p>
          <w:p w:rsidR="00AA1A0E" w:rsidRDefault="001E1470"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sosiolog</w:t>
            </w:r>
            <w:proofErr w:type="spellEnd"/>
            <w:r>
              <w:t xml:space="preserve"> </w:t>
            </w:r>
            <w:proofErr w:type="spellStart"/>
            <w:r>
              <w:t>meneliti</w:t>
            </w:r>
            <w:proofErr w:type="spellEnd"/>
            <w:r>
              <w:t xml:space="preserve"> </w:t>
            </w:r>
            <w:proofErr w:type="spellStart"/>
            <w:r>
              <w:t>kehidupan</w:t>
            </w:r>
            <w:proofErr w:type="spellEnd"/>
            <w:r>
              <w:t xml:space="preserve"> </w:t>
            </w:r>
            <w:proofErr w:type="spellStart"/>
            <w:r>
              <w:t>komunitas</w:t>
            </w:r>
            <w:proofErr w:type="spellEnd"/>
            <w:r>
              <w:t xml:space="preserve"> </w:t>
            </w:r>
            <w:proofErr w:type="spellStart"/>
            <w:r>
              <w:t>pecandu</w:t>
            </w:r>
            <w:proofErr w:type="spellEnd"/>
            <w:r>
              <w:t xml:space="preserve"> </w:t>
            </w:r>
            <w:proofErr w:type="spellStart"/>
            <w:r>
              <w:t>narkoba</w:t>
            </w:r>
            <w:proofErr w:type="spellEnd"/>
            <w:r>
              <w:t xml:space="preserve"> di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kota</w:t>
            </w:r>
            <w:proofErr w:type="spellEnd"/>
            <w:r>
              <w:t xml:space="preserve"> </w:t>
            </w:r>
            <w:proofErr w:type="spellStart"/>
            <w:r>
              <w:t>besar</w:t>
            </w:r>
            <w:proofErr w:type="spellEnd"/>
            <w:r>
              <w:t xml:space="preserve">.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laporannya</w:t>
            </w:r>
            <w:proofErr w:type="spellEnd"/>
            <w:r>
              <w:t xml:space="preserve">, 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menghakimi</w:t>
            </w:r>
            <w:proofErr w:type="spellEnd"/>
            <w:r>
              <w:t xml:space="preserve"> para </w:t>
            </w:r>
            <w:proofErr w:type="spellStart"/>
            <w:r>
              <w:t>pecandu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orang yang </w:t>
            </w:r>
            <w:proofErr w:type="spellStart"/>
            <w:r>
              <w:t>berdosa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sampah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. 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justru</w:t>
            </w:r>
            <w:proofErr w:type="spellEnd"/>
            <w:r>
              <w:t xml:space="preserve"> </w:t>
            </w:r>
            <w:proofErr w:type="spellStart"/>
            <w:r>
              <w:t>memaparkan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mendalam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faktor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, </w:t>
            </w:r>
            <w:proofErr w:type="spellStart"/>
            <w:r>
              <w:t>lingkungan</w:t>
            </w:r>
            <w:proofErr w:type="spellEnd"/>
            <w:r>
              <w:t xml:space="preserve">, dan </w:t>
            </w:r>
            <w:proofErr w:type="spellStart"/>
            <w:r>
              <w:t>kegagalan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pendukung</w:t>
            </w:r>
            <w:proofErr w:type="spellEnd"/>
            <w:r>
              <w:t xml:space="preserve"> yang </w:t>
            </w:r>
            <w:proofErr w:type="spellStart"/>
            <w:r>
              <w:t>menyebabkan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terjerumus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Mengapa</w:t>
            </w:r>
            <w:proofErr w:type="spellEnd"/>
            <w:r>
              <w:t xml:space="preserve"> </w:t>
            </w: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nonetis</w:t>
            </w:r>
            <w:proofErr w:type="spellEnd"/>
            <w:r>
              <w:t xml:space="preserve"> </w:t>
            </w:r>
            <w:proofErr w:type="spellStart"/>
            <w:r>
              <w:t>seperti</w:t>
            </w:r>
            <w:proofErr w:type="spellEnd"/>
            <w:r>
              <w:t xml:space="preserve"> yang </w:t>
            </w:r>
            <w:proofErr w:type="spellStart"/>
            <w:r>
              <w:t>ditunjukkan</w:t>
            </w:r>
            <w:proofErr w:type="spellEnd"/>
            <w:r>
              <w:t xml:space="preserve"> </w:t>
            </w:r>
            <w:proofErr w:type="spellStart"/>
            <w:r>
              <w:t>sosiolog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sangat</w:t>
            </w:r>
            <w:proofErr w:type="spellEnd"/>
            <w:r>
              <w:t xml:space="preserve"> </w:t>
            </w:r>
            <w:proofErr w:type="spellStart"/>
            <w:r>
              <w:t>penting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?</w:t>
            </w:r>
          </w:p>
          <w:p w:rsidR="00AA1A0E" w:rsidRDefault="001E1470">
            <w:r>
              <w:t xml:space="preserve">A. Agar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mengungkap</w:t>
            </w:r>
            <w:proofErr w:type="spellEnd"/>
            <w:r>
              <w:t xml:space="preserve"> </w:t>
            </w:r>
            <w:proofErr w:type="spellStart"/>
            <w:r>
              <w:t>kebenaran</w:t>
            </w:r>
            <w:proofErr w:type="spellEnd"/>
            <w:r>
              <w:t xml:space="preserve"> </w:t>
            </w:r>
            <w:proofErr w:type="spellStart"/>
            <w:r>
              <w:t>objektif</w:t>
            </w:r>
            <w:proofErr w:type="spellEnd"/>
            <w:r>
              <w:t xml:space="preserve"> di </w:t>
            </w:r>
            <w:proofErr w:type="spellStart"/>
            <w:r>
              <w:t>balik</w:t>
            </w:r>
            <w:proofErr w:type="spellEnd"/>
            <w:r>
              <w:t xml:space="preserve"> </w:t>
            </w:r>
            <w:proofErr w:type="spellStart"/>
            <w:r>
              <w:t>fakta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bias </w:t>
            </w:r>
            <w:proofErr w:type="spellStart"/>
            <w:r>
              <w:t>nilai</w:t>
            </w:r>
            <w:proofErr w:type="spellEnd"/>
            <w:r>
              <w:t xml:space="preserve"> moral.</w:t>
            </w:r>
          </w:p>
          <w:p w:rsidR="00AA1A0E" w:rsidRDefault="001E1470">
            <w:r>
              <w:t xml:space="preserve">B. Agar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luas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memaklumi</w:t>
            </w:r>
            <w:proofErr w:type="spellEnd"/>
            <w:r>
              <w:t xml:space="preserve"> dan </w:t>
            </w:r>
            <w:proofErr w:type="spellStart"/>
            <w:r>
              <w:t>melegalkan</w:t>
            </w:r>
            <w:proofErr w:type="spellEnd"/>
            <w:r>
              <w:t xml:space="preserve"> </w:t>
            </w:r>
            <w:proofErr w:type="spellStart"/>
            <w:r>
              <w:t>tindakan</w:t>
            </w:r>
            <w:proofErr w:type="spellEnd"/>
            <w:r>
              <w:t xml:space="preserve"> </w:t>
            </w:r>
            <w:proofErr w:type="spellStart"/>
            <w:r>
              <w:t>penyimpangan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.</w:t>
            </w:r>
          </w:p>
          <w:p w:rsidR="00AA1A0E" w:rsidRDefault="001E1470">
            <w:r>
              <w:t xml:space="preserve">C. Karena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standar</w:t>
            </w:r>
            <w:proofErr w:type="spellEnd"/>
            <w:r>
              <w:t xml:space="preserve"> moral yang </w:t>
            </w:r>
            <w:proofErr w:type="spellStart"/>
            <w:r>
              <w:t>jelas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menilai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memastikan</w:t>
            </w:r>
            <w:proofErr w:type="spell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mendapatkan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meneliti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kriminal</w:t>
            </w:r>
            <w:proofErr w:type="spellEnd"/>
            <w:r>
              <w:t>.</w:t>
            </w:r>
          </w:p>
          <w:p w:rsidR="00AA1A0E" w:rsidRDefault="001E1470">
            <w:r>
              <w:t xml:space="preserve">E. Karena </w:t>
            </w:r>
            <w:proofErr w:type="spellStart"/>
            <w:r>
              <w:t>tugas</w:t>
            </w:r>
            <w:proofErr w:type="spellEnd"/>
            <w:r>
              <w:t xml:space="preserve"> </w:t>
            </w:r>
            <w:proofErr w:type="spellStart"/>
            <w:r>
              <w:t>sosiolog</w:t>
            </w:r>
            <w:proofErr w:type="spellEnd"/>
            <w:r>
              <w:t xml:space="preserve"> </w:t>
            </w:r>
            <w:proofErr w:type="spellStart"/>
            <w:r>
              <w:t>hanyalah</w:t>
            </w:r>
            <w:proofErr w:type="spellEnd"/>
            <w:r>
              <w:t xml:space="preserve"> </w:t>
            </w:r>
            <w:proofErr w:type="spellStart"/>
            <w:r>
              <w:t>mengumpulkan</w:t>
            </w:r>
            <w:proofErr w:type="spellEnd"/>
            <w:r>
              <w:t xml:space="preserve"> data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perlu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penjelasan</w:t>
            </w:r>
            <w:proofErr w:type="spellEnd"/>
            <w:r>
              <w:t xml:space="preserve"> </w:t>
            </w:r>
            <w:proofErr w:type="spellStart"/>
            <w:r>
              <w:t>ilmiah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Mengapa</w:t>
            </w:r>
            <w:proofErr w:type="spellEnd"/>
            <w:r>
              <w:t xml:space="preserve"> </w:t>
            </w: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nonetis</w:t>
            </w:r>
            <w:proofErr w:type="spellEnd"/>
            <w:r>
              <w:t xml:space="preserve"> </w:t>
            </w:r>
            <w:proofErr w:type="spellStart"/>
            <w:r>
              <w:t>seperti</w:t>
            </w:r>
            <w:proofErr w:type="spellEnd"/>
            <w:r>
              <w:t xml:space="preserve"> yang </w:t>
            </w:r>
            <w:proofErr w:type="spellStart"/>
            <w:r>
              <w:t>ditunjukkan</w:t>
            </w:r>
            <w:proofErr w:type="spellEnd"/>
            <w:r>
              <w:t xml:space="preserve"> </w:t>
            </w:r>
            <w:proofErr w:type="spellStart"/>
            <w:r>
              <w:t>sosiolog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sangat</w:t>
            </w:r>
            <w:proofErr w:type="spellEnd"/>
            <w:r>
              <w:t xml:space="preserve"> </w:t>
            </w:r>
            <w:proofErr w:type="spellStart"/>
            <w:r>
              <w:t>penting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?</w:t>
            </w:r>
          </w:p>
          <w:p w:rsidR="00AA1A0E" w:rsidRDefault="001E1470">
            <w:r>
              <w:t xml:space="preserve">A. Agar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mengungkap</w:t>
            </w:r>
            <w:proofErr w:type="spellEnd"/>
            <w:r>
              <w:t xml:space="preserve"> </w:t>
            </w:r>
            <w:proofErr w:type="spellStart"/>
            <w:r>
              <w:t>kebenaran</w:t>
            </w:r>
            <w:proofErr w:type="spellEnd"/>
            <w:r>
              <w:t xml:space="preserve"> </w:t>
            </w:r>
            <w:proofErr w:type="spellStart"/>
            <w:r>
              <w:t>objektif</w:t>
            </w:r>
            <w:proofErr w:type="spellEnd"/>
            <w:r>
              <w:t xml:space="preserve"> di </w:t>
            </w:r>
            <w:proofErr w:type="spellStart"/>
            <w:r>
              <w:t>balik</w:t>
            </w:r>
            <w:proofErr w:type="spellEnd"/>
            <w:r>
              <w:t xml:space="preserve"> </w:t>
            </w:r>
            <w:proofErr w:type="spellStart"/>
            <w:r>
              <w:t>fakta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bias </w:t>
            </w:r>
            <w:proofErr w:type="spellStart"/>
            <w:r>
              <w:t>nilai</w:t>
            </w:r>
            <w:proofErr w:type="spellEnd"/>
            <w:r>
              <w:t xml:space="preserve"> moral.</w:t>
            </w:r>
          </w:p>
          <w:p w:rsidR="00AA1A0E" w:rsidRDefault="001E1470">
            <w:r>
              <w:t xml:space="preserve">B. Agar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luas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memaklumi</w:t>
            </w:r>
            <w:proofErr w:type="spellEnd"/>
            <w:r>
              <w:t xml:space="preserve"> dan </w:t>
            </w:r>
            <w:proofErr w:type="spellStart"/>
            <w:r>
              <w:t>melegalkan</w:t>
            </w:r>
            <w:proofErr w:type="spellEnd"/>
            <w:r>
              <w:t xml:space="preserve"> </w:t>
            </w:r>
            <w:proofErr w:type="spellStart"/>
            <w:r>
              <w:t>tindakan</w:t>
            </w:r>
            <w:proofErr w:type="spellEnd"/>
            <w:r>
              <w:t xml:space="preserve"> </w:t>
            </w:r>
            <w:proofErr w:type="spellStart"/>
            <w:r>
              <w:t>penyimpangan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.</w:t>
            </w:r>
          </w:p>
          <w:p w:rsidR="00AA1A0E" w:rsidRDefault="001E1470">
            <w:r>
              <w:lastRenderedPageBreak/>
              <w:t xml:space="preserve">C. Karena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standar</w:t>
            </w:r>
            <w:proofErr w:type="spellEnd"/>
            <w:r>
              <w:t xml:space="preserve"> moral yang </w:t>
            </w:r>
            <w:proofErr w:type="spellStart"/>
            <w:r>
              <w:t>jelas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menilai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memastikan</w:t>
            </w:r>
            <w:proofErr w:type="spell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mendapatkan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meneliti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kriminal</w:t>
            </w:r>
            <w:proofErr w:type="spellEnd"/>
            <w:r>
              <w:t>.</w:t>
            </w:r>
          </w:p>
          <w:p w:rsidR="00AA1A0E" w:rsidRDefault="001E1470">
            <w:r>
              <w:t xml:space="preserve">E. Karena </w:t>
            </w:r>
            <w:proofErr w:type="spellStart"/>
            <w:r>
              <w:t>tugas</w:t>
            </w:r>
            <w:proofErr w:type="spellEnd"/>
            <w:r>
              <w:t xml:space="preserve"> </w:t>
            </w:r>
            <w:proofErr w:type="spellStart"/>
            <w:r>
              <w:t>sosiolog</w:t>
            </w:r>
            <w:proofErr w:type="spellEnd"/>
            <w:r>
              <w:t xml:space="preserve"> </w:t>
            </w:r>
            <w:proofErr w:type="spellStart"/>
            <w:r>
              <w:t>hanyalah</w:t>
            </w:r>
            <w:proofErr w:type="spellEnd"/>
            <w:r>
              <w:t xml:space="preserve"> </w:t>
            </w:r>
            <w:proofErr w:type="spellStart"/>
            <w:r>
              <w:t>mengumpulkan</w:t>
            </w:r>
            <w:proofErr w:type="spellEnd"/>
            <w:r>
              <w:t xml:space="preserve"> data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perlu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penjelasan</w:t>
            </w:r>
            <w:proofErr w:type="spellEnd"/>
            <w:r>
              <w:t xml:space="preserve"> </w:t>
            </w:r>
            <w:proofErr w:type="spellStart"/>
            <w:r>
              <w:t>ilmiah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A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nonetis</w:t>
            </w:r>
            <w:proofErr w:type="spellEnd"/>
            <w:r>
              <w:t xml:space="preserve"> </w:t>
            </w:r>
            <w:proofErr w:type="spellStart"/>
            <w:r>
              <w:t>menjaga</w:t>
            </w:r>
            <w:proofErr w:type="spellEnd"/>
            <w:r>
              <w:t xml:space="preserve"> </w:t>
            </w:r>
            <w:proofErr w:type="spellStart"/>
            <w:r>
              <w:t>objektivitas</w:t>
            </w:r>
            <w:proofErr w:type="spell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memaparkan</w:t>
            </w:r>
            <w:proofErr w:type="spellEnd"/>
            <w:r>
              <w:t xml:space="preserve"> </w:t>
            </w:r>
            <w:proofErr w:type="spellStart"/>
            <w:r>
              <w:t>penyebab</w:t>
            </w:r>
            <w:proofErr w:type="spellEnd"/>
            <w:r>
              <w:t xml:space="preserve"> </w:t>
            </w:r>
            <w:proofErr w:type="spellStart"/>
            <w:r>
              <w:t>suatu</w:t>
            </w:r>
            <w:proofErr w:type="spellEnd"/>
            <w:r>
              <w:t xml:space="preserve"> </w:t>
            </w:r>
            <w:proofErr w:type="spellStart"/>
            <w:r>
              <w:t>fakta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6"/>
        <w:gridCol w:w="6790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8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Fungsi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merumuskan</w:t>
            </w:r>
            <w:proofErr w:type="spellEnd"/>
            <w:r>
              <w:t xml:space="preserve"> </w:t>
            </w:r>
            <w:proofErr w:type="spellStart"/>
            <w:r>
              <w:t>langkah</w:t>
            </w:r>
            <w:proofErr w:type="spellEnd"/>
            <w:r>
              <w:t xml:space="preserve"> </w:t>
            </w:r>
            <w:proofErr w:type="spellStart"/>
            <w:r>
              <w:t>sosiologis</w:t>
            </w:r>
            <w:proofErr w:type="spellEnd"/>
            <w:r>
              <w:t xml:space="preserve"> yang </w:t>
            </w:r>
            <w:proofErr w:type="spellStart"/>
            <w:r>
              <w:t>tepat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C3 (</w:t>
            </w:r>
            <w:proofErr w:type="spellStart"/>
            <w:r>
              <w:t>Menerapkan</w:t>
            </w:r>
            <w:proofErr w:type="spellEnd"/>
            <w:r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Biasa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r>
              <w:t xml:space="preserve">Data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 </w:t>
            </w:r>
            <w:proofErr w:type="spellStart"/>
            <w:r>
              <w:t>kemiskinan</w:t>
            </w:r>
            <w:proofErr w:type="spellEnd"/>
            <w:r>
              <w:t xml:space="preserve"> di </w:t>
            </w:r>
            <w:proofErr w:type="spellStart"/>
            <w:r>
              <w:t>daerah</w:t>
            </w:r>
            <w:proofErr w:type="spellEnd"/>
            <w:r>
              <w:t xml:space="preserve"> X </w:t>
            </w:r>
            <w:proofErr w:type="spellStart"/>
            <w:r>
              <w:t>meningkat</w:t>
            </w:r>
            <w:proofErr w:type="spellEnd"/>
            <w:r>
              <w:t xml:space="preserve"> </w:t>
            </w:r>
            <w:proofErr w:type="spellStart"/>
            <w:r>
              <w:t>pasca</w:t>
            </w:r>
            <w:proofErr w:type="spellEnd"/>
            <w:r>
              <w:t xml:space="preserve"> </w:t>
            </w:r>
            <w:proofErr w:type="spellStart"/>
            <w:r>
              <w:t>penutupan</w:t>
            </w:r>
            <w:proofErr w:type="spellEnd"/>
            <w:r>
              <w:t xml:space="preserve"> </w:t>
            </w:r>
            <w:proofErr w:type="spellStart"/>
            <w:r>
              <w:t>pabrik</w:t>
            </w:r>
            <w:proofErr w:type="spellEnd"/>
            <w:r>
              <w:t xml:space="preserve"> </w:t>
            </w:r>
            <w:proofErr w:type="spellStart"/>
            <w:r>
              <w:t>besar</w:t>
            </w:r>
            <w:proofErr w:type="spellEnd"/>
            <w:r>
              <w:t xml:space="preserve">. Hal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diikuti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naiknya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 </w:t>
            </w:r>
            <w:proofErr w:type="spellStart"/>
            <w:r>
              <w:t>kriminalitas</w:t>
            </w:r>
            <w:proofErr w:type="spellEnd"/>
            <w:r>
              <w:t xml:space="preserve"> dan </w:t>
            </w:r>
            <w:proofErr w:type="spellStart"/>
            <w:r>
              <w:t>gangguan</w:t>
            </w:r>
            <w:proofErr w:type="spellEnd"/>
            <w:r>
              <w:t xml:space="preserve"> </w:t>
            </w:r>
            <w:proofErr w:type="spellStart"/>
            <w:r>
              <w:t>ketertiban</w:t>
            </w:r>
            <w:proofErr w:type="spellEnd"/>
            <w:r>
              <w:t xml:space="preserve"> </w:t>
            </w:r>
            <w:proofErr w:type="spellStart"/>
            <w:r>
              <w:t>umum</w:t>
            </w:r>
            <w:proofErr w:type="spellEnd"/>
            <w:r>
              <w:t xml:space="preserve">.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konsultan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, Anda </w:t>
            </w:r>
            <w:proofErr w:type="spellStart"/>
            <w:r>
              <w:t>diminta</w:t>
            </w:r>
            <w:proofErr w:type="spellEnd"/>
            <w:r>
              <w:t xml:space="preserve"> </w:t>
            </w:r>
            <w:proofErr w:type="spellStart"/>
            <w:r>
              <w:t>merancang</w:t>
            </w:r>
            <w:proofErr w:type="spellEnd"/>
            <w:r>
              <w:t xml:space="preserve"> </w:t>
            </w:r>
            <w:proofErr w:type="spellStart"/>
            <w:r>
              <w:t>langkah</w:t>
            </w:r>
            <w:proofErr w:type="spellEnd"/>
            <w:r>
              <w:t xml:space="preserve"> </w:t>
            </w:r>
            <w:proofErr w:type="spellStart"/>
            <w:r>
              <w:t>awal</w:t>
            </w:r>
            <w:proofErr w:type="spellEnd"/>
            <w:r>
              <w:t xml:space="preserve"> yang paling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membantu</w:t>
            </w:r>
            <w:proofErr w:type="spellEnd"/>
            <w:r>
              <w:t xml:space="preserve"> </w:t>
            </w:r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daerah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program </w:t>
            </w:r>
            <w:proofErr w:type="spellStart"/>
            <w:r>
              <w:t>pemberdayaan</w:t>
            </w:r>
            <w:proofErr w:type="spellEnd"/>
            <w:r>
              <w:t>.</w:t>
            </w:r>
          </w:p>
          <w:p w:rsidR="00AA1A0E" w:rsidRDefault="001E1470">
            <w:r>
              <w:t xml:space="preserve">Data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 </w:t>
            </w:r>
            <w:proofErr w:type="spellStart"/>
            <w:r>
              <w:t>kemiskinan</w:t>
            </w:r>
            <w:proofErr w:type="spellEnd"/>
            <w:r>
              <w:t xml:space="preserve"> di </w:t>
            </w:r>
            <w:proofErr w:type="spellStart"/>
            <w:r>
              <w:t>daerah</w:t>
            </w:r>
            <w:proofErr w:type="spellEnd"/>
            <w:r>
              <w:t xml:space="preserve"> X </w:t>
            </w:r>
            <w:proofErr w:type="spellStart"/>
            <w:r>
              <w:t>meningkat</w:t>
            </w:r>
            <w:proofErr w:type="spellEnd"/>
            <w:r>
              <w:t xml:space="preserve"> </w:t>
            </w:r>
            <w:proofErr w:type="spellStart"/>
            <w:r>
              <w:t>pasca</w:t>
            </w:r>
            <w:proofErr w:type="spellEnd"/>
            <w:r>
              <w:t xml:space="preserve"> </w:t>
            </w:r>
            <w:proofErr w:type="spellStart"/>
            <w:r>
              <w:t>penutupan</w:t>
            </w:r>
            <w:proofErr w:type="spellEnd"/>
            <w:r>
              <w:t xml:space="preserve"> </w:t>
            </w:r>
            <w:proofErr w:type="spellStart"/>
            <w:r>
              <w:t>pabrik</w:t>
            </w:r>
            <w:proofErr w:type="spellEnd"/>
            <w:r>
              <w:t xml:space="preserve"> </w:t>
            </w:r>
            <w:proofErr w:type="spellStart"/>
            <w:r>
              <w:t>besar</w:t>
            </w:r>
            <w:proofErr w:type="spellEnd"/>
            <w:r>
              <w:t xml:space="preserve">. Hal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diikuti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naiknya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 </w:t>
            </w:r>
            <w:proofErr w:type="spellStart"/>
            <w:r>
              <w:t>kriminalitas</w:t>
            </w:r>
            <w:proofErr w:type="spellEnd"/>
            <w:r>
              <w:t xml:space="preserve"> dan </w:t>
            </w:r>
            <w:proofErr w:type="spellStart"/>
            <w:r>
              <w:t>gangguan</w:t>
            </w:r>
            <w:proofErr w:type="spellEnd"/>
            <w:r>
              <w:t xml:space="preserve"> </w:t>
            </w:r>
            <w:proofErr w:type="spellStart"/>
            <w:r>
              <w:t>ketertiban</w:t>
            </w:r>
            <w:proofErr w:type="spellEnd"/>
            <w:r>
              <w:t xml:space="preserve"> </w:t>
            </w:r>
            <w:proofErr w:type="spellStart"/>
            <w:r>
              <w:t>umum</w:t>
            </w:r>
            <w:proofErr w:type="spellEnd"/>
            <w:r>
              <w:t xml:space="preserve">.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konsultan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, Anda </w:t>
            </w:r>
            <w:proofErr w:type="spellStart"/>
            <w:r>
              <w:t>diminta</w:t>
            </w:r>
            <w:proofErr w:type="spellEnd"/>
            <w:r>
              <w:t xml:space="preserve"> </w:t>
            </w:r>
            <w:proofErr w:type="spellStart"/>
            <w:r>
              <w:t>merancang</w:t>
            </w:r>
            <w:proofErr w:type="spellEnd"/>
            <w:r>
              <w:t xml:space="preserve"> </w:t>
            </w:r>
            <w:proofErr w:type="spellStart"/>
            <w:r>
              <w:t>langkah</w:t>
            </w:r>
            <w:proofErr w:type="spellEnd"/>
            <w:r>
              <w:t xml:space="preserve"> </w:t>
            </w:r>
            <w:proofErr w:type="spellStart"/>
            <w:r>
              <w:t>awal</w:t>
            </w:r>
            <w:proofErr w:type="spellEnd"/>
            <w:r>
              <w:t xml:space="preserve"> yang paling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membantu</w:t>
            </w:r>
            <w:proofErr w:type="spellEnd"/>
            <w:r>
              <w:t xml:space="preserve"> </w:t>
            </w:r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daerah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program </w:t>
            </w:r>
            <w:proofErr w:type="spellStart"/>
            <w:r>
              <w:t>pemberdayaan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Langkah</w:t>
            </w:r>
            <w:proofErr w:type="spellEnd"/>
            <w:r>
              <w:t xml:space="preserve"> </w:t>
            </w:r>
            <w:proofErr w:type="spellStart"/>
            <w:r>
              <w:t>sosiologis</w:t>
            </w:r>
            <w:proofErr w:type="spellEnd"/>
            <w:r>
              <w:t xml:space="preserve"> </w:t>
            </w:r>
            <w:proofErr w:type="spellStart"/>
            <w:r>
              <w:t>manakah</w:t>
            </w:r>
            <w:proofErr w:type="spellEnd"/>
            <w:r>
              <w:t xml:space="preserve"> yang paling </w:t>
            </w:r>
            <w:proofErr w:type="spellStart"/>
            <w:r>
              <w:t>efektif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merumuskan</w:t>
            </w:r>
            <w:proofErr w:type="spellEnd"/>
            <w:r>
              <w:t xml:space="preserve"> </w:t>
            </w:r>
            <w:proofErr w:type="spellStart"/>
            <w:r>
              <w:t>strategi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?</w:t>
            </w:r>
          </w:p>
          <w:p w:rsidR="00AA1A0E" w:rsidRDefault="001E1470">
            <w:r>
              <w:t xml:space="preserve">A. </w:t>
            </w:r>
            <w:proofErr w:type="spellStart"/>
            <w:r>
              <w:t>Langsung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bantuan</w:t>
            </w:r>
            <w:proofErr w:type="spellEnd"/>
            <w:r>
              <w:t xml:space="preserve"> modal </w:t>
            </w:r>
            <w:proofErr w:type="spellStart"/>
            <w:r>
              <w:t>usaha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seluruh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terkecuali</w:t>
            </w:r>
            <w:proofErr w:type="spellEnd"/>
            <w:r>
              <w:t>.</w:t>
            </w:r>
          </w:p>
          <w:p w:rsidR="00AA1A0E" w:rsidRDefault="001E1470">
            <w:r>
              <w:t xml:space="preserve">B. </w:t>
            </w:r>
            <w:proofErr w:type="spellStart"/>
            <w:r>
              <w:t>Menangkap</w:t>
            </w:r>
            <w:proofErr w:type="spellEnd"/>
            <w:r>
              <w:t xml:space="preserve"> para </w:t>
            </w:r>
            <w:proofErr w:type="spellStart"/>
            <w:r>
              <w:t>pelaku</w:t>
            </w:r>
            <w:proofErr w:type="spellEnd"/>
            <w:r>
              <w:t xml:space="preserve"> </w:t>
            </w:r>
            <w:proofErr w:type="spellStart"/>
            <w:r>
              <w:t>kriminal</w:t>
            </w:r>
            <w:proofErr w:type="spellEnd"/>
            <w:r>
              <w:t xml:space="preserve"> agar </w:t>
            </w:r>
            <w:proofErr w:type="spellStart"/>
            <w:r>
              <w:t>suasana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kembali</w:t>
            </w:r>
            <w:proofErr w:type="spellEnd"/>
            <w:r>
              <w:t xml:space="preserve"> </w:t>
            </w:r>
            <w:proofErr w:type="spellStart"/>
            <w:r>
              <w:t>kondusif</w:t>
            </w:r>
            <w:proofErr w:type="spellEnd"/>
            <w:r>
              <w:t>.</w:t>
            </w:r>
          </w:p>
          <w:p w:rsidR="00AA1A0E" w:rsidRDefault="001E1470">
            <w:r>
              <w:t xml:space="preserve">C.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 xml:space="preserve"> dan </w:t>
            </w:r>
            <w:proofErr w:type="spellStart"/>
            <w:r>
              <w:t>potensi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yang </w:t>
            </w:r>
            <w:proofErr w:type="spellStart"/>
            <w:r>
              <w:t>tersisa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Mengadopsi</w:t>
            </w:r>
            <w:proofErr w:type="spellEnd"/>
            <w:r>
              <w:t xml:space="preserve"> program </w:t>
            </w:r>
            <w:proofErr w:type="spellStart"/>
            <w:r>
              <w:t>pemberdayaan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daerah</w:t>
            </w:r>
            <w:proofErr w:type="spellEnd"/>
            <w:r>
              <w:t xml:space="preserve"> lain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penyesuaian</w:t>
            </w:r>
            <w:proofErr w:type="spellEnd"/>
            <w:r>
              <w:t>.</w:t>
            </w:r>
          </w:p>
          <w:p w:rsidR="00AA1A0E" w:rsidRDefault="001E1470">
            <w:r>
              <w:t xml:space="preserve">E. </w:t>
            </w:r>
            <w:proofErr w:type="spellStart"/>
            <w:r>
              <w:t>Memfokuskan</w:t>
            </w:r>
            <w:proofErr w:type="spellEnd"/>
            <w:r>
              <w:t xml:space="preserve"> </w:t>
            </w:r>
            <w:proofErr w:type="spellStart"/>
            <w:r>
              <w:t>anggaran</w:t>
            </w:r>
            <w:proofErr w:type="spellEnd"/>
            <w:r>
              <w:t xml:space="preserve"> </w:t>
            </w:r>
            <w:proofErr w:type="spellStart"/>
            <w:r>
              <w:t>daerah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pembangunan</w:t>
            </w:r>
            <w:proofErr w:type="spellEnd"/>
            <w:r>
              <w:t xml:space="preserve"> </w:t>
            </w:r>
            <w:proofErr w:type="spellStart"/>
            <w:r>
              <w:t>taman</w:t>
            </w:r>
            <w:proofErr w:type="spellEnd"/>
            <w:r>
              <w:t xml:space="preserve"> </w:t>
            </w:r>
            <w:proofErr w:type="spellStart"/>
            <w:r>
              <w:t>kota</w:t>
            </w:r>
            <w:proofErr w:type="spellEnd"/>
            <w:r>
              <w:t xml:space="preserve"> </w:t>
            </w:r>
            <w:proofErr w:type="spellStart"/>
            <w:r>
              <w:t>guna</w:t>
            </w:r>
            <w:proofErr w:type="spellEnd"/>
            <w:r>
              <w:t xml:space="preserve"> </w:t>
            </w:r>
            <w:proofErr w:type="spellStart"/>
            <w:r>
              <w:t>mengurangi</w:t>
            </w:r>
            <w:proofErr w:type="spellEnd"/>
            <w:r>
              <w:t xml:space="preserve"> </w:t>
            </w:r>
            <w:proofErr w:type="spellStart"/>
            <w:r>
              <w:t>stres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Langkah</w:t>
            </w:r>
            <w:proofErr w:type="spellEnd"/>
            <w:r>
              <w:t xml:space="preserve"> </w:t>
            </w:r>
            <w:proofErr w:type="spellStart"/>
            <w:r>
              <w:t>sosiologis</w:t>
            </w:r>
            <w:proofErr w:type="spellEnd"/>
            <w:r>
              <w:t xml:space="preserve"> </w:t>
            </w:r>
            <w:proofErr w:type="spellStart"/>
            <w:r>
              <w:t>manakah</w:t>
            </w:r>
            <w:proofErr w:type="spellEnd"/>
            <w:r>
              <w:t xml:space="preserve"> yang paling </w:t>
            </w:r>
            <w:proofErr w:type="spellStart"/>
            <w:r>
              <w:t>efektif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merumuskan</w:t>
            </w:r>
            <w:proofErr w:type="spellEnd"/>
            <w:r>
              <w:t xml:space="preserve"> </w:t>
            </w:r>
            <w:proofErr w:type="spellStart"/>
            <w:r>
              <w:t>strategi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?</w:t>
            </w:r>
          </w:p>
          <w:p w:rsidR="00AA1A0E" w:rsidRDefault="001E1470">
            <w:r>
              <w:t xml:space="preserve">A. </w:t>
            </w:r>
            <w:proofErr w:type="spellStart"/>
            <w:r>
              <w:t>Langsung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bantuan</w:t>
            </w:r>
            <w:proofErr w:type="spellEnd"/>
            <w:r>
              <w:t xml:space="preserve"> modal </w:t>
            </w:r>
            <w:proofErr w:type="spellStart"/>
            <w:r>
              <w:t>usaha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seluruh</w:t>
            </w:r>
            <w:proofErr w:type="spellEnd"/>
            <w:r>
              <w:t xml:space="preserve"> </w:t>
            </w:r>
            <w:proofErr w:type="spellStart"/>
            <w:r>
              <w:lastRenderedPageBreak/>
              <w:t>warga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terkecuali</w:t>
            </w:r>
            <w:proofErr w:type="spellEnd"/>
            <w:r>
              <w:t>.</w:t>
            </w:r>
          </w:p>
          <w:p w:rsidR="00AA1A0E" w:rsidRDefault="001E1470">
            <w:r>
              <w:t xml:space="preserve">B. </w:t>
            </w:r>
            <w:proofErr w:type="spellStart"/>
            <w:r>
              <w:t>Menangkap</w:t>
            </w:r>
            <w:proofErr w:type="spellEnd"/>
            <w:r>
              <w:t xml:space="preserve"> para </w:t>
            </w:r>
            <w:proofErr w:type="spellStart"/>
            <w:r>
              <w:t>pelaku</w:t>
            </w:r>
            <w:proofErr w:type="spellEnd"/>
            <w:r>
              <w:t xml:space="preserve"> </w:t>
            </w:r>
            <w:proofErr w:type="spellStart"/>
            <w:r>
              <w:t>kriminal</w:t>
            </w:r>
            <w:proofErr w:type="spellEnd"/>
            <w:r>
              <w:t xml:space="preserve"> agar </w:t>
            </w:r>
            <w:proofErr w:type="spellStart"/>
            <w:r>
              <w:t>suasana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kembali</w:t>
            </w:r>
            <w:proofErr w:type="spellEnd"/>
            <w:r>
              <w:t xml:space="preserve"> </w:t>
            </w:r>
            <w:proofErr w:type="spellStart"/>
            <w:r>
              <w:t>kondusif</w:t>
            </w:r>
            <w:proofErr w:type="spellEnd"/>
            <w:r>
              <w:t>.</w:t>
            </w:r>
          </w:p>
          <w:p w:rsidR="00AA1A0E" w:rsidRDefault="001E1470">
            <w:r>
              <w:t xml:space="preserve">C.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 xml:space="preserve"> dan </w:t>
            </w:r>
            <w:proofErr w:type="spellStart"/>
            <w:r>
              <w:t>potensi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yang </w:t>
            </w:r>
            <w:proofErr w:type="spellStart"/>
            <w:r>
              <w:t>tersisa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Mengadopsi</w:t>
            </w:r>
            <w:proofErr w:type="spellEnd"/>
            <w:r>
              <w:t xml:space="preserve"> program </w:t>
            </w:r>
            <w:proofErr w:type="spellStart"/>
            <w:r>
              <w:t>pemberdayaan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daerah</w:t>
            </w:r>
            <w:proofErr w:type="spellEnd"/>
            <w:r>
              <w:t xml:space="preserve"> lain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penyesuaian</w:t>
            </w:r>
            <w:proofErr w:type="spellEnd"/>
            <w:r>
              <w:t>.</w:t>
            </w:r>
          </w:p>
          <w:p w:rsidR="00AA1A0E" w:rsidRDefault="001E1470">
            <w:r>
              <w:t xml:space="preserve">E. </w:t>
            </w:r>
            <w:proofErr w:type="spellStart"/>
            <w:r>
              <w:t>Memfokuskan</w:t>
            </w:r>
            <w:proofErr w:type="spellEnd"/>
            <w:r>
              <w:t xml:space="preserve"> </w:t>
            </w:r>
            <w:proofErr w:type="spellStart"/>
            <w:r>
              <w:t>anggaran</w:t>
            </w:r>
            <w:proofErr w:type="spellEnd"/>
            <w:r>
              <w:t xml:space="preserve"> </w:t>
            </w:r>
            <w:proofErr w:type="spellStart"/>
            <w:r>
              <w:t>daerah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pembangunan</w:t>
            </w:r>
            <w:proofErr w:type="spellEnd"/>
            <w:r>
              <w:t xml:space="preserve"> </w:t>
            </w:r>
            <w:proofErr w:type="spellStart"/>
            <w:r>
              <w:t>taman</w:t>
            </w:r>
            <w:proofErr w:type="spellEnd"/>
            <w:r>
              <w:t xml:space="preserve"> </w:t>
            </w:r>
            <w:proofErr w:type="spellStart"/>
            <w:r>
              <w:t>kota</w:t>
            </w:r>
            <w:proofErr w:type="spellEnd"/>
            <w:r>
              <w:t xml:space="preserve"> </w:t>
            </w:r>
            <w:proofErr w:type="spellStart"/>
            <w:r>
              <w:t>guna</w:t>
            </w:r>
            <w:proofErr w:type="spellEnd"/>
            <w:r>
              <w:t xml:space="preserve"> </w:t>
            </w:r>
            <w:proofErr w:type="spellStart"/>
            <w:r>
              <w:t>mengurangi</w:t>
            </w:r>
            <w:proofErr w:type="spellEnd"/>
            <w:r>
              <w:t xml:space="preserve"> </w:t>
            </w:r>
            <w:proofErr w:type="spellStart"/>
            <w:r>
              <w:t>stres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C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riset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dasar</w:t>
            </w:r>
            <w:proofErr w:type="spellEnd"/>
            <w:r>
              <w:t xml:space="preserve"> </w:t>
            </w:r>
            <w:proofErr w:type="spellStart"/>
            <w:r>
              <w:t>perumusan</w:t>
            </w:r>
            <w:proofErr w:type="spellEnd"/>
            <w:r>
              <w:t xml:space="preserve"> </w:t>
            </w:r>
            <w:proofErr w:type="spellStart"/>
            <w:r>
              <w:t>strategi</w:t>
            </w:r>
            <w:proofErr w:type="spellEnd"/>
            <w:r>
              <w:t xml:space="preserve"> </w:t>
            </w:r>
            <w:proofErr w:type="spellStart"/>
            <w:r>
              <w:t>pemberdayaan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yang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sasaran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8"/>
        <w:gridCol w:w="6788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9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menyebutkan</w:t>
            </w:r>
            <w:proofErr w:type="spellEnd"/>
            <w:r>
              <w:t xml:space="preserve"> </w:t>
            </w:r>
            <w:proofErr w:type="spellStart"/>
            <w:r>
              <w:t>syarat</w:t>
            </w:r>
            <w:proofErr w:type="spellEnd"/>
            <w:r>
              <w:t xml:space="preserve"> </w:t>
            </w:r>
            <w:proofErr w:type="spellStart"/>
            <w:r>
              <w:t>utama</w:t>
            </w:r>
            <w:proofErr w:type="spellEnd"/>
            <w:r>
              <w:t xml:space="preserve"> </w:t>
            </w:r>
            <w:proofErr w:type="spellStart"/>
            <w:r>
              <w:t>terjadinya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C1 (</w:t>
            </w:r>
            <w:proofErr w:type="spellStart"/>
            <w:r>
              <w:t>Mengingat</w:t>
            </w:r>
            <w:proofErr w:type="spellEnd"/>
            <w:r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Biasa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r>
              <w:t xml:space="preserve">Gillen dan Gillen </w:t>
            </w:r>
            <w:proofErr w:type="spellStart"/>
            <w:r>
              <w:t>menyatakan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hubungan-hubungan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dinamis</w:t>
            </w:r>
            <w:proofErr w:type="spellEnd"/>
            <w:r>
              <w:t xml:space="preserve"> yang </w:t>
            </w:r>
            <w:proofErr w:type="spellStart"/>
            <w:r>
              <w:t>menyangkut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orang </w:t>
            </w:r>
            <w:proofErr w:type="spellStart"/>
            <w:r>
              <w:t>perorangan</w:t>
            </w:r>
            <w:proofErr w:type="spellEnd"/>
            <w:r>
              <w:t xml:space="preserve">,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kelompok-kelompok</w:t>
            </w:r>
            <w:proofErr w:type="spellEnd"/>
            <w:r>
              <w:t xml:space="preserve"> </w:t>
            </w:r>
            <w:proofErr w:type="spellStart"/>
            <w:r>
              <w:t>manusia</w:t>
            </w:r>
            <w:proofErr w:type="spellEnd"/>
            <w:r>
              <w:t xml:space="preserve">, </w:t>
            </w:r>
            <w:proofErr w:type="spellStart"/>
            <w:r>
              <w:t>maupun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orang </w:t>
            </w:r>
            <w:proofErr w:type="spellStart"/>
            <w:r>
              <w:t>perorangan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manusia</w:t>
            </w:r>
            <w:proofErr w:type="spellEnd"/>
            <w:r>
              <w:t xml:space="preserve">. </w:t>
            </w:r>
            <w:proofErr w:type="spellStart"/>
            <w:r>
              <w:t>Namun</w:t>
            </w:r>
            <w:proofErr w:type="spellEnd"/>
            <w:r>
              <w:t xml:space="preserve">,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semua</w:t>
            </w:r>
            <w:proofErr w:type="spellEnd"/>
            <w:r>
              <w:t xml:space="preserve"> </w:t>
            </w:r>
            <w:proofErr w:type="spellStart"/>
            <w:r>
              <w:t>pertemuan</w:t>
            </w:r>
            <w:proofErr w:type="spellEnd"/>
            <w:r>
              <w:t xml:space="preserve"> </w:t>
            </w:r>
            <w:proofErr w:type="spellStart"/>
            <w:r>
              <w:t>menghasilkan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>.</w:t>
            </w:r>
          </w:p>
          <w:p w:rsidR="00AA1A0E" w:rsidRDefault="001E1470">
            <w:r>
              <w:t xml:space="preserve">Gillen dan Gillen </w:t>
            </w:r>
            <w:proofErr w:type="spellStart"/>
            <w:r>
              <w:t>menyatakan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hubungan-hubungan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dinamis</w:t>
            </w:r>
            <w:proofErr w:type="spellEnd"/>
            <w:r>
              <w:t xml:space="preserve"> yang </w:t>
            </w:r>
            <w:proofErr w:type="spellStart"/>
            <w:r>
              <w:t>menyangkut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orang </w:t>
            </w:r>
            <w:proofErr w:type="spellStart"/>
            <w:r>
              <w:t>perorangan</w:t>
            </w:r>
            <w:proofErr w:type="spellEnd"/>
            <w:r>
              <w:t xml:space="preserve">,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kelompok-kelompok</w:t>
            </w:r>
            <w:proofErr w:type="spellEnd"/>
            <w:r>
              <w:t xml:space="preserve"> </w:t>
            </w:r>
            <w:proofErr w:type="spellStart"/>
            <w:r>
              <w:t>manusia</w:t>
            </w:r>
            <w:proofErr w:type="spellEnd"/>
            <w:r>
              <w:t xml:space="preserve">, </w:t>
            </w:r>
            <w:proofErr w:type="spellStart"/>
            <w:r>
              <w:t>maupun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orang </w:t>
            </w:r>
            <w:proofErr w:type="spellStart"/>
            <w:r>
              <w:t>perorangan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manusia</w:t>
            </w:r>
            <w:proofErr w:type="spellEnd"/>
            <w:r>
              <w:t xml:space="preserve">. </w:t>
            </w:r>
            <w:proofErr w:type="spellStart"/>
            <w:r>
              <w:t>Namun</w:t>
            </w:r>
            <w:proofErr w:type="spellEnd"/>
            <w:r>
              <w:t xml:space="preserve">,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semua</w:t>
            </w:r>
            <w:proofErr w:type="spellEnd"/>
            <w:r>
              <w:t xml:space="preserve"> </w:t>
            </w:r>
            <w:proofErr w:type="spellStart"/>
            <w:r>
              <w:t>pertemuan</w:t>
            </w:r>
            <w:proofErr w:type="spellEnd"/>
            <w:r>
              <w:t xml:space="preserve"> </w:t>
            </w:r>
            <w:proofErr w:type="spellStart"/>
            <w:r>
              <w:t>menghasilkan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,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apabila</w:t>
            </w:r>
            <w:proofErr w:type="spellEnd"/>
            <w:r>
              <w:t xml:space="preserve"> </w:t>
            </w:r>
            <w:proofErr w:type="spellStart"/>
            <w:r>
              <w:t>memenuhi</w:t>
            </w:r>
            <w:proofErr w:type="spellEnd"/>
            <w:r>
              <w:t xml:space="preserve"> </w:t>
            </w:r>
            <w:proofErr w:type="spellStart"/>
            <w:r>
              <w:t>dua</w:t>
            </w:r>
            <w:proofErr w:type="spellEnd"/>
            <w:r>
              <w:t xml:space="preserve"> </w:t>
            </w:r>
            <w:proofErr w:type="spellStart"/>
            <w:r>
              <w:t>syarat</w:t>
            </w:r>
            <w:proofErr w:type="spellEnd"/>
            <w:r>
              <w:t xml:space="preserve"> </w:t>
            </w:r>
            <w:proofErr w:type="spellStart"/>
            <w:r>
              <w:t>utama</w:t>
            </w:r>
            <w:proofErr w:type="spellEnd"/>
            <w:r>
              <w:t xml:space="preserve">, </w:t>
            </w:r>
            <w:proofErr w:type="spellStart"/>
            <w:r>
              <w:t>yaitu</w:t>
            </w:r>
            <w:proofErr w:type="spellEnd"/>
            <w:r>
              <w:t xml:space="preserve"> ...</w:t>
            </w:r>
          </w:p>
          <w:p w:rsidR="00AA1A0E" w:rsidRDefault="001E1470">
            <w:r>
              <w:t xml:space="preserve">A.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tujuan</w:t>
            </w:r>
            <w:proofErr w:type="spellEnd"/>
            <w:r>
              <w:t xml:space="preserve"> yang </w:t>
            </w:r>
            <w:proofErr w:type="spellStart"/>
            <w:r>
              <w:t>sama</w:t>
            </w:r>
            <w:proofErr w:type="spellEnd"/>
            <w:r>
              <w:t xml:space="preserve"> dan status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setara</w:t>
            </w:r>
            <w:proofErr w:type="spellEnd"/>
            <w:r>
              <w:t>.</w:t>
            </w:r>
          </w:p>
          <w:p w:rsidR="00AA1A0E" w:rsidRDefault="001E1470">
            <w:r>
              <w:t xml:space="preserve">B.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kontak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komunikasi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 xml:space="preserve"> yang </w:t>
            </w:r>
            <w:proofErr w:type="spellStart"/>
            <w:r>
              <w:t>terlibat</w:t>
            </w:r>
            <w:proofErr w:type="spellEnd"/>
            <w:r>
              <w:t>.</w:t>
            </w:r>
          </w:p>
          <w:p w:rsidR="00AA1A0E" w:rsidRDefault="001E1470">
            <w:r>
              <w:t xml:space="preserve">C.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nilai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norma</w:t>
            </w:r>
            <w:proofErr w:type="spellEnd"/>
            <w:r>
              <w:t xml:space="preserve"> yang </w:t>
            </w:r>
            <w:proofErr w:type="spellStart"/>
            <w:r>
              <w:t>berlaku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kesamaan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</w:t>
            </w:r>
            <w:proofErr w:type="spellStart"/>
            <w:r>
              <w:t>belakang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dan wilayah </w:t>
            </w:r>
            <w:proofErr w:type="spellStart"/>
            <w:r>
              <w:t>tinggal</w:t>
            </w:r>
            <w:proofErr w:type="spellEnd"/>
            <w:r>
              <w:t>.</w:t>
            </w:r>
          </w:p>
          <w:p w:rsidR="00AA1A0E" w:rsidRDefault="001E1470">
            <w:r>
              <w:t xml:space="preserve">E.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stratifikasi</w:t>
            </w:r>
            <w:proofErr w:type="spellEnd"/>
            <w:r>
              <w:t xml:space="preserve"> yang </w:t>
            </w:r>
            <w:proofErr w:type="spellStart"/>
            <w:r>
              <w:t>jelas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,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apabila</w:t>
            </w:r>
            <w:proofErr w:type="spellEnd"/>
            <w:r>
              <w:t xml:space="preserve"> </w:t>
            </w:r>
            <w:proofErr w:type="spellStart"/>
            <w:r>
              <w:t>memenuhi</w:t>
            </w:r>
            <w:proofErr w:type="spellEnd"/>
            <w:r>
              <w:t xml:space="preserve"> </w:t>
            </w:r>
            <w:proofErr w:type="spellStart"/>
            <w:r>
              <w:t>dua</w:t>
            </w:r>
            <w:proofErr w:type="spellEnd"/>
            <w:r>
              <w:t xml:space="preserve"> </w:t>
            </w:r>
            <w:proofErr w:type="spellStart"/>
            <w:r>
              <w:t>syarat</w:t>
            </w:r>
            <w:proofErr w:type="spellEnd"/>
            <w:r>
              <w:t xml:space="preserve"> </w:t>
            </w:r>
            <w:proofErr w:type="spellStart"/>
            <w:r>
              <w:t>utama</w:t>
            </w:r>
            <w:proofErr w:type="spellEnd"/>
            <w:r>
              <w:t xml:space="preserve">, </w:t>
            </w:r>
            <w:proofErr w:type="spellStart"/>
            <w:r>
              <w:t>yaitu</w:t>
            </w:r>
            <w:proofErr w:type="spellEnd"/>
            <w:r>
              <w:t xml:space="preserve"> ...</w:t>
            </w:r>
          </w:p>
          <w:p w:rsidR="00AA1A0E" w:rsidRDefault="001E1470">
            <w:r>
              <w:t xml:space="preserve">A.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tujuan</w:t>
            </w:r>
            <w:proofErr w:type="spellEnd"/>
            <w:r>
              <w:t xml:space="preserve"> yang </w:t>
            </w:r>
            <w:proofErr w:type="spellStart"/>
            <w:r>
              <w:t>sama</w:t>
            </w:r>
            <w:proofErr w:type="spellEnd"/>
            <w:r>
              <w:t xml:space="preserve"> dan status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setara</w:t>
            </w:r>
            <w:proofErr w:type="spellEnd"/>
            <w:r>
              <w:t>.</w:t>
            </w:r>
          </w:p>
          <w:p w:rsidR="00AA1A0E" w:rsidRDefault="001E1470">
            <w:r>
              <w:t xml:space="preserve">B.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kontak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komunikasi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 xml:space="preserve"> yang </w:t>
            </w:r>
            <w:proofErr w:type="spellStart"/>
            <w:r>
              <w:t>terlibat</w:t>
            </w:r>
            <w:proofErr w:type="spellEnd"/>
            <w:r>
              <w:t>.</w:t>
            </w:r>
          </w:p>
          <w:p w:rsidR="00AA1A0E" w:rsidRDefault="001E1470">
            <w:r>
              <w:t xml:space="preserve">C.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nilai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norma</w:t>
            </w:r>
            <w:proofErr w:type="spellEnd"/>
            <w:r>
              <w:t xml:space="preserve"> yang </w:t>
            </w:r>
            <w:proofErr w:type="spellStart"/>
            <w:r>
              <w:t>berlaku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kesamaan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</w:t>
            </w:r>
            <w:proofErr w:type="spellStart"/>
            <w:r>
              <w:t>belakang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dan wilayah </w:t>
            </w:r>
            <w:proofErr w:type="spellStart"/>
            <w:r>
              <w:t>tinggal</w:t>
            </w:r>
            <w:proofErr w:type="spellEnd"/>
            <w:r>
              <w:t>.</w:t>
            </w:r>
          </w:p>
          <w:p w:rsidR="00AA1A0E" w:rsidRDefault="001E1470">
            <w:r>
              <w:t xml:space="preserve">E.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stratifikasi</w:t>
            </w:r>
            <w:proofErr w:type="spellEnd"/>
            <w:r>
              <w:t xml:space="preserve"> yang </w:t>
            </w:r>
            <w:proofErr w:type="spellStart"/>
            <w:r>
              <w:t>jelas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B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Syarat</w:t>
            </w:r>
            <w:proofErr w:type="spellEnd"/>
            <w:r>
              <w:t xml:space="preserve"> </w:t>
            </w:r>
            <w:proofErr w:type="spellStart"/>
            <w:r>
              <w:t>mutlak</w:t>
            </w:r>
            <w:proofErr w:type="spellEnd"/>
            <w:r>
              <w:t xml:space="preserve"> </w:t>
            </w:r>
            <w:proofErr w:type="spellStart"/>
            <w:r>
              <w:t>terjadinya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menurut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kontak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komunikasi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7"/>
        <w:gridCol w:w="6789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10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contoh</w:t>
            </w:r>
            <w:proofErr w:type="spellEnd"/>
            <w:r>
              <w:t xml:space="preserve"> </w:t>
            </w:r>
            <w:proofErr w:type="spellStart"/>
            <w:r>
              <w:t>perpaduan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asosiatif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C2 (</w:t>
            </w:r>
            <w:proofErr w:type="spellStart"/>
            <w:r>
              <w:t>Memahami</w:t>
            </w:r>
            <w:proofErr w:type="spellEnd"/>
            <w:r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Biasa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Musik</w:t>
            </w:r>
            <w:proofErr w:type="spellEnd"/>
            <w:r>
              <w:t xml:space="preserve"> </w:t>
            </w:r>
            <w:proofErr w:type="spellStart"/>
            <w:r>
              <w:t>Keroncong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perpaduan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musik</w:t>
            </w:r>
            <w:proofErr w:type="spellEnd"/>
            <w:r>
              <w:t xml:space="preserve"> </w:t>
            </w:r>
            <w:proofErr w:type="spellStart"/>
            <w:r>
              <w:t>tradisional</w:t>
            </w:r>
            <w:proofErr w:type="spellEnd"/>
            <w:r>
              <w:t xml:space="preserve"> Indonesia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musik</w:t>
            </w:r>
            <w:proofErr w:type="spellEnd"/>
            <w:r>
              <w:t xml:space="preserve"> yang </w:t>
            </w:r>
            <w:proofErr w:type="spellStart"/>
            <w:r>
              <w:t>dibawa</w:t>
            </w:r>
            <w:proofErr w:type="spellEnd"/>
            <w:r>
              <w:t xml:space="preserve"> oleh </w:t>
            </w:r>
            <w:proofErr w:type="spellStart"/>
            <w:r>
              <w:t>bangsa</w:t>
            </w:r>
            <w:proofErr w:type="spellEnd"/>
            <w:r>
              <w:t xml:space="preserve"> </w:t>
            </w:r>
            <w:proofErr w:type="spellStart"/>
            <w:r>
              <w:t>Portugis</w:t>
            </w:r>
            <w:proofErr w:type="spellEnd"/>
            <w:r>
              <w:t xml:space="preserve"> pada </w:t>
            </w:r>
            <w:proofErr w:type="spellStart"/>
            <w:r>
              <w:t>abad</w:t>
            </w:r>
            <w:proofErr w:type="spellEnd"/>
            <w:r>
              <w:t xml:space="preserve"> ke-16. </w:t>
            </w:r>
            <w:proofErr w:type="spellStart"/>
            <w:r>
              <w:t>Perpaduan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menghasilkan</w:t>
            </w:r>
            <w:proofErr w:type="spellEnd"/>
            <w:r>
              <w:t xml:space="preserve"> genre </w:t>
            </w:r>
            <w:proofErr w:type="spellStart"/>
            <w:r>
              <w:t>musik</w:t>
            </w:r>
            <w:proofErr w:type="spellEnd"/>
            <w:r>
              <w:t xml:space="preserve"> </w:t>
            </w:r>
            <w:proofErr w:type="spellStart"/>
            <w:r>
              <w:t>baru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menghilangkan</w:t>
            </w:r>
            <w:proofErr w:type="spellEnd"/>
            <w:r>
              <w:t xml:space="preserve"> </w:t>
            </w:r>
            <w:proofErr w:type="spellStart"/>
            <w:r>
              <w:t>ciri</w:t>
            </w:r>
            <w:proofErr w:type="spellEnd"/>
            <w:r>
              <w:t xml:space="preserve"> </w:t>
            </w:r>
            <w:proofErr w:type="spellStart"/>
            <w:r>
              <w:t>khas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 xml:space="preserve"> </w:t>
            </w:r>
            <w:proofErr w:type="spellStart"/>
            <w:r>
              <w:t>sepenuhnya</w:t>
            </w:r>
            <w:proofErr w:type="spellEnd"/>
            <w:r>
              <w:t>.</w:t>
            </w:r>
          </w:p>
          <w:p w:rsidR="00AA1A0E" w:rsidRDefault="001E1470">
            <w:proofErr w:type="spellStart"/>
            <w:r>
              <w:t>Musik</w:t>
            </w:r>
            <w:proofErr w:type="spellEnd"/>
            <w:r>
              <w:t xml:space="preserve"> </w:t>
            </w:r>
            <w:proofErr w:type="spellStart"/>
            <w:r>
              <w:t>Keroncong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perpaduan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musik</w:t>
            </w:r>
            <w:proofErr w:type="spellEnd"/>
            <w:r>
              <w:t xml:space="preserve"> </w:t>
            </w:r>
            <w:proofErr w:type="spellStart"/>
            <w:r>
              <w:t>tradisional</w:t>
            </w:r>
            <w:proofErr w:type="spellEnd"/>
            <w:r>
              <w:t xml:space="preserve"> Indonesia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musik</w:t>
            </w:r>
            <w:proofErr w:type="spellEnd"/>
            <w:r>
              <w:t xml:space="preserve"> yang </w:t>
            </w:r>
            <w:proofErr w:type="spellStart"/>
            <w:r>
              <w:t>dibawa</w:t>
            </w:r>
            <w:proofErr w:type="spellEnd"/>
            <w:r>
              <w:t xml:space="preserve"> oleh </w:t>
            </w:r>
            <w:proofErr w:type="spellStart"/>
            <w:r>
              <w:t>bangsa</w:t>
            </w:r>
            <w:proofErr w:type="spellEnd"/>
            <w:r>
              <w:t xml:space="preserve"> </w:t>
            </w:r>
            <w:proofErr w:type="spellStart"/>
            <w:r>
              <w:t>Portugis</w:t>
            </w:r>
            <w:proofErr w:type="spellEnd"/>
            <w:r>
              <w:t xml:space="preserve"> pada </w:t>
            </w:r>
            <w:proofErr w:type="spellStart"/>
            <w:r>
              <w:t>abad</w:t>
            </w:r>
            <w:proofErr w:type="spellEnd"/>
            <w:r>
              <w:t xml:space="preserve"> ke-16. </w:t>
            </w:r>
            <w:proofErr w:type="spellStart"/>
            <w:r>
              <w:t>Perpaduan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menghasilkan</w:t>
            </w:r>
            <w:proofErr w:type="spellEnd"/>
            <w:r>
              <w:t xml:space="preserve"> genre </w:t>
            </w:r>
            <w:proofErr w:type="spellStart"/>
            <w:r>
              <w:t>musik</w:t>
            </w:r>
            <w:proofErr w:type="spellEnd"/>
            <w:r>
              <w:t xml:space="preserve"> </w:t>
            </w:r>
            <w:proofErr w:type="spellStart"/>
            <w:r>
              <w:t>baru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menghilangkan</w:t>
            </w:r>
            <w:proofErr w:type="spellEnd"/>
            <w:r>
              <w:t xml:space="preserve"> </w:t>
            </w:r>
            <w:proofErr w:type="spellStart"/>
            <w:r>
              <w:t>ciri</w:t>
            </w:r>
            <w:proofErr w:type="spellEnd"/>
            <w:r>
              <w:t xml:space="preserve"> </w:t>
            </w:r>
            <w:proofErr w:type="spellStart"/>
            <w:r>
              <w:t>khas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 xml:space="preserve"> </w:t>
            </w:r>
            <w:proofErr w:type="spellStart"/>
            <w:r>
              <w:t>sepenuhnya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sejarah</w:t>
            </w:r>
            <w:proofErr w:type="spellEnd"/>
            <w:r>
              <w:t xml:space="preserve"> </w:t>
            </w:r>
            <w:proofErr w:type="spellStart"/>
            <w:r>
              <w:t>musik</w:t>
            </w:r>
            <w:proofErr w:type="spellEnd"/>
            <w:r>
              <w:t xml:space="preserve"> </w:t>
            </w:r>
            <w:proofErr w:type="spellStart"/>
            <w:r>
              <w:t>keroncong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contoh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asosiatif</w:t>
            </w:r>
            <w:proofErr w:type="spellEnd"/>
            <w:r>
              <w:t xml:space="preserve"> yang </w:t>
            </w:r>
            <w:proofErr w:type="spellStart"/>
            <w:r>
              <w:t>disebut</w:t>
            </w:r>
            <w:proofErr w:type="spellEnd"/>
            <w:r>
              <w:t xml:space="preserve"> ...</w:t>
            </w:r>
          </w:p>
          <w:p w:rsidR="00AA1A0E" w:rsidRDefault="001E1470">
            <w:r>
              <w:t xml:space="preserve">A. </w:t>
            </w:r>
            <w:proofErr w:type="spellStart"/>
            <w:r>
              <w:t>Akomodasi</w:t>
            </w:r>
            <w:proofErr w:type="spellEnd"/>
          </w:p>
          <w:p w:rsidR="00AA1A0E" w:rsidRDefault="001E1470">
            <w:r>
              <w:t xml:space="preserve">B.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sama</w:t>
            </w:r>
            <w:proofErr w:type="spellEnd"/>
          </w:p>
          <w:p w:rsidR="00AA1A0E" w:rsidRDefault="001E1470">
            <w:r>
              <w:t xml:space="preserve">C. </w:t>
            </w:r>
            <w:proofErr w:type="spellStart"/>
            <w:r>
              <w:t>Kooptasi</w:t>
            </w:r>
            <w:proofErr w:type="spellEnd"/>
          </w:p>
          <w:p w:rsidR="00AA1A0E" w:rsidRDefault="001E1470">
            <w:r>
              <w:t xml:space="preserve">D. </w:t>
            </w:r>
            <w:proofErr w:type="spellStart"/>
            <w:r>
              <w:t>Akulturasi</w:t>
            </w:r>
            <w:proofErr w:type="spellEnd"/>
          </w:p>
          <w:p w:rsidR="00AA1A0E" w:rsidRDefault="001E1470">
            <w:r>
              <w:t xml:space="preserve">E. </w:t>
            </w:r>
            <w:proofErr w:type="spellStart"/>
            <w:r>
              <w:t>Asimilasi</w:t>
            </w:r>
            <w:proofErr w:type="spellEnd"/>
          </w:p>
          <w:p w:rsidR="00AA1A0E" w:rsidRDefault="00AA1A0E"/>
          <w:p w:rsidR="00AA1A0E" w:rsidRDefault="001E1470"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sejarah</w:t>
            </w:r>
            <w:proofErr w:type="spellEnd"/>
            <w:r>
              <w:t xml:space="preserve"> </w:t>
            </w:r>
            <w:proofErr w:type="spellStart"/>
            <w:r>
              <w:t>musik</w:t>
            </w:r>
            <w:proofErr w:type="spellEnd"/>
            <w:r>
              <w:t xml:space="preserve"> </w:t>
            </w:r>
            <w:proofErr w:type="spellStart"/>
            <w:r>
              <w:t>keroncong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contoh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asosiatif</w:t>
            </w:r>
            <w:proofErr w:type="spellEnd"/>
            <w:r>
              <w:t xml:space="preserve"> yang </w:t>
            </w:r>
            <w:proofErr w:type="spellStart"/>
            <w:r>
              <w:t>disebut</w:t>
            </w:r>
            <w:proofErr w:type="spellEnd"/>
            <w:r>
              <w:t xml:space="preserve"> ...</w:t>
            </w:r>
          </w:p>
          <w:p w:rsidR="00AA1A0E" w:rsidRDefault="001E1470">
            <w:r>
              <w:t xml:space="preserve">A. </w:t>
            </w:r>
            <w:proofErr w:type="spellStart"/>
            <w:r>
              <w:t>Akomodasi</w:t>
            </w:r>
            <w:proofErr w:type="spellEnd"/>
          </w:p>
          <w:p w:rsidR="00AA1A0E" w:rsidRDefault="001E1470">
            <w:r>
              <w:t xml:space="preserve">B.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sama</w:t>
            </w:r>
            <w:proofErr w:type="spellEnd"/>
          </w:p>
          <w:p w:rsidR="00AA1A0E" w:rsidRDefault="001E1470">
            <w:r>
              <w:t xml:space="preserve">C. </w:t>
            </w:r>
            <w:proofErr w:type="spellStart"/>
            <w:r>
              <w:t>Kooptasi</w:t>
            </w:r>
            <w:proofErr w:type="spellEnd"/>
          </w:p>
          <w:p w:rsidR="00AA1A0E" w:rsidRDefault="001E1470">
            <w:r>
              <w:t xml:space="preserve">D. </w:t>
            </w:r>
            <w:proofErr w:type="spellStart"/>
            <w:r>
              <w:t>Akulturasi</w:t>
            </w:r>
            <w:proofErr w:type="spellEnd"/>
          </w:p>
          <w:p w:rsidR="00AA1A0E" w:rsidRDefault="001E1470">
            <w:r>
              <w:t xml:space="preserve">E. </w:t>
            </w:r>
            <w:proofErr w:type="spellStart"/>
            <w:r>
              <w:t>Asimilasi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D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Pencampuran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menghilangkan</w:t>
            </w:r>
            <w:proofErr w:type="spellEnd"/>
            <w:r>
              <w:t xml:space="preserve"> </w:t>
            </w:r>
            <w:proofErr w:type="spellStart"/>
            <w:r>
              <w:t>ciri</w:t>
            </w:r>
            <w:proofErr w:type="spellEnd"/>
            <w:r>
              <w:t xml:space="preserve"> </w:t>
            </w:r>
            <w:proofErr w:type="spellStart"/>
            <w:r>
              <w:t>aslinya</w:t>
            </w:r>
            <w:proofErr w:type="spellEnd"/>
            <w:r>
              <w:t xml:space="preserve"> </w:t>
            </w:r>
            <w:proofErr w:type="spellStart"/>
            <w:r>
              <w:t>dikenal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proses </w:t>
            </w:r>
            <w:proofErr w:type="spellStart"/>
            <w:r>
              <w:t>akulturasi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6"/>
        <w:gridCol w:w="6790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11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lastRenderedPageBreak/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lastRenderedPageBreak/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lastRenderedPageBreak/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Gejala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negatif</w:t>
            </w:r>
            <w:proofErr w:type="spellEnd"/>
            <w:r>
              <w:t xml:space="preserve"> phubbing.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C4 (</w:t>
            </w:r>
            <w:proofErr w:type="spellStart"/>
            <w:r>
              <w:t>Menganalisis</w:t>
            </w:r>
            <w:proofErr w:type="spellEnd"/>
            <w:r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Biasa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sering</w:t>
            </w:r>
            <w:proofErr w:type="spellEnd"/>
            <w:r>
              <w:t xml:space="preserve"> </w:t>
            </w:r>
            <w:proofErr w:type="spellStart"/>
            <w:r>
              <w:t>dijumpai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'phubbing' di mana </w:t>
            </w:r>
            <w:proofErr w:type="spellStart"/>
            <w:r>
              <w:t>individu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asyik</w:t>
            </w:r>
            <w:proofErr w:type="spellEnd"/>
            <w:r>
              <w:t xml:space="preserve"> </w:t>
            </w:r>
            <w:proofErr w:type="spellStart"/>
            <w:r>
              <w:t>berinteraksi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gawai</w:t>
            </w:r>
            <w:proofErr w:type="spellEnd"/>
            <w:r>
              <w:t xml:space="preserve"> (smartphone) </w:t>
            </w:r>
            <w:proofErr w:type="spellStart"/>
            <w:r>
              <w:t>daripada</w:t>
            </w:r>
            <w:proofErr w:type="spellEnd"/>
            <w:r>
              <w:t xml:space="preserve"> </w:t>
            </w:r>
            <w:proofErr w:type="spellStart"/>
            <w:r>
              <w:t>berbicara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orang yang </w:t>
            </w:r>
            <w:proofErr w:type="spellStart"/>
            <w:r>
              <w:t>berada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  <w:r>
              <w:t xml:space="preserve"> di </w:t>
            </w:r>
            <w:proofErr w:type="spellStart"/>
            <w:r>
              <w:t>hadapannya</w:t>
            </w:r>
            <w:proofErr w:type="spellEnd"/>
            <w:r>
              <w:t xml:space="preserve">. Hal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mengakibatkan</w:t>
            </w:r>
            <w:proofErr w:type="spellEnd"/>
            <w:r>
              <w:t xml:space="preserve"> </w:t>
            </w:r>
            <w:proofErr w:type="spellStart"/>
            <w:r>
              <w:t>meskipun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 </w:t>
            </w:r>
            <w:proofErr w:type="spellStart"/>
            <w:r>
              <w:t>berdekatan</w:t>
            </w:r>
            <w:proofErr w:type="spellEnd"/>
            <w:r>
              <w:t xml:space="preserve">,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terasa</w:t>
            </w:r>
            <w:proofErr w:type="spellEnd"/>
            <w:r>
              <w:t xml:space="preserve"> </w:t>
            </w:r>
            <w:proofErr w:type="spellStart"/>
            <w:r>
              <w:t>jauh</w:t>
            </w:r>
            <w:proofErr w:type="spellEnd"/>
            <w:r>
              <w:t>.</w:t>
            </w:r>
          </w:p>
          <w:p w:rsidR="00AA1A0E" w:rsidRDefault="001E1470"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sering</w:t>
            </w:r>
            <w:proofErr w:type="spellEnd"/>
            <w:r>
              <w:t xml:space="preserve"> </w:t>
            </w:r>
            <w:proofErr w:type="spellStart"/>
            <w:r>
              <w:t>dijumpai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'phubbing' di mana </w:t>
            </w:r>
            <w:proofErr w:type="spellStart"/>
            <w:r>
              <w:t>individu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asyik</w:t>
            </w:r>
            <w:proofErr w:type="spellEnd"/>
            <w:r>
              <w:t xml:space="preserve"> </w:t>
            </w:r>
            <w:proofErr w:type="spellStart"/>
            <w:r>
              <w:t>berinteraksi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gawai</w:t>
            </w:r>
            <w:proofErr w:type="spellEnd"/>
            <w:r>
              <w:t xml:space="preserve"> (smartphone) </w:t>
            </w:r>
            <w:proofErr w:type="spellStart"/>
            <w:r>
              <w:t>daripada</w:t>
            </w:r>
            <w:proofErr w:type="spellEnd"/>
            <w:r>
              <w:t xml:space="preserve"> </w:t>
            </w:r>
            <w:proofErr w:type="spellStart"/>
            <w:r>
              <w:t>berbicara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orang yang </w:t>
            </w:r>
            <w:proofErr w:type="spellStart"/>
            <w:r>
              <w:t>berada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  <w:r>
              <w:t xml:space="preserve"> di </w:t>
            </w:r>
            <w:proofErr w:type="spellStart"/>
            <w:r>
              <w:t>hadapannya</w:t>
            </w:r>
            <w:proofErr w:type="spellEnd"/>
            <w:r>
              <w:t xml:space="preserve">. Hal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mengakibatkan</w:t>
            </w:r>
            <w:proofErr w:type="spellEnd"/>
            <w:r>
              <w:t xml:space="preserve"> </w:t>
            </w:r>
            <w:proofErr w:type="spellStart"/>
            <w:r>
              <w:t>meskipun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 </w:t>
            </w:r>
            <w:proofErr w:type="spellStart"/>
            <w:r>
              <w:t>berdekatan</w:t>
            </w:r>
            <w:proofErr w:type="spellEnd"/>
            <w:r>
              <w:t xml:space="preserve">,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terasa</w:t>
            </w:r>
            <w:proofErr w:type="spellEnd"/>
            <w:r>
              <w:t xml:space="preserve"> </w:t>
            </w:r>
            <w:proofErr w:type="spellStart"/>
            <w:r>
              <w:t>jauh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Dilihat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perspektif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, </w:t>
            </w:r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negatif</w:t>
            </w:r>
            <w:proofErr w:type="spellEnd"/>
            <w:r>
              <w:t xml:space="preserve"> </w:t>
            </w:r>
            <w:proofErr w:type="spellStart"/>
            <w:r>
              <w:t>utama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gejala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phubbing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kualitas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...</w:t>
            </w:r>
          </w:p>
          <w:p w:rsidR="00AA1A0E" w:rsidRDefault="001E1470">
            <w:r>
              <w:t xml:space="preserve">A. </w:t>
            </w:r>
            <w:proofErr w:type="spellStart"/>
            <w:r>
              <w:t>Melemahnya</w:t>
            </w:r>
            <w:proofErr w:type="spellEnd"/>
            <w:r>
              <w:t xml:space="preserve"> </w:t>
            </w:r>
            <w:proofErr w:type="spellStart"/>
            <w:r>
              <w:t>kedalaman</w:t>
            </w:r>
            <w:proofErr w:type="spellEnd"/>
            <w:r>
              <w:t xml:space="preserve"> </w:t>
            </w:r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akibat</w:t>
            </w:r>
            <w:proofErr w:type="spellEnd"/>
            <w:r>
              <w:t xml:space="preserve"> </w:t>
            </w:r>
            <w:proofErr w:type="spellStart"/>
            <w:r>
              <w:t>kurangnya</w:t>
            </w:r>
            <w:proofErr w:type="spellEnd"/>
            <w:r>
              <w:t xml:space="preserve"> </w:t>
            </w:r>
            <w:proofErr w:type="spellStart"/>
            <w:r>
              <w:t>perhatian</w:t>
            </w:r>
            <w:proofErr w:type="spellEnd"/>
            <w:r>
              <w:t xml:space="preserve"> dan </w:t>
            </w:r>
            <w:proofErr w:type="spellStart"/>
            <w:r>
              <w:t>kontak</w:t>
            </w:r>
            <w:proofErr w:type="spellEnd"/>
            <w:r>
              <w:t xml:space="preserve"> </w:t>
            </w:r>
            <w:proofErr w:type="spellStart"/>
            <w:r>
              <w:t>mata</w:t>
            </w:r>
            <w:proofErr w:type="spellEnd"/>
            <w:r>
              <w:t>.</w:t>
            </w:r>
          </w:p>
          <w:p w:rsidR="00AA1A0E" w:rsidRDefault="001E1470">
            <w:r>
              <w:t xml:space="preserve">B. </w:t>
            </w:r>
            <w:proofErr w:type="spellStart"/>
            <w:r>
              <w:t>Meningkatnya</w:t>
            </w:r>
            <w:proofErr w:type="spellEnd"/>
            <w:r>
              <w:t xml:space="preserve"> </w:t>
            </w:r>
            <w:proofErr w:type="spellStart"/>
            <w:r>
              <w:t>efisiensi</w:t>
            </w:r>
            <w:proofErr w:type="spellEnd"/>
            <w:r>
              <w:t xml:space="preserve"> </w:t>
            </w:r>
            <w:proofErr w:type="spellStart"/>
            <w:r>
              <w:t>komunikasi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bantuan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  <w:r>
              <w:t>.</w:t>
            </w:r>
          </w:p>
          <w:p w:rsidR="00AA1A0E" w:rsidRDefault="001E1470">
            <w:r>
              <w:t xml:space="preserve">C. </w:t>
            </w:r>
            <w:proofErr w:type="spellStart"/>
            <w:r>
              <w:t>Terciptanya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baru</w:t>
            </w:r>
            <w:proofErr w:type="spellEnd"/>
            <w:r>
              <w:t xml:space="preserve"> yang </w:t>
            </w:r>
            <w:proofErr w:type="spellStart"/>
            <w:r>
              <w:t>lebih</w:t>
            </w:r>
            <w:proofErr w:type="spellEnd"/>
            <w:r>
              <w:t xml:space="preserve"> modern dan </w:t>
            </w:r>
            <w:proofErr w:type="spellStart"/>
            <w:r>
              <w:t>inklusif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Hilangnya</w:t>
            </w:r>
            <w:proofErr w:type="spellEnd"/>
            <w:r>
              <w:t xml:space="preserve"> </w:t>
            </w:r>
            <w:proofErr w:type="spellStart"/>
            <w:r>
              <w:t>stratifikasi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semua</w:t>
            </w:r>
            <w:proofErr w:type="spellEnd"/>
            <w:r>
              <w:t xml:space="preserve"> orang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akses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  <w:r>
              <w:t xml:space="preserve"> yang </w:t>
            </w:r>
            <w:proofErr w:type="spellStart"/>
            <w:r>
              <w:t>sama</w:t>
            </w:r>
            <w:proofErr w:type="spellEnd"/>
            <w:r>
              <w:t>.</w:t>
            </w:r>
          </w:p>
          <w:p w:rsidR="00AA1A0E" w:rsidRDefault="001E1470">
            <w:r>
              <w:t xml:space="preserve">E. </w:t>
            </w:r>
            <w:proofErr w:type="spellStart"/>
            <w:r>
              <w:t>Munculnya</w:t>
            </w:r>
            <w:proofErr w:type="spellEnd"/>
            <w:r>
              <w:t xml:space="preserve"> </w:t>
            </w:r>
            <w:proofErr w:type="spellStart"/>
            <w:r>
              <w:t>kecenderungan</w:t>
            </w:r>
            <w:proofErr w:type="spellEnd"/>
            <w:r>
              <w:t xml:space="preserve"> </w:t>
            </w:r>
            <w:proofErr w:type="spellStart"/>
            <w:r>
              <w:t>individu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altruis</w:t>
            </w:r>
            <w:proofErr w:type="spellEnd"/>
            <w:r>
              <w:t xml:space="preserve"> dan </w:t>
            </w:r>
            <w:proofErr w:type="spellStart"/>
            <w:r>
              <w:t>peduli</w:t>
            </w:r>
            <w:proofErr w:type="spellEnd"/>
            <w:r>
              <w:t xml:space="preserve"> </w:t>
            </w:r>
            <w:proofErr w:type="spellStart"/>
            <w:r>
              <w:t>sesama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Dilihat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perspektif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, </w:t>
            </w:r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negatif</w:t>
            </w:r>
            <w:proofErr w:type="spellEnd"/>
            <w:r>
              <w:t xml:space="preserve"> </w:t>
            </w:r>
            <w:proofErr w:type="spellStart"/>
            <w:r>
              <w:t>utama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gejala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phubbing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kualitas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...</w:t>
            </w:r>
          </w:p>
          <w:p w:rsidR="00AA1A0E" w:rsidRDefault="001E1470">
            <w:r>
              <w:t xml:space="preserve">A. </w:t>
            </w:r>
            <w:proofErr w:type="spellStart"/>
            <w:r>
              <w:t>Melemahnya</w:t>
            </w:r>
            <w:proofErr w:type="spellEnd"/>
            <w:r>
              <w:t xml:space="preserve"> </w:t>
            </w:r>
            <w:proofErr w:type="spellStart"/>
            <w:r>
              <w:t>kedalaman</w:t>
            </w:r>
            <w:proofErr w:type="spellEnd"/>
            <w:r>
              <w:t xml:space="preserve"> </w:t>
            </w:r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akibat</w:t>
            </w:r>
            <w:proofErr w:type="spellEnd"/>
            <w:r>
              <w:t xml:space="preserve"> </w:t>
            </w:r>
            <w:proofErr w:type="spellStart"/>
            <w:r>
              <w:t>kurangnya</w:t>
            </w:r>
            <w:proofErr w:type="spellEnd"/>
            <w:r>
              <w:t xml:space="preserve"> </w:t>
            </w:r>
            <w:proofErr w:type="spellStart"/>
            <w:r>
              <w:t>perhatian</w:t>
            </w:r>
            <w:proofErr w:type="spellEnd"/>
            <w:r>
              <w:t xml:space="preserve"> dan </w:t>
            </w:r>
            <w:proofErr w:type="spellStart"/>
            <w:r>
              <w:t>kontak</w:t>
            </w:r>
            <w:proofErr w:type="spellEnd"/>
            <w:r>
              <w:t xml:space="preserve"> </w:t>
            </w:r>
            <w:proofErr w:type="spellStart"/>
            <w:r>
              <w:t>mata</w:t>
            </w:r>
            <w:proofErr w:type="spellEnd"/>
            <w:r>
              <w:t>.</w:t>
            </w:r>
          </w:p>
          <w:p w:rsidR="00AA1A0E" w:rsidRDefault="001E1470">
            <w:r>
              <w:t xml:space="preserve">B. </w:t>
            </w:r>
            <w:proofErr w:type="spellStart"/>
            <w:r>
              <w:t>Meningkatnya</w:t>
            </w:r>
            <w:proofErr w:type="spellEnd"/>
            <w:r>
              <w:t xml:space="preserve"> </w:t>
            </w:r>
            <w:proofErr w:type="spellStart"/>
            <w:r>
              <w:t>efisiensi</w:t>
            </w:r>
            <w:proofErr w:type="spellEnd"/>
            <w:r>
              <w:t xml:space="preserve"> </w:t>
            </w:r>
            <w:proofErr w:type="spellStart"/>
            <w:r>
              <w:t>komunikasi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bantuan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  <w:r>
              <w:t>.</w:t>
            </w:r>
          </w:p>
          <w:p w:rsidR="00AA1A0E" w:rsidRDefault="001E1470">
            <w:r>
              <w:t xml:space="preserve">C. </w:t>
            </w:r>
            <w:proofErr w:type="spellStart"/>
            <w:r>
              <w:t>Terciptanya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baru</w:t>
            </w:r>
            <w:proofErr w:type="spellEnd"/>
            <w:r>
              <w:t xml:space="preserve"> yang </w:t>
            </w:r>
            <w:proofErr w:type="spellStart"/>
            <w:r>
              <w:t>lebih</w:t>
            </w:r>
            <w:proofErr w:type="spellEnd"/>
            <w:r>
              <w:t xml:space="preserve"> modern dan </w:t>
            </w:r>
            <w:proofErr w:type="spellStart"/>
            <w:r>
              <w:t>inklusif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Hilangnya</w:t>
            </w:r>
            <w:proofErr w:type="spellEnd"/>
            <w:r>
              <w:t xml:space="preserve"> </w:t>
            </w:r>
            <w:proofErr w:type="spellStart"/>
            <w:r>
              <w:t>stratifikasi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semua</w:t>
            </w:r>
            <w:proofErr w:type="spellEnd"/>
            <w:r>
              <w:t xml:space="preserve"> orang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akses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  <w:r>
              <w:t xml:space="preserve"> yang </w:t>
            </w:r>
            <w:proofErr w:type="spellStart"/>
            <w:r>
              <w:t>sama</w:t>
            </w:r>
            <w:proofErr w:type="spellEnd"/>
            <w:r>
              <w:t>.</w:t>
            </w:r>
          </w:p>
          <w:p w:rsidR="00AA1A0E" w:rsidRDefault="001E1470">
            <w:r>
              <w:t xml:space="preserve">E. </w:t>
            </w:r>
            <w:proofErr w:type="spellStart"/>
            <w:r>
              <w:t>Munculnya</w:t>
            </w:r>
            <w:proofErr w:type="spellEnd"/>
            <w:r>
              <w:t xml:space="preserve"> </w:t>
            </w:r>
            <w:proofErr w:type="spellStart"/>
            <w:r>
              <w:t>kecenderungan</w:t>
            </w:r>
            <w:proofErr w:type="spellEnd"/>
            <w:r>
              <w:t xml:space="preserve"> </w:t>
            </w:r>
            <w:proofErr w:type="spellStart"/>
            <w:r>
              <w:t>individu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altruis</w:t>
            </w:r>
            <w:proofErr w:type="spellEnd"/>
            <w:r>
              <w:t xml:space="preserve"> dan </w:t>
            </w:r>
            <w:proofErr w:type="spellStart"/>
            <w:r>
              <w:t>peduli</w:t>
            </w:r>
            <w:proofErr w:type="spellEnd"/>
            <w:r>
              <w:t xml:space="preserve"> </w:t>
            </w:r>
            <w:proofErr w:type="spellStart"/>
            <w:r>
              <w:t>sesama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A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Fokus</w:t>
            </w:r>
            <w:proofErr w:type="spellEnd"/>
            <w:r>
              <w:t xml:space="preserve"> pada </w:t>
            </w:r>
            <w:proofErr w:type="spellStart"/>
            <w:r>
              <w:t>gawai</w:t>
            </w:r>
            <w:proofErr w:type="spellEnd"/>
            <w:r>
              <w:t xml:space="preserve"> </w:t>
            </w:r>
            <w:proofErr w:type="spellStart"/>
            <w:r>
              <w:t>melemahkan</w:t>
            </w:r>
            <w:proofErr w:type="spellEnd"/>
            <w:r>
              <w:t xml:space="preserve"> </w:t>
            </w:r>
            <w:proofErr w:type="spellStart"/>
            <w:r>
              <w:t>kontak</w:t>
            </w:r>
            <w:proofErr w:type="spellEnd"/>
            <w:r>
              <w:t xml:space="preserve"> </w:t>
            </w:r>
            <w:proofErr w:type="spellStart"/>
            <w:r>
              <w:t>mata</w:t>
            </w:r>
            <w:proofErr w:type="spellEnd"/>
            <w:r>
              <w:t xml:space="preserve"> dan </w:t>
            </w:r>
            <w:proofErr w:type="spellStart"/>
            <w:r>
              <w:t>kedalaman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</w:t>
            </w:r>
            <w:proofErr w:type="spellStart"/>
            <w:r>
              <w:t>antarindividu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4"/>
        <w:gridCol w:w="6792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12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Integrasi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merancang</w:t>
            </w:r>
            <w:proofErr w:type="spellEnd"/>
            <w:r>
              <w:t xml:space="preserve"> </w:t>
            </w:r>
            <w:proofErr w:type="spellStart"/>
            <w:r>
              <w:t>solusi</w:t>
            </w:r>
            <w:proofErr w:type="spellEnd"/>
            <w:r>
              <w:t xml:space="preserve"> </w:t>
            </w:r>
            <w:proofErr w:type="spellStart"/>
            <w:r>
              <w:t>integratif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C5 (</w:t>
            </w:r>
            <w:proofErr w:type="spellStart"/>
            <w:r>
              <w:t>Mengevaluasi</w:t>
            </w:r>
            <w:proofErr w:type="spellEnd"/>
            <w:r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Biasa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perumahan</w:t>
            </w:r>
            <w:proofErr w:type="spellEnd"/>
            <w:r>
              <w:t xml:space="preserve"> yang </w:t>
            </w:r>
            <w:proofErr w:type="spellStart"/>
            <w:r>
              <w:t>dihuni</w:t>
            </w:r>
            <w:proofErr w:type="spellEnd"/>
            <w:r>
              <w:t xml:space="preserve"> oleh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suku</w:t>
            </w:r>
            <w:proofErr w:type="spellEnd"/>
            <w:r>
              <w:t xml:space="preserve"> dan agama </w:t>
            </w:r>
            <w:proofErr w:type="spellStart"/>
            <w:r>
              <w:t>mengalami</w:t>
            </w:r>
            <w:proofErr w:type="spellEnd"/>
            <w:r>
              <w:t xml:space="preserve"> </w:t>
            </w:r>
            <w:proofErr w:type="spellStart"/>
            <w:r>
              <w:t>ketegangan</w:t>
            </w:r>
            <w:proofErr w:type="spellEnd"/>
            <w:r>
              <w:t xml:space="preserve"> </w:t>
            </w:r>
            <w:proofErr w:type="spellStart"/>
            <w:r>
              <w:t>akibat</w:t>
            </w:r>
            <w:proofErr w:type="spellEnd"/>
            <w:r>
              <w:t xml:space="preserve"> </w:t>
            </w:r>
            <w:proofErr w:type="spellStart"/>
            <w:r>
              <w:t>kesalahpahaman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tata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</w:t>
            </w:r>
            <w:proofErr w:type="spellStart"/>
            <w:r>
              <w:t>publik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keagamaan</w:t>
            </w:r>
            <w:proofErr w:type="spellEnd"/>
            <w:r>
              <w:t xml:space="preserve">. </w:t>
            </w:r>
            <w:proofErr w:type="spellStart"/>
            <w:r>
              <w:t>Masing-masing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merasa</w:t>
            </w:r>
            <w:proofErr w:type="spellEnd"/>
            <w:r>
              <w:t xml:space="preserve">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hak</w:t>
            </w:r>
            <w:proofErr w:type="spellEnd"/>
            <w:r>
              <w:t xml:space="preserve"> yang </w:t>
            </w:r>
            <w:proofErr w:type="spellStart"/>
            <w:r>
              <w:t>sama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mau</w:t>
            </w:r>
            <w:proofErr w:type="spellEnd"/>
            <w:r>
              <w:t xml:space="preserve"> </w:t>
            </w:r>
            <w:proofErr w:type="spellStart"/>
            <w:r>
              <w:t>mengalah</w:t>
            </w:r>
            <w:proofErr w:type="spellEnd"/>
            <w:r>
              <w:t>.</w:t>
            </w:r>
          </w:p>
          <w:p w:rsidR="00AA1A0E" w:rsidRDefault="001E1470"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perumahan</w:t>
            </w:r>
            <w:proofErr w:type="spellEnd"/>
            <w:r>
              <w:t xml:space="preserve"> yang </w:t>
            </w:r>
            <w:proofErr w:type="spellStart"/>
            <w:r>
              <w:t>dihuni</w:t>
            </w:r>
            <w:proofErr w:type="spellEnd"/>
            <w:r>
              <w:t xml:space="preserve"> oleh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suku</w:t>
            </w:r>
            <w:proofErr w:type="spellEnd"/>
            <w:r>
              <w:t xml:space="preserve"> dan agama </w:t>
            </w:r>
            <w:proofErr w:type="spellStart"/>
            <w:r>
              <w:t>mengalami</w:t>
            </w:r>
            <w:proofErr w:type="spellEnd"/>
            <w:r>
              <w:t xml:space="preserve"> </w:t>
            </w:r>
            <w:proofErr w:type="spellStart"/>
            <w:r>
              <w:t>ketegangan</w:t>
            </w:r>
            <w:proofErr w:type="spellEnd"/>
            <w:r>
              <w:t xml:space="preserve"> </w:t>
            </w:r>
            <w:proofErr w:type="spellStart"/>
            <w:r>
              <w:t>akibat</w:t>
            </w:r>
            <w:proofErr w:type="spellEnd"/>
            <w:r>
              <w:t xml:space="preserve"> </w:t>
            </w:r>
            <w:proofErr w:type="spellStart"/>
            <w:r>
              <w:t>kesalahpahaman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tata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</w:t>
            </w:r>
            <w:proofErr w:type="spellStart"/>
            <w:r>
              <w:t>publik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keagamaan</w:t>
            </w:r>
            <w:proofErr w:type="spellEnd"/>
            <w:r>
              <w:t xml:space="preserve">. </w:t>
            </w:r>
            <w:proofErr w:type="spellStart"/>
            <w:r>
              <w:t>Masing-masing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merasa</w:t>
            </w:r>
            <w:proofErr w:type="spellEnd"/>
            <w:r>
              <w:t xml:space="preserve">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hak</w:t>
            </w:r>
            <w:proofErr w:type="spellEnd"/>
            <w:r>
              <w:t xml:space="preserve"> yang </w:t>
            </w:r>
            <w:proofErr w:type="spellStart"/>
            <w:r>
              <w:t>sama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mau</w:t>
            </w:r>
            <w:proofErr w:type="spellEnd"/>
            <w:r>
              <w:t xml:space="preserve"> </w:t>
            </w:r>
            <w:proofErr w:type="spellStart"/>
            <w:r>
              <w:t>mengalah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sosiolog</w:t>
            </w:r>
            <w:proofErr w:type="spellEnd"/>
            <w:r>
              <w:t xml:space="preserve">, </w:t>
            </w:r>
            <w:proofErr w:type="spellStart"/>
            <w:r>
              <w:t>rancangan</w:t>
            </w:r>
            <w:proofErr w:type="spellEnd"/>
            <w:r>
              <w:t xml:space="preserve"> </w:t>
            </w:r>
            <w:proofErr w:type="spellStart"/>
            <w:r>
              <w:t>solusi</w:t>
            </w:r>
            <w:proofErr w:type="spellEnd"/>
            <w:r>
              <w:t xml:space="preserve"> yang paling </w:t>
            </w:r>
            <w:proofErr w:type="spellStart"/>
            <w:r>
              <w:t>tepat</w:t>
            </w:r>
            <w:proofErr w:type="spellEnd"/>
            <w:r>
              <w:t xml:space="preserve"> dan </w:t>
            </w:r>
            <w:proofErr w:type="spellStart"/>
            <w:r>
              <w:t>berkelanjutan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membangun</w:t>
            </w:r>
            <w:proofErr w:type="spellEnd"/>
            <w:r>
              <w:t xml:space="preserve"> </w:t>
            </w:r>
            <w:proofErr w:type="spellStart"/>
            <w:r>
              <w:t>kembali</w:t>
            </w:r>
            <w:proofErr w:type="spellEnd"/>
            <w:r>
              <w:t xml:space="preserve"> </w:t>
            </w:r>
            <w:proofErr w:type="spellStart"/>
            <w:r>
              <w:t>integrasi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...</w:t>
            </w:r>
          </w:p>
          <w:p w:rsidR="00AA1A0E" w:rsidRDefault="001E1470">
            <w:r>
              <w:t xml:space="preserve">A. </w:t>
            </w:r>
            <w:proofErr w:type="spellStart"/>
            <w:r>
              <w:t>Meminta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kepolisian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menjaga</w:t>
            </w:r>
            <w:proofErr w:type="spellEnd"/>
            <w:r>
              <w:t xml:space="preserve"> </w:t>
            </w:r>
            <w:proofErr w:type="spellStart"/>
            <w:r>
              <w:t>ketat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</w:t>
            </w:r>
            <w:proofErr w:type="spellStart"/>
            <w:r>
              <w:t>publik</w:t>
            </w:r>
            <w:proofErr w:type="spellEnd"/>
            <w:r>
              <w:t xml:space="preserve"> agar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apa</w:t>
            </w:r>
            <w:proofErr w:type="spellEnd"/>
            <w:r>
              <w:t xml:space="preserve"> pun.</w:t>
            </w:r>
          </w:p>
          <w:p w:rsidR="00AA1A0E" w:rsidRDefault="001E1470">
            <w:r>
              <w:t xml:space="preserve">B.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segregasi</w:t>
            </w:r>
            <w:proofErr w:type="spellEnd"/>
            <w:r>
              <w:t xml:space="preserve"> wilayah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suku</w:t>
            </w:r>
            <w:proofErr w:type="spellEnd"/>
            <w:r>
              <w:t xml:space="preserve"> dan agama agar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pertemuan</w:t>
            </w:r>
            <w:proofErr w:type="spellEnd"/>
            <w:r>
              <w:t xml:space="preserve"> </w:t>
            </w:r>
            <w:proofErr w:type="spellStart"/>
            <w:r>
              <w:t>antar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>.</w:t>
            </w:r>
          </w:p>
          <w:p w:rsidR="00AA1A0E" w:rsidRDefault="001E1470">
            <w:r>
              <w:t xml:space="preserve">C. </w:t>
            </w:r>
            <w:proofErr w:type="spellStart"/>
            <w:r>
              <w:t>Menyerahkan</w:t>
            </w:r>
            <w:proofErr w:type="spellEnd"/>
            <w:r>
              <w:t xml:space="preserve"> </w:t>
            </w:r>
            <w:proofErr w:type="spellStart"/>
            <w:r>
              <w:t>keputusan</w:t>
            </w:r>
            <w:proofErr w:type="spellEnd"/>
            <w:r>
              <w:t xml:space="preserve"> </w:t>
            </w:r>
            <w:proofErr w:type="spellStart"/>
            <w:r>
              <w:t>sepenuhnya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mayoritas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aturan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</w:t>
            </w:r>
            <w:proofErr w:type="spellStart"/>
            <w:r>
              <w:t>publik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Membiarkan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mereda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sendirinya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perlu</w:t>
            </w:r>
            <w:proofErr w:type="spellEnd"/>
            <w:r>
              <w:t xml:space="preserve"> </w:t>
            </w:r>
            <w:proofErr w:type="spellStart"/>
            <w:r>
              <w:t>campur</w:t>
            </w:r>
            <w:proofErr w:type="spellEnd"/>
            <w:r>
              <w:t xml:space="preserve"> </w:t>
            </w:r>
            <w:proofErr w:type="spellStart"/>
            <w:r>
              <w:t>tangan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luar</w:t>
            </w:r>
            <w:proofErr w:type="spellEnd"/>
            <w:r>
              <w:t>.</w:t>
            </w:r>
          </w:p>
          <w:p w:rsidR="00AA1A0E" w:rsidRDefault="001E1470">
            <w:r>
              <w:t xml:space="preserve">E. </w:t>
            </w:r>
            <w:proofErr w:type="spellStart"/>
            <w:r>
              <w:t>Menginisiasi</w:t>
            </w:r>
            <w:proofErr w:type="spellEnd"/>
            <w:r>
              <w:t xml:space="preserve"> forum dialog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konsensus</w:t>
            </w:r>
            <w:proofErr w:type="spellEnd"/>
            <w:r>
              <w:t xml:space="preserve"> </w:t>
            </w:r>
            <w:proofErr w:type="spellStart"/>
            <w:r>
              <w:t>bersama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pemanfaatan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</w:t>
            </w:r>
            <w:proofErr w:type="spellStart"/>
            <w:r>
              <w:t>publik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bergantian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sosiolog</w:t>
            </w:r>
            <w:proofErr w:type="spellEnd"/>
            <w:r>
              <w:t xml:space="preserve">, </w:t>
            </w:r>
            <w:proofErr w:type="spellStart"/>
            <w:r>
              <w:t>rancangan</w:t>
            </w:r>
            <w:proofErr w:type="spellEnd"/>
            <w:r>
              <w:t xml:space="preserve"> </w:t>
            </w:r>
            <w:proofErr w:type="spellStart"/>
            <w:r>
              <w:t>solusi</w:t>
            </w:r>
            <w:proofErr w:type="spellEnd"/>
            <w:r>
              <w:t xml:space="preserve"> yang paling </w:t>
            </w:r>
            <w:proofErr w:type="spellStart"/>
            <w:r>
              <w:t>tepat</w:t>
            </w:r>
            <w:proofErr w:type="spellEnd"/>
            <w:r>
              <w:t xml:space="preserve"> dan </w:t>
            </w:r>
            <w:proofErr w:type="spellStart"/>
            <w:r>
              <w:t>berkelanjutan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membangun</w:t>
            </w:r>
            <w:proofErr w:type="spellEnd"/>
            <w:r>
              <w:t xml:space="preserve"> </w:t>
            </w:r>
            <w:proofErr w:type="spellStart"/>
            <w:r>
              <w:t>kembali</w:t>
            </w:r>
            <w:proofErr w:type="spellEnd"/>
            <w:r>
              <w:t xml:space="preserve"> </w:t>
            </w:r>
            <w:proofErr w:type="spellStart"/>
            <w:r>
              <w:t>integrasi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...</w:t>
            </w:r>
          </w:p>
          <w:p w:rsidR="00AA1A0E" w:rsidRDefault="001E1470">
            <w:r>
              <w:t xml:space="preserve">A. </w:t>
            </w:r>
            <w:proofErr w:type="spellStart"/>
            <w:r>
              <w:t>Meminta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kepolisian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menjaga</w:t>
            </w:r>
            <w:proofErr w:type="spellEnd"/>
            <w:r>
              <w:t xml:space="preserve"> </w:t>
            </w:r>
            <w:proofErr w:type="spellStart"/>
            <w:r>
              <w:t>ketat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</w:t>
            </w:r>
            <w:proofErr w:type="spellStart"/>
            <w:r>
              <w:t>publik</w:t>
            </w:r>
            <w:proofErr w:type="spellEnd"/>
            <w:r>
              <w:t xml:space="preserve"> agar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apa</w:t>
            </w:r>
            <w:proofErr w:type="spellEnd"/>
            <w:r>
              <w:t xml:space="preserve"> pun.</w:t>
            </w:r>
          </w:p>
          <w:p w:rsidR="00AA1A0E" w:rsidRDefault="001E1470">
            <w:r>
              <w:t xml:space="preserve">B.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segregasi</w:t>
            </w:r>
            <w:proofErr w:type="spellEnd"/>
            <w:r>
              <w:t xml:space="preserve"> wilayah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suku</w:t>
            </w:r>
            <w:proofErr w:type="spellEnd"/>
            <w:r>
              <w:t xml:space="preserve"> dan agama agar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pertemuan</w:t>
            </w:r>
            <w:proofErr w:type="spellEnd"/>
            <w:r>
              <w:t xml:space="preserve"> </w:t>
            </w:r>
            <w:proofErr w:type="spellStart"/>
            <w:r>
              <w:t>antar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>.</w:t>
            </w:r>
          </w:p>
          <w:p w:rsidR="00AA1A0E" w:rsidRDefault="001E1470">
            <w:r>
              <w:t xml:space="preserve">C. </w:t>
            </w:r>
            <w:proofErr w:type="spellStart"/>
            <w:r>
              <w:t>Menyerahkan</w:t>
            </w:r>
            <w:proofErr w:type="spellEnd"/>
            <w:r>
              <w:t xml:space="preserve"> </w:t>
            </w:r>
            <w:proofErr w:type="spellStart"/>
            <w:r>
              <w:t>keputusan</w:t>
            </w:r>
            <w:proofErr w:type="spellEnd"/>
            <w:r>
              <w:t xml:space="preserve"> </w:t>
            </w:r>
            <w:proofErr w:type="spellStart"/>
            <w:r>
              <w:t>sepenuhnya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mayoritas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aturan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</w:t>
            </w:r>
            <w:proofErr w:type="spellStart"/>
            <w:r>
              <w:t>publik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Membiarkan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mereda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sendirinya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perlu</w:t>
            </w:r>
            <w:proofErr w:type="spellEnd"/>
            <w:r>
              <w:t xml:space="preserve"> </w:t>
            </w:r>
            <w:proofErr w:type="spellStart"/>
            <w:r>
              <w:t>campur</w:t>
            </w:r>
            <w:proofErr w:type="spellEnd"/>
            <w:r>
              <w:t xml:space="preserve"> </w:t>
            </w:r>
            <w:proofErr w:type="spellStart"/>
            <w:r>
              <w:t>tangan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luar</w:t>
            </w:r>
            <w:proofErr w:type="spellEnd"/>
            <w:r>
              <w:t>.</w:t>
            </w:r>
          </w:p>
          <w:p w:rsidR="00AA1A0E" w:rsidRDefault="001E1470">
            <w:r>
              <w:t xml:space="preserve">E. </w:t>
            </w:r>
            <w:proofErr w:type="spellStart"/>
            <w:r>
              <w:t>Menginisiasi</w:t>
            </w:r>
            <w:proofErr w:type="spellEnd"/>
            <w:r>
              <w:t xml:space="preserve"> forum dialog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konsensus</w:t>
            </w:r>
            <w:proofErr w:type="spellEnd"/>
            <w:r>
              <w:t xml:space="preserve"> </w:t>
            </w:r>
            <w:proofErr w:type="spellStart"/>
            <w:r>
              <w:t>bersama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pemanfaatan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</w:t>
            </w:r>
            <w:proofErr w:type="spellStart"/>
            <w:r>
              <w:t>publik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bergantian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E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Konsensus</w:t>
            </w:r>
            <w:proofErr w:type="spellEnd"/>
            <w:r>
              <w:t xml:space="preserve"> </w:t>
            </w:r>
            <w:proofErr w:type="spellStart"/>
            <w:r>
              <w:t>bersama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dialog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solusi</w:t>
            </w:r>
            <w:proofErr w:type="spellEnd"/>
            <w:r>
              <w:t xml:space="preserve"> paling </w:t>
            </w:r>
            <w:proofErr w:type="spellStart"/>
            <w:r>
              <w:t>berkelanjutan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meredakan</w:t>
            </w:r>
            <w:proofErr w:type="spellEnd"/>
            <w:r>
              <w:t xml:space="preserve"> </w:t>
            </w:r>
            <w:proofErr w:type="spellStart"/>
            <w:r>
              <w:t>ketegangan</w:t>
            </w:r>
            <w:proofErr w:type="spellEnd"/>
            <w:r>
              <w:t xml:space="preserve"> </w:t>
            </w:r>
            <w:proofErr w:type="spellStart"/>
            <w:r>
              <w:t>antarwarga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1"/>
        <w:gridCol w:w="6795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13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mengklasifikasikan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karakteristiknya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C2 (</w:t>
            </w:r>
            <w:proofErr w:type="spellStart"/>
            <w:r>
              <w:t>Memahami</w:t>
            </w:r>
            <w:proofErr w:type="spellEnd"/>
            <w:r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Biasa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Keluarga</w:t>
            </w:r>
            <w:proofErr w:type="spellEnd"/>
            <w:r>
              <w:t xml:space="preserve"> Inti (Nuclear Family) </w:t>
            </w:r>
            <w:proofErr w:type="spellStart"/>
            <w:r>
              <w:t>merupakan</w:t>
            </w:r>
            <w:proofErr w:type="spellEnd"/>
            <w:r>
              <w:t xml:space="preserve"> unit </w:t>
            </w:r>
            <w:proofErr w:type="spellStart"/>
            <w:r>
              <w:t>terkecil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yang </w:t>
            </w:r>
            <w:proofErr w:type="spellStart"/>
            <w:r>
              <w:t>ditandai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tatap</w:t>
            </w:r>
            <w:proofErr w:type="spellEnd"/>
            <w:r>
              <w:t xml:space="preserve"> </w:t>
            </w:r>
            <w:proofErr w:type="spellStart"/>
            <w:r>
              <w:t>muka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,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ikatan</w:t>
            </w:r>
            <w:proofErr w:type="spellEnd"/>
            <w:r>
              <w:t xml:space="preserve"> </w:t>
            </w:r>
            <w:proofErr w:type="spellStart"/>
            <w:r>
              <w:t>emosional</w:t>
            </w:r>
            <w:proofErr w:type="spellEnd"/>
            <w:r>
              <w:t xml:space="preserve"> yang </w:t>
            </w:r>
            <w:proofErr w:type="spellStart"/>
            <w:r>
              <w:t>kuat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rasa </w:t>
            </w:r>
            <w:proofErr w:type="spellStart"/>
            <w:r>
              <w:t>kebersamaan</w:t>
            </w:r>
            <w:proofErr w:type="spellEnd"/>
            <w:r>
              <w:t xml:space="preserve"> yang </w:t>
            </w:r>
            <w:proofErr w:type="spellStart"/>
            <w:r>
              <w:t>tinggi</w:t>
            </w:r>
            <w:proofErr w:type="spellEnd"/>
            <w:r>
              <w:t xml:space="preserve"> </w:t>
            </w:r>
            <w:proofErr w:type="spellStart"/>
            <w:r>
              <w:t>antar</w:t>
            </w:r>
            <w:proofErr w:type="spellEnd"/>
            <w:r>
              <w:t xml:space="preserve"> </w:t>
            </w:r>
            <w:proofErr w:type="spellStart"/>
            <w:r>
              <w:t>anggotanya</w:t>
            </w:r>
            <w:proofErr w:type="spellEnd"/>
            <w:r>
              <w:t>.</w:t>
            </w:r>
          </w:p>
          <w:p w:rsidR="00AA1A0E" w:rsidRDefault="001E1470">
            <w:proofErr w:type="spellStart"/>
            <w:r>
              <w:t>Keluarga</w:t>
            </w:r>
            <w:proofErr w:type="spellEnd"/>
            <w:r>
              <w:t xml:space="preserve"> Inti (Nuclear Family) </w:t>
            </w:r>
            <w:proofErr w:type="spellStart"/>
            <w:r>
              <w:t>merupakan</w:t>
            </w:r>
            <w:proofErr w:type="spellEnd"/>
            <w:r>
              <w:t xml:space="preserve"> unit </w:t>
            </w:r>
            <w:proofErr w:type="spellStart"/>
            <w:r>
              <w:t>terkecil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yang </w:t>
            </w:r>
            <w:proofErr w:type="spellStart"/>
            <w:r>
              <w:t>ditandai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tatap</w:t>
            </w:r>
            <w:proofErr w:type="spellEnd"/>
            <w:r>
              <w:t xml:space="preserve"> </w:t>
            </w:r>
            <w:proofErr w:type="spellStart"/>
            <w:r>
              <w:t>muka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,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ikatan</w:t>
            </w:r>
            <w:proofErr w:type="spellEnd"/>
            <w:r>
              <w:t xml:space="preserve"> </w:t>
            </w:r>
            <w:proofErr w:type="spellStart"/>
            <w:r>
              <w:t>emosional</w:t>
            </w:r>
            <w:proofErr w:type="spellEnd"/>
            <w:r>
              <w:t xml:space="preserve"> yang </w:t>
            </w:r>
            <w:proofErr w:type="spellStart"/>
            <w:r>
              <w:t>kuat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rasa </w:t>
            </w:r>
            <w:proofErr w:type="spellStart"/>
            <w:r>
              <w:t>kebersamaan</w:t>
            </w:r>
            <w:proofErr w:type="spellEnd"/>
            <w:r>
              <w:t xml:space="preserve"> yang </w:t>
            </w:r>
            <w:proofErr w:type="spellStart"/>
            <w:r>
              <w:t>tinggi</w:t>
            </w:r>
            <w:proofErr w:type="spellEnd"/>
            <w:r>
              <w:t xml:space="preserve"> </w:t>
            </w:r>
            <w:proofErr w:type="spellStart"/>
            <w:r>
              <w:t>antar</w:t>
            </w:r>
            <w:proofErr w:type="spellEnd"/>
            <w:r>
              <w:t xml:space="preserve"> </w:t>
            </w:r>
            <w:proofErr w:type="spellStart"/>
            <w:r>
              <w:t>anggotanya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ciri-ciri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,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klasifikasi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, </w:t>
            </w:r>
            <w:proofErr w:type="spellStart"/>
            <w:r>
              <w:t>keluarga</w:t>
            </w:r>
            <w:proofErr w:type="spellEnd"/>
            <w:r>
              <w:t xml:space="preserve"> inti </w:t>
            </w:r>
            <w:proofErr w:type="spellStart"/>
            <w:r>
              <w:t>termasuk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>...</w:t>
            </w:r>
          </w:p>
          <w:p w:rsidR="00AA1A0E" w:rsidRDefault="001E1470">
            <w:r>
              <w:t xml:space="preserve">A.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Sekunder</w:t>
            </w:r>
            <w:proofErr w:type="spellEnd"/>
          </w:p>
          <w:p w:rsidR="00AA1A0E" w:rsidRDefault="001E1470">
            <w:r>
              <w:t xml:space="preserve">B. </w:t>
            </w:r>
            <w:proofErr w:type="spellStart"/>
            <w:r>
              <w:t>Kelompok</w:t>
            </w:r>
            <w:proofErr w:type="spellEnd"/>
            <w:r>
              <w:t xml:space="preserve"> Primer</w:t>
            </w:r>
          </w:p>
          <w:p w:rsidR="00AA1A0E" w:rsidRDefault="001E1470">
            <w:r>
              <w:t xml:space="preserve">C. </w:t>
            </w:r>
            <w:proofErr w:type="spellStart"/>
            <w:r>
              <w:t>Kelompok</w:t>
            </w:r>
            <w:proofErr w:type="spellEnd"/>
            <w:r>
              <w:t xml:space="preserve"> Formal</w:t>
            </w:r>
          </w:p>
          <w:p w:rsidR="00AA1A0E" w:rsidRDefault="001E1470">
            <w:r>
              <w:t xml:space="preserve">D.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Patembayan</w:t>
            </w:r>
            <w:proofErr w:type="spellEnd"/>
          </w:p>
          <w:p w:rsidR="00AA1A0E" w:rsidRDefault="001E1470">
            <w:r>
              <w:t xml:space="preserve">E.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Referensi</w:t>
            </w:r>
            <w:proofErr w:type="spellEnd"/>
          </w:p>
          <w:p w:rsidR="00AA1A0E" w:rsidRDefault="00AA1A0E"/>
          <w:p w:rsidR="00AA1A0E" w:rsidRDefault="001E1470"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ciri-ciri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,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klasifikasi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, </w:t>
            </w:r>
            <w:proofErr w:type="spellStart"/>
            <w:r>
              <w:t>keluarga</w:t>
            </w:r>
            <w:proofErr w:type="spellEnd"/>
            <w:r>
              <w:t xml:space="preserve"> inti </w:t>
            </w:r>
            <w:proofErr w:type="spellStart"/>
            <w:r>
              <w:t>termasuk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>...</w:t>
            </w:r>
          </w:p>
          <w:p w:rsidR="00AA1A0E" w:rsidRDefault="001E1470">
            <w:r>
              <w:t xml:space="preserve">A.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Sekunder</w:t>
            </w:r>
            <w:proofErr w:type="spellEnd"/>
          </w:p>
          <w:p w:rsidR="00AA1A0E" w:rsidRDefault="001E1470">
            <w:r>
              <w:t xml:space="preserve">B. </w:t>
            </w:r>
            <w:proofErr w:type="spellStart"/>
            <w:r>
              <w:t>Kelompok</w:t>
            </w:r>
            <w:proofErr w:type="spellEnd"/>
            <w:r>
              <w:t xml:space="preserve"> Primer</w:t>
            </w:r>
          </w:p>
          <w:p w:rsidR="00AA1A0E" w:rsidRDefault="001E1470">
            <w:r>
              <w:t xml:space="preserve">C. </w:t>
            </w:r>
            <w:proofErr w:type="spellStart"/>
            <w:r>
              <w:t>Kelompok</w:t>
            </w:r>
            <w:proofErr w:type="spellEnd"/>
            <w:r>
              <w:t xml:space="preserve"> Formal</w:t>
            </w:r>
          </w:p>
          <w:p w:rsidR="00AA1A0E" w:rsidRDefault="001E1470">
            <w:r>
              <w:t xml:space="preserve">D.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Patembayan</w:t>
            </w:r>
            <w:proofErr w:type="spellEnd"/>
          </w:p>
          <w:p w:rsidR="00AA1A0E" w:rsidRDefault="001E1470">
            <w:r>
              <w:t xml:space="preserve">E.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Referensi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B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Keluarga</w:t>
            </w:r>
            <w:proofErr w:type="spellEnd"/>
            <w:r>
              <w:t xml:space="preserve"> inti </w:t>
            </w:r>
            <w:proofErr w:type="spellStart"/>
            <w:r>
              <w:t>ditandai</w:t>
            </w:r>
            <w:proofErr w:type="spellEnd"/>
            <w:r>
              <w:t xml:space="preserve"> oleh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intim</w:t>
            </w:r>
            <w:proofErr w:type="spellEnd"/>
            <w:r>
              <w:t xml:space="preserve">, </w:t>
            </w:r>
            <w:proofErr w:type="spellStart"/>
            <w:r>
              <w:t>emosional</w:t>
            </w:r>
            <w:proofErr w:type="spellEnd"/>
            <w:r>
              <w:t>, dan primer.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7"/>
        <w:gridCol w:w="6789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14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akar</w:t>
            </w:r>
            <w:proofErr w:type="spellEnd"/>
            <w:r>
              <w:t xml:space="preserve"> </w:t>
            </w:r>
            <w:proofErr w:type="spellStart"/>
            <w:r>
              <w:t>penyebab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industri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C4 (</w:t>
            </w:r>
            <w:proofErr w:type="spellStart"/>
            <w:r>
              <w:t>Menganalisis</w:t>
            </w:r>
            <w:proofErr w:type="spellEnd"/>
            <w:r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Biasa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r>
              <w:t xml:space="preserve">Di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pabrik</w:t>
            </w:r>
            <w:proofErr w:type="spellEnd"/>
            <w:r>
              <w:t xml:space="preserve"> </w:t>
            </w:r>
            <w:proofErr w:type="spellStart"/>
            <w:r>
              <w:t>tekstil</w:t>
            </w:r>
            <w:proofErr w:type="spellEnd"/>
            <w:r>
              <w:t xml:space="preserve">, </w:t>
            </w:r>
            <w:proofErr w:type="spellStart"/>
            <w:r>
              <w:t>ratusan</w:t>
            </w:r>
            <w:proofErr w:type="spellEnd"/>
            <w:r>
              <w:t xml:space="preserve"> </w:t>
            </w:r>
            <w:proofErr w:type="spellStart"/>
            <w:r>
              <w:t>buruh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aksi</w:t>
            </w:r>
            <w:proofErr w:type="spellEnd"/>
            <w:r>
              <w:t xml:space="preserve"> </w:t>
            </w:r>
            <w:proofErr w:type="spellStart"/>
            <w:r>
              <w:t>demonstrasi</w:t>
            </w:r>
            <w:proofErr w:type="spellEnd"/>
            <w:r>
              <w:t xml:space="preserve"> </w:t>
            </w:r>
            <w:proofErr w:type="spellStart"/>
            <w:r>
              <w:t>menuntut</w:t>
            </w:r>
            <w:proofErr w:type="spellEnd"/>
            <w:r>
              <w:t xml:space="preserve"> </w:t>
            </w:r>
            <w:proofErr w:type="spellStart"/>
            <w:r>
              <w:t>kenaikan</w:t>
            </w:r>
            <w:proofErr w:type="spellEnd"/>
            <w:r>
              <w:t xml:space="preserve"> </w:t>
            </w:r>
            <w:proofErr w:type="spellStart"/>
            <w:r>
              <w:t>upah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standar</w:t>
            </w:r>
            <w:proofErr w:type="spellEnd"/>
            <w:r>
              <w:t xml:space="preserve"> </w:t>
            </w:r>
            <w:proofErr w:type="spellStart"/>
            <w:r>
              <w:t>hidup</w:t>
            </w:r>
            <w:proofErr w:type="spellEnd"/>
            <w:r>
              <w:t xml:space="preserve"> </w:t>
            </w:r>
            <w:proofErr w:type="spellStart"/>
            <w:r>
              <w:t>layak</w:t>
            </w:r>
            <w:proofErr w:type="spellEnd"/>
            <w:r>
              <w:t xml:space="preserve">. Di </w:t>
            </w:r>
            <w:proofErr w:type="spellStart"/>
            <w:r>
              <w:t>sisi</w:t>
            </w:r>
            <w:proofErr w:type="spellEnd"/>
            <w:r>
              <w:t xml:space="preserve"> </w:t>
            </w:r>
            <w:proofErr w:type="spellStart"/>
            <w:r>
              <w:t>lain</w:t>
            </w:r>
            <w:proofErr w:type="spellEnd"/>
            <w:r>
              <w:t xml:space="preserve">,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manajemen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  <w:r>
              <w:t xml:space="preserve"> </w:t>
            </w:r>
            <w:proofErr w:type="spellStart"/>
            <w:r>
              <w:t>berargumen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kenaikan</w:t>
            </w:r>
            <w:proofErr w:type="spellEnd"/>
            <w:r>
              <w:t xml:space="preserve"> </w:t>
            </w:r>
            <w:proofErr w:type="spellStart"/>
            <w:r>
              <w:t>upah</w:t>
            </w:r>
            <w:proofErr w:type="spellEnd"/>
            <w:r>
              <w:t xml:space="preserve"> yang </w:t>
            </w:r>
            <w:proofErr w:type="spellStart"/>
            <w:r>
              <w:t>signifikan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membebani</w:t>
            </w:r>
            <w:proofErr w:type="spellEnd"/>
            <w:r>
              <w:t xml:space="preserve"> </w:t>
            </w:r>
            <w:proofErr w:type="spellStart"/>
            <w:r>
              <w:t>biaya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  <w:r>
              <w:t xml:space="preserve"> dan </w:t>
            </w:r>
            <w:proofErr w:type="spellStart"/>
            <w:r>
              <w:t>mengancam</w:t>
            </w:r>
            <w:proofErr w:type="spellEnd"/>
            <w:r>
              <w:t xml:space="preserve"> </w:t>
            </w:r>
            <w:proofErr w:type="spellStart"/>
            <w:r>
              <w:t>kelangsungan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 xml:space="preserve"> di </w:t>
            </w:r>
            <w:proofErr w:type="spellStart"/>
            <w:r>
              <w:t>tengah</w:t>
            </w:r>
            <w:proofErr w:type="spellEnd"/>
            <w:r>
              <w:t xml:space="preserve"> </w:t>
            </w:r>
            <w:proofErr w:type="spellStart"/>
            <w:r>
              <w:t>krisis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>.</w:t>
            </w:r>
          </w:p>
          <w:p w:rsidR="00AA1A0E" w:rsidRDefault="001E1470">
            <w:r>
              <w:lastRenderedPageBreak/>
              <w:t xml:space="preserve">Di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pabrik</w:t>
            </w:r>
            <w:proofErr w:type="spellEnd"/>
            <w:r>
              <w:t xml:space="preserve"> </w:t>
            </w:r>
            <w:proofErr w:type="spellStart"/>
            <w:r>
              <w:t>tekstil</w:t>
            </w:r>
            <w:proofErr w:type="spellEnd"/>
            <w:r>
              <w:t xml:space="preserve">, </w:t>
            </w:r>
            <w:proofErr w:type="spellStart"/>
            <w:r>
              <w:t>ratusan</w:t>
            </w:r>
            <w:proofErr w:type="spellEnd"/>
            <w:r>
              <w:t xml:space="preserve"> </w:t>
            </w:r>
            <w:proofErr w:type="spellStart"/>
            <w:r>
              <w:t>buruh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aksi</w:t>
            </w:r>
            <w:proofErr w:type="spellEnd"/>
            <w:r>
              <w:t xml:space="preserve"> </w:t>
            </w:r>
            <w:proofErr w:type="spellStart"/>
            <w:r>
              <w:t>demonstrasi</w:t>
            </w:r>
            <w:proofErr w:type="spellEnd"/>
            <w:r>
              <w:t xml:space="preserve"> </w:t>
            </w:r>
            <w:proofErr w:type="spellStart"/>
            <w:r>
              <w:t>menuntut</w:t>
            </w:r>
            <w:proofErr w:type="spellEnd"/>
            <w:r>
              <w:t xml:space="preserve"> </w:t>
            </w:r>
            <w:proofErr w:type="spellStart"/>
            <w:r>
              <w:t>kenaikan</w:t>
            </w:r>
            <w:proofErr w:type="spellEnd"/>
            <w:r>
              <w:t xml:space="preserve"> </w:t>
            </w:r>
            <w:proofErr w:type="spellStart"/>
            <w:r>
              <w:t>upah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standar</w:t>
            </w:r>
            <w:proofErr w:type="spellEnd"/>
            <w:r>
              <w:t xml:space="preserve"> </w:t>
            </w:r>
            <w:proofErr w:type="spellStart"/>
            <w:r>
              <w:t>hidup</w:t>
            </w:r>
            <w:proofErr w:type="spellEnd"/>
            <w:r>
              <w:t xml:space="preserve"> </w:t>
            </w:r>
            <w:proofErr w:type="spellStart"/>
            <w:r>
              <w:t>layak</w:t>
            </w:r>
            <w:proofErr w:type="spellEnd"/>
            <w:r>
              <w:t xml:space="preserve">. Di </w:t>
            </w:r>
            <w:proofErr w:type="spellStart"/>
            <w:r>
              <w:t>sisi</w:t>
            </w:r>
            <w:proofErr w:type="spellEnd"/>
            <w:r>
              <w:t xml:space="preserve"> </w:t>
            </w:r>
            <w:proofErr w:type="spellStart"/>
            <w:r>
              <w:t>lain</w:t>
            </w:r>
            <w:proofErr w:type="spellEnd"/>
            <w:r>
              <w:t xml:space="preserve">,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manajemen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  <w:r>
              <w:t xml:space="preserve"> </w:t>
            </w:r>
            <w:proofErr w:type="spellStart"/>
            <w:r>
              <w:t>berargumen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kenaikan</w:t>
            </w:r>
            <w:proofErr w:type="spellEnd"/>
            <w:r>
              <w:t xml:space="preserve"> </w:t>
            </w:r>
            <w:proofErr w:type="spellStart"/>
            <w:r>
              <w:t>upah</w:t>
            </w:r>
            <w:proofErr w:type="spellEnd"/>
            <w:r>
              <w:t xml:space="preserve"> yang </w:t>
            </w:r>
            <w:proofErr w:type="spellStart"/>
            <w:r>
              <w:t>signifikan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membebani</w:t>
            </w:r>
            <w:proofErr w:type="spellEnd"/>
            <w:r>
              <w:t xml:space="preserve"> </w:t>
            </w:r>
            <w:proofErr w:type="spellStart"/>
            <w:r>
              <w:t>biaya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  <w:r>
              <w:t xml:space="preserve"> dan </w:t>
            </w:r>
            <w:proofErr w:type="spellStart"/>
            <w:r>
              <w:t>mengancam</w:t>
            </w:r>
            <w:proofErr w:type="spellEnd"/>
            <w:r>
              <w:t xml:space="preserve"> </w:t>
            </w:r>
            <w:proofErr w:type="spellStart"/>
            <w:r>
              <w:t>kelangsungan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 xml:space="preserve"> di </w:t>
            </w:r>
            <w:proofErr w:type="spellStart"/>
            <w:r>
              <w:t>tengah</w:t>
            </w:r>
            <w:proofErr w:type="spellEnd"/>
            <w:r>
              <w:t xml:space="preserve"> </w:t>
            </w:r>
            <w:proofErr w:type="spellStart"/>
            <w:r>
              <w:t>krisis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Akar</w:t>
            </w:r>
            <w:proofErr w:type="spellEnd"/>
            <w:r>
              <w:t xml:space="preserve"> </w:t>
            </w:r>
            <w:proofErr w:type="spellStart"/>
            <w:r>
              <w:t>penyebab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buruh</w:t>
            </w:r>
            <w:proofErr w:type="spellEnd"/>
            <w:r>
              <w:t xml:space="preserve"> dan </w:t>
            </w:r>
            <w:proofErr w:type="spellStart"/>
            <w:r>
              <w:t>manajemen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ilustrasi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>...</w:t>
            </w:r>
          </w:p>
          <w:p w:rsidR="00AA1A0E" w:rsidRDefault="001E1470">
            <w:r>
              <w:t xml:space="preserve">A. </w:t>
            </w:r>
            <w:proofErr w:type="spellStart"/>
            <w:r>
              <w:t>Perbedaan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</w:t>
            </w:r>
            <w:proofErr w:type="spellStart"/>
            <w:r>
              <w:t>belakang</w:t>
            </w:r>
            <w:proofErr w:type="spellEnd"/>
            <w:r>
              <w:t xml:space="preserve"> </w:t>
            </w:r>
            <w:proofErr w:type="spellStart"/>
            <w:r>
              <w:t>kebudayaan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pemilik</w:t>
            </w:r>
            <w:proofErr w:type="spellEnd"/>
            <w:r>
              <w:t xml:space="preserve"> modal dan </w:t>
            </w:r>
            <w:proofErr w:type="spellStart"/>
            <w:r>
              <w:t>pekerja</w:t>
            </w:r>
            <w:proofErr w:type="spellEnd"/>
          </w:p>
          <w:p w:rsidR="00AA1A0E" w:rsidRDefault="001E1470">
            <w:r>
              <w:t xml:space="preserve">B.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prasangka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manajemen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</w:p>
          <w:p w:rsidR="00AA1A0E" w:rsidRDefault="001E1470">
            <w:r>
              <w:t xml:space="preserve">C.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nilai-nilai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industri</w:t>
            </w:r>
            <w:proofErr w:type="spellEnd"/>
          </w:p>
          <w:p w:rsidR="00AA1A0E" w:rsidRDefault="001E1470">
            <w:r>
              <w:t xml:space="preserve">D. </w:t>
            </w:r>
            <w:proofErr w:type="spellStart"/>
            <w:r>
              <w:t>Perbedaan</w:t>
            </w:r>
            <w:proofErr w:type="spellEnd"/>
            <w:r>
              <w:t xml:space="preserve"> </w:t>
            </w:r>
            <w:proofErr w:type="spellStart"/>
            <w:r>
              <w:t>kepentingan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 yang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bertentangan</w:t>
            </w:r>
            <w:proofErr w:type="spellEnd"/>
          </w:p>
          <w:p w:rsidR="00AA1A0E" w:rsidRDefault="001E1470">
            <w:r>
              <w:t xml:space="preserve">E. </w:t>
            </w:r>
            <w:proofErr w:type="spellStart"/>
            <w:r>
              <w:t>Lemahnya</w:t>
            </w:r>
            <w:proofErr w:type="spellEnd"/>
            <w:r>
              <w:t xml:space="preserve"> </w:t>
            </w:r>
            <w:proofErr w:type="spellStart"/>
            <w:r>
              <w:t>komunikasi</w:t>
            </w:r>
            <w:proofErr w:type="spellEnd"/>
            <w:r>
              <w:t xml:space="preserve"> </w:t>
            </w:r>
            <w:proofErr w:type="spellStart"/>
            <w:r>
              <w:t>antar</w:t>
            </w:r>
            <w:proofErr w:type="spellEnd"/>
            <w:r>
              <w:t xml:space="preserve"> personal di </w:t>
            </w:r>
            <w:proofErr w:type="spellStart"/>
            <w:r>
              <w:t>tingkat</w:t>
            </w:r>
            <w:proofErr w:type="spellEnd"/>
            <w:r>
              <w:t xml:space="preserve"> divisi </w:t>
            </w:r>
            <w:proofErr w:type="spellStart"/>
            <w:r>
              <w:t>produksi</w:t>
            </w:r>
            <w:proofErr w:type="spellEnd"/>
          </w:p>
          <w:p w:rsidR="00AA1A0E" w:rsidRDefault="00AA1A0E"/>
          <w:p w:rsidR="00AA1A0E" w:rsidRDefault="001E1470">
            <w:proofErr w:type="spellStart"/>
            <w:r>
              <w:t>Akar</w:t>
            </w:r>
            <w:proofErr w:type="spellEnd"/>
            <w:r>
              <w:t xml:space="preserve"> </w:t>
            </w:r>
            <w:proofErr w:type="spellStart"/>
            <w:r>
              <w:t>penyebab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buruh</w:t>
            </w:r>
            <w:proofErr w:type="spellEnd"/>
            <w:r>
              <w:t xml:space="preserve"> dan </w:t>
            </w:r>
            <w:proofErr w:type="spellStart"/>
            <w:r>
              <w:t>manajemen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ilustrasi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>...</w:t>
            </w:r>
          </w:p>
          <w:p w:rsidR="00AA1A0E" w:rsidRDefault="001E1470">
            <w:r>
              <w:t xml:space="preserve">A. </w:t>
            </w:r>
            <w:proofErr w:type="spellStart"/>
            <w:r>
              <w:t>Perbedaan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</w:t>
            </w:r>
            <w:proofErr w:type="spellStart"/>
            <w:r>
              <w:t>belakang</w:t>
            </w:r>
            <w:proofErr w:type="spellEnd"/>
            <w:r>
              <w:t xml:space="preserve"> </w:t>
            </w:r>
            <w:proofErr w:type="spellStart"/>
            <w:r>
              <w:t>kebudayaan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pemilik</w:t>
            </w:r>
            <w:proofErr w:type="spellEnd"/>
            <w:r>
              <w:t xml:space="preserve"> modal dan </w:t>
            </w:r>
            <w:proofErr w:type="spellStart"/>
            <w:r>
              <w:t>pekerja</w:t>
            </w:r>
            <w:proofErr w:type="spellEnd"/>
          </w:p>
          <w:p w:rsidR="00AA1A0E" w:rsidRDefault="001E1470">
            <w:r>
              <w:t xml:space="preserve">B.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prasangka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manajemen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</w:p>
          <w:p w:rsidR="00AA1A0E" w:rsidRDefault="001E1470">
            <w:r>
              <w:t xml:space="preserve">C.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nilai-nilai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industri</w:t>
            </w:r>
            <w:proofErr w:type="spellEnd"/>
          </w:p>
          <w:p w:rsidR="00AA1A0E" w:rsidRDefault="001E1470">
            <w:r>
              <w:t xml:space="preserve">D. </w:t>
            </w:r>
            <w:proofErr w:type="spellStart"/>
            <w:r>
              <w:t>Perbedaan</w:t>
            </w:r>
            <w:proofErr w:type="spellEnd"/>
            <w:r>
              <w:t xml:space="preserve"> </w:t>
            </w:r>
            <w:proofErr w:type="spellStart"/>
            <w:r>
              <w:t>kepentingan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 yang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bertentangan</w:t>
            </w:r>
            <w:proofErr w:type="spellEnd"/>
          </w:p>
          <w:p w:rsidR="00AA1A0E" w:rsidRDefault="001E1470">
            <w:r>
              <w:t xml:space="preserve">E. </w:t>
            </w:r>
            <w:proofErr w:type="spellStart"/>
            <w:r>
              <w:t>Lemahnya</w:t>
            </w:r>
            <w:proofErr w:type="spellEnd"/>
            <w:r>
              <w:t xml:space="preserve"> </w:t>
            </w:r>
            <w:proofErr w:type="spellStart"/>
            <w:r>
              <w:t>komunikasi</w:t>
            </w:r>
            <w:proofErr w:type="spellEnd"/>
            <w:r>
              <w:t xml:space="preserve"> </w:t>
            </w:r>
            <w:proofErr w:type="spellStart"/>
            <w:r>
              <w:t>antar</w:t>
            </w:r>
            <w:proofErr w:type="spellEnd"/>
            <w:r>
              <w:t xml:space="preserve"> personal di </w:t>
            </w:r>
            <w:proofErr w:type="spellStart"/>
            <w:r>
              <w:t>tingkat</w:t>
            </w:r>
            <w:proofErr w:type="spellEnd"/>
            <w:r>
              <w:t xml:space="preserve"> divisi </w:t>
            </w:r>
            <w:proofErr w:type="spellStart"/>
            <w:r>
              <w:t>produksi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D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Tuntutan</w:t>
            </w:r>
            <w:proofErr w:type="spellEnd"/>
            <w:r>
              <w:t xml:space="preserve"> </w:t>
            </w:r>
            <w:proofErr w:type="spellStart"/>
            <w:r>
              <w:t>kenaikan</w:t>
            </w:r>
            <w:proofErr w:type="spellEnd"/>
            <w:r>
              <w:t xml:space="preserve"> </w:t>
            </w:r>
            <w:proofErr w:type="spellStart"/>
            <w:r>
              <w:t>upah</w:t>
            </w:r>
            <w:proofErr w:type="spellEnd"/>
            <w:r>
              <w:t xml:space="preserve"> oleh </w:t>
            </w:r>
            <w:proofErr w:type="spellStart"/>
            <w:r>
              <w:t>buruh</w:t>
            </w:r>
            <w:proofErr w:type="spellEnd"/>
            <w:r>
              <w:t xml:space="preserve"> dan </w:t>
            </w:r>
            <w:proofErr w:type="spellStart"/>
            <w:r>
              <w:t>penolakan</w:t>
            </w:r>
            <w:proofErr w:type="spellEnd"/>
            <w:r>
              <w:t xml:space="preserve"> </w:t>
            </w:r>
            <w:proofErr w:type="spellStart"/>
            <w:r>
              <w:t>manajemen</w:t>
            </w:r>
            <w:proofErr w:type="spellEnd"/>
            <w:r>
              <w:t xml:space="preserve"> </w:t>
            </w:r>
            <w:proofErr w:type="spellStart"/>
            <w:r>
              <w:t>bersumber</w:t>
            </w:r>
            <w:proofErr w:type="spellEnd"/>
            <w:r>
              <w:t xml:space="preserve"> pada </w:t>
            </w:r>
            <w:proofErr w:type="spellStart"/>
            <w:r>
              <w:t>perbedaan</w:t>
            </w:r>
            <w:proofErr w:type="spellEnd"/>
            <w:r>
              <w:t xml:space="preserve"> </w:t>
            </w:r>
            <w:proofErr w:type="spellStart"/>
            <w:r>
              <w:t>kepentingan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6"/>
        <w:gridCol w:w="6790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15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Kesetaraan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afirmatif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F1126">
            <w:r>
              <w:t>C5</w:t>
            </w:r>
            <w:r w:rsidR="001E1470">
              <w:t xml:space="preserve"> (</w:t>
            </w:r>
            <w:proofErr w:type="spellStart"/>
            <w:r w:rsidR="001E1470">
              <w:t>Mengevaluasi</w:t>
            </w:r>
            <w:proofErr w:type="spellEnd"/>
            <w:r w:rsidR="001E1470"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Biasa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kuota</w:t>
            </w:r>
            <w:proofErr w:type="spellEnd"/>
            <w:r>
              <w:t xml:space="preserve"> minimal 30 </w:t>
            </w:r>
            <w:proofErr w:type="spellStart"/>
            <w:r>
              <w:t>persen</w:t>
            </w:r>
            <w:proofErr w:type="spellEnd"/>
            <w:r>
              <w:t xml:space="preserve"> </w:t>
            </w:r>
            <w:proofErr w:type="spellStart"/>
            <w:r>
              <w:t>keterwakilan</w:t>
            </w:r>
            <w:proofErr w:type="spellEnd"/>
            <w:r>
              <w:t xml:space="preserve"> </w:t>
            </w:r>
            <w:proofErr w:type="spellStart"/>
            <w:r>
              <w:t>perempuan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kepengurusan</w:t>
            </w:r>
            <w:proofErr w:type="spellEnd"/>
            <w:r>
              <w:t xml:space="preserve"> </w:t>
            </w:r>
            <w:proofErr w:type="spellStart"/>
            <w:r>
              <w:t>partai</w:t>
            </w:r>
            <w:proofErr w:type="spellEnd"/>
            <w:r>
              <w:t xml:space="preserve"> </w:t>
            </w:r>
            <w:proofErr w:type="spellStart"/>
            <w:r>
              <w:t>politik</w:t>
            </w:r>
            <w:proofErr w:type="spellEnd"/>
            <w:r>
              <w:t xml:space="preserve"> di </w:t>
            </w:r>
            <w:proofErr w:type="spellStart"/>
            <w:r>
              <w:t>tingkat</w:t>
            </w:r>
            <w:proofErr w:type="spellEnd"/>
            <w:r>
              <w:t xml:space="preserve"> </w:t>
            </w:r>
            <w:proofErr w:type="spellStart"/>
            <w:r>
              <w:t>pusat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syarat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pemilu</w:t>
            </w:r>
            <w:proofErr w:type="spellEnd"/>
            <w:r>
              <w:t xml:space="preserve">.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bertujuan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mendorong</w:t>
            </w:r>
            <w:proofErr w:type="spellEnd"/>
            <w:r>
              <w:t xml:space="preserve"> </w:t>
            </w:r>
            <w:proofErr w:type="spellStart"/>
            <w:r>
              <w:t>partisipasi</w:t>
            </w:r>
            <w:proofErr w:type="spellEnd"/>
            <w:r>
              <w:t xml:space="preserve"> </w:t>
            </w:r>
            <w:proofErr w:type="spellStart"/>
            <w:r>
              <w:t>politik</w:t>
            </w:r>
            <w:proofErr w:type="spellEnd"/>
            <w:r>
              <w:t xml:space="preserve"> </w:t>
            </w:r>
            <w:proofErr w:type="spellStart"/>
            <w:r>
              <w:t>perempuan</w:t>
            </w:r>
            <w:proofErr w:type="spellEnd"/>
            <w:r>
              <w:t xml:space="preserve"> yang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historis</w:t>
            </w:r>
            <w:proofErr w:type="spellEnd"/>
            <w:r>
              <w:t xml:space="preserve"> </w:t>
            </w:r>
            <w:proofErr w:type="spellStart"/>
            <w:r>
              <w:t>masih</w:t>
            </w:r>
            <w:proofErr w:type="spellEnd"/>
            <w:r>
              <w:t xml:space="preserve"> </w:t>
            </w:r>
            <w:proofErr w:type="spellStart"/>
            <w:r>
              <w:t>rendah</w:t>
            </w:r>
            <w:proofErr w:type="spellEnd"/>
            <w:r>
              <w:t>.</w:t>
            </w:r>
          </w:p>
          <w:p w:rsidR="00AA1A0E" w:rsidRDefault="001E1470"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kuota</w:t>
            </w:r>
            <w:proofErr w:type="spellEnd"/>
            <w:r>
              <w:t xml:space="preserve"> minimal 30 </w:t>
            </w:r>
            <w:proofErr w:type="spellStart"/>
            <w:r>
              <w:t>persen</w:t>
            </w:r>
            <w:proofErr w:type="spellEnd"/>
            <w:r>
              <w:t xml:space="preserve"> </w:t>
            </w:r>
            <w:proofErr w:type="spellStart"/>
            <w:r>
              <w:t>keterwakilan</w:t>
            </w:r>
            <w:proofErr w:type="spellEnd"/>
            <w:r>
              <w:t xml:space="preserve"> </w:t>
            </w:r>
            <w:proofErr w:type="spellStart"/>
            <w:r>
              <w:t>perempuan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kepengurusan</w:t>
            </w:r>
            <w:proofErr w:type="spellEnd"/>
            <w:r>
              <w:t xml:space="preserve"> </w:t>
            </w:r>
            <w:proofErr w:type="spellStart"/>
            <w:r>
              <w:t>partai</w:t>
            </w:r>
            <w:proofErr w:type="spellEnd"/>
            <w:r>
              <w:t xml:space="preserve"> </w:t>
            </w:r>
            <w:proofErr w:type="spellStart"/>
            <w:r>
              <w:t>politik</w:t>
            </w:r>
            <w:proofErr w:type="spellEnd"/>
            <w:r>
              <w:t xml:space="preserve"> di </w:t>
            </w:r>
            <w:proofErr w:type="spellStart"/>
            <w:r>
              <w:t>tingkat</w:t>
            </w:r>
            <w:proofErr w:type="spellEnd"/>
            <w:r>
              <w:t xml:space="preserve"> </w:t>
            </w:r>
            <w:proofErr w:type="spellStart"/>
            <w:r>
              <w:t>pusat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syarat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pemilu</w:t>
            </w:r>
            <w:proofErr w:type="spellEnd"/>
            <w:r>
              <w:t xml:space="preserve">.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bertujuan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mendorong</w:t>
            </w:r>
            <w:proofErr w:type="spellEnd"/>
            <w:r>
              <w:t xml:space="preserve"> </w:t>
            </w:r>
            <w:proofErr w:type="spellStart"/>
            <w:r>
              <w:t>partisipasi</w:t>
            </w:r>
            <w:proofErr w:type="spellEnd"/>
            <w:r>
              <w:t xml:space="preserve"> </w:t>
            </w:r>
            <w:proofErr w:type="spellStart"/>
            <w:r>
              <w:t>politik</w:t>
            </w:r>
            <w:proofErr w:type="spellEnd"/>
            <w:r>
              <w:t xml:space="preserve"> </w:t>
            </w:r>
            <w:proofErr w:type="spellStart"/>
            <w:r>
              <w:t>perempuan</w:t>
            </w:r>
            <w:proofErr w:type="spellEnd"/>
            <w:r>
              <w:t xml:space="preserve"> yang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historis</w:t>
            </w:r>
            <w:proofErr w:type="spellEnd"/>
            <w:r>
              <w:t xml:space="preserve"> </w:t>
            </w:r>
            <w:proofErr w:type="spellStart"/>
            <w:r>
              <w:t>masih</w:t>
            </w:r>
            <w:proofErr w:type="spellEnd"/>
            <w:r>
              <w:t xml:space="preserve"> </w:t>
            </w:r>
            <w:proofErr w:type="spellStart"/>
            <w:r>
              <w:t>rendah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lastRenderedPageBreak/>
              <w:t>Bagaimanakah</w:t>
            </w:r>
            <w:proofErr w:type="spellEnd"/>
            <w:r>
              <w:t xml:space="preserve"> </w:t>
            </w:r>
            <w:proofErr w:type="spellStart"/>
            <w:r>
              <w:t>evaluasi</w:t>
            </w:r>
            <w:proofErr w:type="spellEnd"/>
            <w:r>
              <w:t xml:space="preserve"> </w:t>
            </w:r>
            <w:proofErr w:type="spellStart"/>
            <w:r>
              <w:t>sosiologis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efektivitas</w:t>
            </w:r>
            <w:proofErr w:type="spellEnd"/>
            <w:r>
              <w:t xml:space="preserve">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kuota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kesetaraan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?</w:t>
            </w:r>
          </w:p>
          <w:p w:rsidR="00AA1A0E" w:rsidRDefault="001E1470">
            <w:r>
              <w:t xml:space="preserve">A.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langkah</w:t>
            </w:r>
            <w:proofErr w:type="spellEnd"/>
            <w:r>
              <w:t xml:space="preserve"> </w:t>
            </w:r>
            <w:proofErr w:type="spellStart"/>
            <w:r>
              <w:t>strategis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mengoreksi</w:t>
            </w:r>
            <w:proofErr w:type="spellEnd"/>
            <w:r>
              <w:t xml:space="preserve"> </w:t>
            </w:r>
            <w:proofErr w:type="spellStart"/>
            <w:r>
              <w:t>ketimpangan</w:t>
            </w:r>
            <w:proofErr w:type="spellEnd"/>
            <w:r>
              <w:t xml:space="preserve"> </w:t>
            </w:r>
            <w:proofErr w:type="spellStart"/>
            <w:r>
              <w:t>akses</w:t>
            </w:r>
            <w:proofErr w:type="spellEnd"/>
            <w:r>
              <w:t xml:space="preserve"> </w:t>
            </w:r>
            <w:proofErr w:type="spellStart"/>
            <w:r>
              <w:t>kekuasaan</w:t>
            </w:r>
            <w:proofErr w:type="spellEnd"/>
            <w:r>
              <w:t xml:space="preserve"> yang </w:t>
            </w:r>
            <w:proofErr w:type="spellStart"/>
            <w:r>
              <w:t>terstruktur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historis</w:t>
            </w:r>
            <w:proofErr w:type="spellEnd"/>
            <w:r>
              <w:t>.</w:t>
            </w:r>
          </w:p>
          <w:p w:rsidR="00AA1A0E" w:rsidRDefault="001E1470">
            <w:r>
              <w:t xml:space="preserve">B.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efektif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formalitas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mengubah</w:t>
            </w:r>
            <w:proofErr w:type="spellEnd"/>
            <w:r>
              <w:t xml:space="preserve"> </w:t>
            </w:r>
            <w:proofErr w:type="spellStart"/>
            <w:r>
              <w:t>persepsi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peran</w:t>
            </w:r>
            <w:proofErr w:type="spellEnd"/>
            <w:r>
              <w:t xml:space="preserve"> </w:t>
            </w:r>
            <w:proofErr w:type="spellStart"/>
            <w:r>
              <w:t>perempuan</w:t>
            </w:r>
            <w:proofErr w:type="spellEnd"/>
            <w:r>
              <w:t>.</w:t>
            </w:r>
          </w:p>
          <w:p w:rsidR="00AA1A0E" w:rsidRDefault="001E1470">
            <w:r>
              <w:t xml:space="preserve">C.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melanggar</w:t>
            </w:r>
            <w:proofErr w:type="spellEnd"/>
            <w:r>
              <w:t xml:space="preserve"> </w:t>
            </w:r>
            <w:proofErr w:type="spellStart"/>
            <w:r>
              <w:t>prinsip</w:t>
            </w:r>
            <w:proofErr w:type="spellEnd"/>
            <w:r>
              <w:t xml:space="preserve"> </w:t>
            </w:r>
            <w:proofErr w:type="spellStart"/>
            <w:r>
              <w:t>meritokrasi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mengutamakan</w:t>
            </w:r>
            <w:proofErr w:type="spellEnd"/>
            <w:r>
              <w:t xml:space="preserve"> gender di </w:t>
            </w:r>
            <w:proofErr w:type="spellStart"/>
            <w:r>
              <w:t>atas</w:t>
            </w:r>
            <w:proofErr w:type="spellEnd"/>
            <w:r>
              <w:t xml:space="preserve"> </w:t>
            </w:r>
            <w:proofErr w:type="spellStart"/>
            <w:r>
              <w:t>kemampuan</w:t>
            </w:r>
            <w:proofErr w:type="spellEnd"/>
            <w:r>
              <w:t xml:space="preserve"> </w:t>
            </w:r>
            <w:proofErr w:type="spellStart"/>
            <w:r>
              <w:t>profesional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justru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diskriminasi</w:t>
            </w:r>
            <w:proofErr w:type="spellEnd"/>
            <w:r>
              <w:t xml:space="preserve"> </w:t>
            </w:r>
            <w:proofErr w:type="spellStart"/>
            <w:r>
              <w:t>baru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laki-laki</w:t>
            </w:r>
            <w:proofErr w:type="spellEnd"/>
            <w:r>
              <w:t xml:space="preserve"> yang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kompetensi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tinggi</w:t>
            </w:r>
            <w:proofErr w:type="spellEnd"/>
            <w:r>
              <w:t>.</w:t>
            </w:r>
          </w:p>
          <w:p w:rsidR="00AA1A0E" w:rsidRDefault="001E1470">
            <w:r>
              <w:t xml:space="preserve">E. </w:t>
            </w:r>
            <w:proofErr w:type="spellStart"/>
            <w:r>
              <w:t>Efektivitas</w:t>
            </w:r>
            <w:proofErr w:type="spellEnd"/>
            <w:r>
              <w:t xml:space="preserve">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sepenuhnya</w:t>
            </w:r>
            <w:proofErr w:type="spellEnd"/>
            <w:r>
              <w:t xml:space="preserve"> </w:t>
            </w:r>
            <w:proofErr w:type="spellStart"/>
            <w:r>
              <w:t>bergantung</w:t>
            </w:r>
            <w:proofErr w:type="spellEnd"/>
            <w:r>
              <w:t xml:space="preserve"> pada </w:t>
            </w:r>
            <w:proofErr w:type="spellStart"/>
            <w:r>
              <w:t>ketersediaan</w:t>
            </w:r>
            <w:proofErr w:type="spellEnd"/>
            <w:r>
              <w:t xml:space="preserve"> dana </w:t>
            </w:r>
            <w:proofErr w:type="spellStart"/>
            <w:r>
              <w:t>bantuan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lembaga</w:t>
            </w:r>
            <w:proofErr w:type="spellEnd"/>
            <w:r>
              <w:t xml:space="preserve"> </w:t>
            </w:r>
            <w:proofErr w:type="spellStart"/>
            <w:r>
              <w:t>swadaya</w:t>
            </w:r>
            <w:proofErr w:type="spellEnd"/>
            <w:r>
              <w:t xml:space="preserve"> </w:t>
            </w:r>
            <w:proofErr w:type="spellStart"/>
            <w:r>
              <w:t>internasional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Bagaimanakah</w:t>
            </w:r>
            <w:proofErr w:type="spellEnd"/>
            <w:r>
              <w:t xml:space="preserve"> </w:t>
            </w:r>
            <w:proofErr w:type="spellStart"/>
            <w:r>
              <w:t>evaluasi</w:t>
            </w:r>
            <w:proofErr w:type="spellEnd"/>
            <w:r>
              <w:t xml:space="preserve"> </w:t>
            </w:r>
            <w:proofErr w:type="spellStart"/>
            <w:r>
              <w:t>sosiologis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efektivitas</w:t>
            </w:r>
            <w:proofErr w:type="spellEnd"/>
            <w:r>
              <w:t xml:space="preserve">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kuota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kesetaraan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?</w:t>
            </w:r>
          </w:p>
          <w:p w:rsidR="00AA1A0E" w:rsidRDefault="001E1470">
            <w:r>
              <w:t xml:space="preserve">A.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langkah</w:t>
            </w:r>
            <w:proofErr w:type="spellEnd"/>
            <w:r>
              <w:t xml:space="preserve"> </w:t>
            </w:r>
            <w:proofErr w:type="spellStart"/>
            <w:r>
              <w:t>strategis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mengoreksi</w:t>
            </w:r>
            <w:proofErr w:type="spellEnd"/>
            <w:r>
              <w:t xml:space="preserve"> </w:t>
            </w:r>
            <w:proofErr w:type="spellStart"/>
            <w:r>
              <w:t>ketimpangan</w:t>
            </w:r>
            <w:proofErr w:type="spellEnd"/>
            <w:r>
              <w:t xml:space="preserve"> </w:t>
            </w:r>
            <w:proofErr w:type="spellStart"/>
            <w:r>
              <w:t>akses</w:t>
            </w:r>
            <w:proofErr w:type="spellEnd"/>
            <w:r>
              <w:t xml:space="preserve"> </w:t>
            </w:r>
            <w:proofErr w:type="spellStart"/>
            <w:r>
              <w:t>kekuasaan</w:t>
            </w:r>
            <w:proofErr w:type="spellEnd"/>
            <w:r>
              <w:t xml:space="preserve"> yang </w:t>
            </w:r>
            <w:proofErr w:type="spellStart"/>
            <w:r>
              <w:t>terstruktur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historis</w:t>
            </w:r>
            <w:proofErr w:type="spellEnd"/>
            <w:r>
              <w:t>.</w:t>
            </w:r>
          </w:p>
          <w:p w:rsidR="00AA1A0E" w:rsidRDefault="001E1470">
            <w:r>
              <w:t xml:space="preserve">B.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efektif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formalitas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mengubah</w:t>
            </w:r>
            <w:proofErr w:type="spellEnd"/>
            <w:r>
              <w:t xml:space="preserve"> </w:t>
            </w:r>
            <w:proofErr w:type="spellStart"/>
            <w:r>
              <w:t>persepsi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peran</w:t>
            </w:r>
            <w:proofErr w:type="spellEnd"/>
            <w:r>
              <w:t xml:space="preserve"> </w:t>
            </w:r>
            <w:proofErr w:type="spellStart"/>
            <w:r>
              <w:t>perempuan</w:t>
            </w:r>
            <w:proofErr w:type="spellEnd"/>
            <w:r>
              <w:t>.</w:t>
            </w:r>
          </w:p>
          <w:p w:rsidR="00AA1A0E" w:rsidRDefault="001E1470">
            <w:r>
              <w:t xml:space="preserve">C.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melanggar</w:t>
            </w:r>
            <w:proofErr w:type="spellEnd"/>
            <w:r>
              <w:t xml:space="preserve"> </w:t>
            </w:r>
            <w:proofErr w:type="spellStart"/>
            <w:r>
              <w:t>prinsip</w:t>
            </w:r>
            <w:proofErr w:type="spellEnd"/>
            <w:r>
              <w:t xml:space="preserve"> </w:t>
            </w:r>
            <w:proofErr w:type="spellStart"/>
            <w:r>
              <w:t>meritokrasi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mengutamakan</w:t>
            </w:r>
            <w:proofErr w:type="spellEnd"/>
            <w:r>
              <w:t xml:space="preserve"> gender di </w:t>
            </w:r>
            <w:proofErr w:type="spellStart"/>
            <w:r>
              <w:t>atas</w:t>
            </w:r>
            <w:proofErr w:type="spellEnd"/>
            <w:r>
              <w:t xml:space="preserve"> </w:t>
            </w:r>
            <w:proofErr w:type="spellStart"/>
            <w:r>
              <w:t>kemampuan</w:t>
            </w:r>
            <w:proofErr w:type="spellEnd"/>
            <w:r>
              <w:t xml:space="preserve"> </w:t>
            </w:r>
            <w:proofErr w:type="spellStart"/>
            <w:r>
              <w:t>profesional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justru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diskriminasi</w:t>
            </w:r>
            <w:proofErr w:type="spellEnd"/>
            <w:r>
              <w:t xml:space="preserve"> </w:t>
            </w:r>
            <w:proofErr w:type="spellStart"/>
            <w:r>
              <w:t>baru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laki-laki</w:t>
            </w:r>
            <w:proofErr w:type="spellEnd"/>
            <w:r>
              <w:t xml:space="preserve"> yang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kompetensi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tinggi</w:t>
            </w:r>
            <w:proofErr w:type="spellEnd"/>
            <w:r>
              <w:t>.</w:t>
            </w:r>
          </w:p>
          <w:p w:rsidR="00AA1A0E" w:rsidRDefault="001E1470">
            <w:r>
              <w:t xml:space="preserve">E. </w:t>
            </w:r>
            <w:proofErr w:type="spellStart"/>
            <w:r>
              <w:t>Efektivitas</w:t>
            </w:r>
            <w:proofErr w:type="spellEnd"/>
            <w:r>
              <w:t xml:space="preserve">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sepenuhnya</w:t>
            </w:r>
            <w:proofErr w:type="spellEnd"/>
            <w:r>
              <w:t xml:space="preserve"> </w:t>
            </w:r>
            <w:proofErr w:type="spellStart"/>
            <w:r>
              <w:t>bergantung</w:t>
            </w:r>
            <w:proofErr w:type="spellEnd"/>
            <w:r>
              <w:t xml:space="preserve"> pada </w:t>
            </w:r>
            <w:proofErr w:type="spellStart"/>
            <w:r>
              <w:t>ketersediaan</w:t>
            </w:r>
            <w:proofErr w:type="spellEnd"/>
            <w:r>
              <w:t xml:space="preserve"> dana </w:t>
            </w:r>
            <w:proofErr w:type="spellStart"/>
            <w:r>
              <w:t>bantuan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lembaga</w:t>
            </w:r>
            <w:proofErr w:type="spellEnd"/>
            <w:r>
              <w:t xml:space="preserve"> </w:t>
            </w:r>
            <w:proofErr w:type="spellStart"/>
            <w:r>
              <w:t>swadaya</w:t>
            </w:r>
            <w:proofErr w:type="spellEnd"/>
            <w:r>
              <w:t xml:space="preserve"> </w:t>
            </w:r>
            <w:proofErr w:type="spellStart"/>
            <w:r>
              <w:t>internasional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A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kuota</w:t>
            </w:r>
            <w:proofErr w:type="spellEnd"/>
            <w:r>
              <w:t xml:space="preserve"> </w:t>
            </w:r>
            <w:proofErr w:type="spellStart"/>
            <w:r>
              <w:t>perempuan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langkah</w:t>
            </w:r>
            <w:proofErr w:type="spellEnd"/>
            <w:r>
              <w:t xml:space="preserve"> </w:t>
            </w:r>
            <w:proofErr w:type="spellStart"/>
            <w:r>
              <w:t>stategis</w:t>
            </w:r>
            <w:proofErr w:type="spellEnd"/>
            <w:r>
              <w:t xml:space="preserve"> </w:t>
            </w:r>
            <w:proofErr w:type="spellStart"/>
            <w:r>
              <w:t>mengoreksi</w:t>
            </w:r>
            <w:proofErr w:type="spellEnd"/>
            <w:r>
              <w:t xml:space="preserve"> </w:t>
            </w:r>
            <w:proofErr w:type="spellStart"/>
            <w:r>
              <w:t>ketimpangan</w:t>
            </w:r>
            <w:proofErr w:type="spellEnd"/>
            <w:r>
              <w:t xml:space="preserve"> </w:t>
            </w:r>
            <w:proofErr w:type="spellStart"/>
            <w:r>
              <w:t>akses</w:t>
            </w:r>
            <w:proofErr w:type="spellEnd"/>
            <w:r>
              <w:t xml:space="preserve"> </w:t>
            </w:r>
            <w:proofErr w:type="spellStart"/>
            <w:r>
              <w:t>politik</w:t>
            </w:r>
            <w:proofErr w:type="spellEnd"/>
            <w:r>
              <w:t xml:space="preserve"> yang </w:t>
            </w:r>
            <w:proofErr w:type="spellStart"/>
            <w:r>
              <w:t>terstruktur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3"/>
        <w:gridCol w:w="6793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16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Integrasi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merancang</w:t>
            </w:r>
            <w:proofErr w:type="spellEnd"/>
            <w:r>
              <w:t xml:space="preserve"> program </w:t>
            </w:r>
            <w:proofErr w:type="spellStart"/>
            <w:r>
              <w:t>integrasi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antar</w:t>
            </w:r>
            <w:proofErr w:type="spellEnd"/>
            <w:r>
              <w:t xml:space="preserve"> </w:t>
            </w:r>
            <w:proofErr w:type="spellStart"/>
            <w:r>
              <w:t>etnis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F1126">
            <w:r>
              <w:t>C6</w:t>
            </w:r>
            <w:r w:rsidR="001E1470">
              <w:t xml:space="preserve"> (</w:t>
            </w:r>
            <w:proofErr w:type="spellStart"/>
            <w:r w:rsidR="001E1470">
              <w:t>Mencipta</w:t>
            </w:r>
            <w:proofErr w:type="spellEnd"/>
            <w:r w:rsidR="001E1470"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Biasa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Desa</w:t>
            </w:r>
            <w:proofErr w:type="spellEnd"/>
            <w:r>
              <w:t xml:space="preserve"> Makmur </w:t>
            </w:r>
            <w:proofErr w:type="spellStart"/>
            <w:r>
              <w:t>dihuni</w:t>
            </w:r>
            <w:proofErr w:type="spellEnd"/>
            <w:r>
              <w:t xml:space="preserve"> oleh </w:t>
            </w:r>
            <w:proofErr w:type="spellStart"/>
            <w:r>
              <w:t>dua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etnis</w:t>
            </w:r>
            <w:proofErr w:type="spellEnd"/>
            <w:r>
              <w:t xml:space="preserve"> yang </w:t>
            </w:r>
            <w:proofErr w:type="spellStart"/>
            <w:r>
              <w:t>berbeda</w:t>
            </w:r>
            <w:proofErr w:type="spellEnd"/>
            <w:r>
              <w:t xml:space="preserve">, </w:t>
            </w:r>
            <w:proofErr w:type="spellStart"/>
            <w:r>
              <w:t>etnis</w:t>
            </w:r>
            <w:proofErr w:type="spellEnd"/>
            <w:r>
              <w:t xml:space="preserve"> A dan </w:t>
            </w:r>
            <w:proofErr w:type="spellStart"/>
            <w:r>
              <w:t>etnis</w:t>
            </w:r>
            <w:proofErr w:type="spellEnd"/>
            <w:r>
              <w:t xml:space="preserve"> B. </w:t>
            </w:r>
            <w:proofErr w:type="spellStart"/>
            <w:r>
              <w:t>Akhir-akhir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, </w:t>
            </w:r>
            <w:proofErr w:type="spellStart"/>
            <w:r>
              <w:t>sering</w:t>
            </w:r>
            <w:proofErr w:type="spell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gesekan</w:t>
            </w:r>
            <w:proofErr w:type="spellEnd"/>
            <w:r>
              <w:t xml:space="preserve"> </w:t>
            </w:r>
            <w:proofErr w:type="spellStart"/>
            <w:r>
              <w:t>kecil</w:t>
            </w:r>
            <w:proofErr w:type="spellEnd"/>
            <w:r>
              <w:t xml:space="preserve">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air </w:t>
            </w:r>
            <w:proofErr w:type="spellStart"/>
            <w:r>
              <w:t>irigasi</w:t>
            </w:r>
            <w:proofErr w:type="spellEnd"/>
            <w:r>
              <w:t xml:space="preserve"> yang </w:t>
            </w:r>
            <w:proofErr w:type="spellStart"/>
            <w:r>
              <w:t>terbatas</w:t>
            </w:r>
            <w:proofErr w:type="spellEnd"/>
            <w:r>
              <w:t xml:space="preserve">.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cenderung</w:t>
            </w:r>
            <w:proofErr w:type="spellEnd"/>
            <w:r>
              <w:t xml:space="preserve"> </w:t>
            </w:r>
            <w:proofErr w:type="spellStart"/>
            <w:r>
              <w:t>menutup</w:t>
            </w:r>
            <w:proofErr w:type="spellEnd"/>
            <w:r>
              <w:t xml:space="preserve"> </w:t>
            </w:r>
            <w:proofErr w:type="spellStart"/>
            <w:r>
              <w:t>diri</w:t>
            </w:r>
            <w:proofErr w:type="spellEnd"/>
            <w:r>
              <w:t xml:space="preserve"> dan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berinteraksi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sesama</w:t>
            </w:r>
            <w:proofErr w:type="spellEnd"/>
            <w:r>
              <w:t xml:space="preserve">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etnisnya</w:t>
            </w:r>
            <w:proofErr w:type="spellEnd"/>
            <w:r>
              <w:t xml:space="preserve"> </w:t>
            </w:r>
            <w:proofErr w:type="spellStart"/>
            <w:r>
              <w:t>saja</w:t>
            </w:r>
            <w:proofErr w:type="spellEnd"/>
            <w:r>
              <w:t xml:space="preserve"> (</w:t>
            </w:r>
            <w:proofErr w:type="spellStart"/>
            <w:r>
              <w:t>eksklusif</w:t>
            </w:r>
            <w:proofErr w:type="spellEnd"/>
            <w:r>
              <w:t>).</w:t>
            </w:r>
          </w:p>
          <w:p w:rsidR="00AA1A0E" w:rsidRDefault="001E1470">
            <w:proofErr w:type="spellStart"/>
            <w:r>
              <w:t>Desa</w:t>
            </w:r>
            <w:proofErr w:type="spellEnd"/>
            <w:r>
              <w:t xml:space="preserve"> Makmur </w:t>
            </w:r>
            <w:proofErr w:type="spellStart"/>
            <w:r>
              <w:t>dihuni</w:t>
            </w:r>
            <w:proofErr w:type="spellEnd"/>
            <w:r>
              <w:t xml:space="preserve"> oleh </w:t>
            </w:r>
            <w:proofErr w:type="spellStart"/>
            <w:r>
              <w:t>dua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etnis</w:t>
            </w:r>
            <w:proofErr w:type="spellEnd"/>
            <w:r>
              <w:t xml:space="preserve"> yang </w:t>
            </w:r>
            <w:proofErr w:type="spellStart"/>
            <w:r>
              <w:t>berbeda</w:t>
            </w:r>
            <w:proofErr w:type="spellEnd"/>
            <w:r>
              <w:t xml:space="preserve">, </w:t>
            </w:r>
            <w:proofErr w:type="spellStart"/>
            <w:r>
              <w:t>etnis</w:t>
            </w:r>
            <w:proofErr w:type="spellEnd"/>
            <w:r>
              <w:t xml:space="preserve"> A dan </w:t>
            </w:r>
            <w:proofErr w:type="spellStart"/>
            <w:r>
              <w:t>etnis</w:t>
            </w:r>
            <w:proofErr w:type="spellEnd"/>
            <w:r>
              <w:t xml:space="preserve"> B. </w:t>
            </w:r>
            <w:proofErr w:type="spellStart"/>
            <w:r>
              <w:t>Akhir-akhir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, </w:t>
            </w:r>
            <w:proofErr w:type="spellStart"/>
            <w:r>
              <w:t>sering</w:t>
            </w:r>
            <w:proofErr w:type="spell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gesekan</w:t>
            </w:r>
            <w:proofErr w:type="spellEnd"/>
            <w:r>
              <w:t xml:space="preserve"> </w:t>
            </w:r>
            <w:proofErr w:type="spellStart"/>
            <w:r>
              <w:t>kecil</w:t>
            </w:r>
            <w:proofErr w:type="spellEnd"/>
            <w:r>
              <w:t xml:space="preserve">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air </w:t>
            </w:r>
            <w:proofErr w:type="spellStart"/>
            <w:r>
              <w:t>irigasi</w:t>
            </w:r>
            <w:proofErr w:type="spellEnd"/>
            <w:r>
              <w:t xml:space="preserve"> yang </w:t>
            </w:r>
            <w:proofErr w:type="spellStart"/>
            <w:r>
              <w:t>terbatas</w:t>
            </w:r>
            <w:proofErr w:type="spellEnd"/>
            <w:r>
              <w:t xml:space="preserve">.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lastRenderedPageBreak/>
              <w:t>cenderung</w:t>
            </w:r>
            <w:proofErr w:type="spellEnd"/>
            <w:r>
              <w:t xml:space="preserve"> </w:t>
            </w:r>
            <w:proofErr w:type="spellStart"/>
            <w:r>
              <w:t>menutup</w:t>
            </w:r>
            <w:proofErr w:type="spellEnd"/>
            <w:r>
              <w:t xml:space="preserve"> </w:t>
            </w:r>
            <w:proofErr w:type="spellStart"/>
            <w:r>
              <w:t>diri</w:t>
            </w:r>
            <w:proofErr w:type="spellEnd"/>
            <w:r>
              <w:t xml:space="preserve"> dan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berinteraksi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sesama</w:t>
            </w:r>
            <w:proofErr w:type="spellEnd"/>
            <w:r>
              <w:t xml:space="preserve">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etnisnya</w:t>
            </w:r>
            <w:proofErr w:type="spellEnd"/>
            <w:r>
              <w:t xml:space="preserve"> </w:t>
            </w:r>
            <w:proofErr w:type="spellStart"/>
            <w:r>
              <w:t>saja</w:t>
            </w:r>
            <w:proofErr w:type="spellEnd"/>
            <w:r>
              <w:t xml:space="preserve"> (</w:t>
            </w:r>
            <w:proofErr w:type="spellStart"/>
            <w:r>
              <w:t>eksklusif</w:t>
            </w:r>
            <w:proofErr w:type="spellEnd"/>
            <w:r>
              <w:t>).</w:t>
            </w:r>
          </w:p>
          <w:p w:rsidR="00AA1A0E" w:rsidRDefault="00AA1A0E"/>
          <w:p w:rsidR="00AA1A0E" w:rsidRDefault="001E1470">
            <w:proofErr w:type="spellStart"/>
            <w:r>
              <w:t>Jika</w:t>
            </w:r>
            <w:proofErr w:type="spellEnd"/>
            <w:r>
              <w:t xml:space="preserve"> Anda </w:t>
            </w:r>
            <w:proofErr w:type="spellStart"/>
            <w:r>
              <w:t>diminta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program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mencegah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terbuka</w:t>
            </w:r>
            <w:proofErr w:type="spellEnd"/>
            <w:r>
              <w:t xml:space="preserve"> dan </w:t>
            </w:r>
            <w:proofErr w:type="spellStart"/>
            <w:r>
              <w:t>membangun</w:t>
            </w:r>
            <w:proofErr w:type="spellEnd"/>
            <w:r>
              <w:t xml:space="preserve"> </w:t>
            </w:r>
            <w:proofErr w:type="spellStart"/>
            <w:r>
              <w:t>integrasi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berkelanjutan</w:t>
            </w:r>
            <w:proofErr w:type="spellEnd"/>
            <w:r>
              <w:t xml:space="preserve"> di </w:t>
            </w:r>
            <w:proofErr w:type="spellStart"/>
            <w:r>
              <w:t>desa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, program </w:t>
            </w:r>
            <w:proofErr w:type="spellStart"/>
            <w:r>
              <w:t>manakah</w:t>
            </w:r>
            <w:proofErr w:type="spellEnd"/>
            <w:r>
              <w:t xml:space="preserve"> yang paling </w:t>
            </w:r>
            <w:proofErr w:type="spellStart"/>
            <w:r>
              <w:t>tepat</w:t>
            </w:r>
            <w:proofErr w:type="spellEnd"/>
            <w:r>
              <w:t>?</w:t>
            </w:r>
          </w:p>
          <w:p w:rsidR="00AA1A0E" w:rsidRDefault="001E1470">
            <w:r>
              <w:t xml:space="preserve">A. </w:t>
            </w:r>
            <w:proofErr w:type="spellStart"/>
            <w:r>
              <w:t>Membangun</w:t>
            </w:r>
            <w:proofErr w:type="spellEnd"/>
            <w:r>
              <w:t xml:space="preserve"> </w:t>
            </w:r>
            <w:proofErr w:type="spellStart"/>
            <w:r>
              <w:t>pagar</w:t>
            </w:r>
            <w:proofErr w:type="spellEnd"/>
            <w:r>
              <w:t xml:space="preserve"> </w:t>
            </w:r>
            <w:proofErr w:type="spellStart"/>
            <w:r>
              <w:t>pembatas</w:t>
            </w:r>
            <w:proofErr w:type="spellEnd"/>
            <w:r>
              <w:t xml:space="preserve"> yang </w:t>
            </w:r>
            <w:proofErr w:type="spellStart"/>
            <w:r>
              <w:t>permanen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wilayah </w:t>
            </w:r>
            <w:proofErr w:type="spellStart"/>
            <w:r>
              <w:t>pemukiman</w:t>
            </w:r>
            <w:proofErr w:type="spellEnd"/>
            <w:r>
              <w:t xml:space="preserve"> </w:t>
            </w:r>
            <w:proofErr w:type="spellStart"/>
            <w:r>
              <w:t>etnis</w:t>
            </w:r>
            <w:proofErr w:type="spellEnd"/>
            <w:r>
              <w:t xml:space="preserve"> A dan </w:t>
            </w:r>
            <w:proofErr w:type="spellStart"/>
            <w:r>
              <w:t>etnis</w:t>
            </w:r>
            <w:proofErr w:type="spellEnd"/>
            <w:r>
              <w:t xml:space="preserve"> B.</w:t>
            </w:r>
          </w:p>
          <w:p w:rsidR="00AA1A0E" w:rsidRDefault="001E1470">
            <w:r>
              <w:t xml:space="preserve">B.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bantuan</w:t>
            </w:r>
            <w:proofErr w:type="spellEnd"/>
            <w:r>
              <w:t xml:space="preserve"> </w:t>
            </w:r>
            <w:proofErr w:type="spellStart"/>
            <w:r>
              <w:t>tunai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masing-masing</w:t>
            </w:r>
            <w:proofErr w:type="spellEnd"/>
            <w:r>
              <w:t xml:space="preserve"> </w:t>
            </w:r>
            <w:proofErr w:type="spellStart"/>
            <w:r>
              <w:t>kepala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di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etnis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.</w:t>
            </w:r>
          </w:p>
          <w:p w:rsidR="00AA1A0E" w:rsidRDefault="001E1470">
            <w:r>
              <w:t xml:space="preserve">C. </w:t>
            </w:r>
            <w:proofErr w:type="spellStart"/>
            <w:r>
              <w:t>Membentuk</w:t>
            </w:r>
            <w:proofErr w:type="spellEnd"/>
            <w:r>
              <w:t xml:space="preserve"> </w:t>
            </w:r>
            <w:proofErr w:type="spellStart"/>
            <w:r>
              <w:t>koperasi</w:t>
            </w:r>
            <w:proofErr w:type="spellEnd"/>
            <w:r>
              <w:t xml:space="preserve"> air </w:t>
            </w:r>
            <w:proofErr w:type="spellStart"/>
            <w:r>
              <w:t>desa</w:t>
            </w:r>
            <w:proofErr w:type="spellEnd"/>
            <w:r>
              <w:t xml:space="preserve"> yang </w:t>
            </w:r>
            <w:proofErr w:type="spellStart"/>
            <w:r>
              <w:t>kepengurusannya</w:t>
            </w:r>
            <w:proofErr w:type="spellEnd"/>
            <w:r>
              <w:t xml:space="preserve"> </w:t>
            </w:r>
            <w:proofErr w:type="spellStart"/>
            <w:r>
              <w:t>wajib</w:t>
            </w:r>
            <w:proofErr w:type="spellEnd"/>
            <w:r>
              <w:t xml:space="preserve"> </w:t>
            </w:r>
            <w:proofErr w:type="spellStart"/>
            <w:r>
              <w:t>melibatkan</w:t>
            </w:r>
            <w:proofErr w:type="spellEnd"/>
            <w:r>
              <w:t xml:space="preserve"> </w:t>
            </w:r>
            <w:proofErr w:type="spellStart"/>
            <w:r>
              <w:t>perwakilan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etnis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dikelola</w:t>
            </w:r>
            <w:proofErr w:type="spellEnd"/>
            <w:r>
              <w:t xml:space="preserve"> </w:t>
            </w:r>
            <w:proofErr w:type="spellStart"/>
            <w:r>
              <w:t>bersama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relokasi</w:t>
            </w:r>
            <w:proofErr w:type="spellEnd"/>
            <w:r>
              <w:t xml:space="preserve"> salah 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etnis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wilayah lain agar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persaingan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daya</w:t>
            </w:r>
            <w:proofErr w:type="spellEnd"/>
            <w:r>
              <w:t>.</w:t>
            </w:r>
          </w:p>
          <w:p w:rsidR="00AA1A0E" w:rsidRDefault="001E1470">
            <w:r>
              <w:t xml:space="preserve">E. </w:t>
            </w:r>
            <w:proofErr w:type="spellStart"/>
            <w:r>
              <w:t>Mengadakan</w:t>
            </w:r>
            <w:proofErr w:type="spellEnd"/>
            <w:r>
              <w:t xml:space="preserve"> </w:t>
            </w:r>
            <w:proofErr w:type="spellStart"/>
            <w:r>
              <w:t>ceramah</w:t>
            </w:r>
            <w:proofErr w:type="spellEnd"/>
            <w:r>
              <w:t xml:space="preserve"> </w:t>
            </w:r>
            <w:proofErr w:type="spellStart"/>
            <w:r>
              <w:t>rutin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pentingnya</w:t>
            </w:r>
            <w:proofErr w:type="spellEnd"/>
            <w:r>
              <w:t xml:space="preserve"> </w:t>
            </w:r>
            <w:proofErr w:type="spellStart"/>
            <w:r>
              <w:t>perdamaian</w:t>
            </w:r>
            <w:proofErr w:type="spellEnd"/>
            <w:r>
              <w:t xml:space="preserve"> yang </w:t>
            </w:r>
            <w:proofErr w:type="spellStart"/>
            <w:r>
              <w:t>dilakukan</w:t>
            </w:r>
            <w:proofErr w:type="spellEnd"/>
            <w:r>
              <w:t xml:space="preserve"> di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ibadah</w:t>
            </w:r>
            <w:proofErr w:type="spellEnd"/>
            <w:r>
              <w:t xml:space="preserve"> </w:t>
            </w:r>
            <w:proofErr w:type="spellStart"/>
            <w:r>
              <w:t>masing-masing</w:t>
            </w:r>
            <w:proofErr w:type="spellEnd"/>
            <w:r>
              <w:t xml:space="preserve"> </w:t>
            </w:r>
            <w:proofErr w:type="spellStart"/>
            <w:r>
              <w:t>etnis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Jika</w:t>
            </w:r>
            <w:proofErr w:type="spellEnd"/>
            <w:r>
              <w:t xml:space="preserve"> Anda </w:t>
            </w:r>
            <w:proofErr w:type="spellStart"/>
            <w:r>
              <w:t>diminta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program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mencegah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terbuka</w:t>
            </w:r>
            <w:proofErr w:type="spellEnd"/>
            <w:r>
              <w:t xml:space="preserve"> dan </w:t>
            </w:r>
            <w:proofErr w:type="spellStart"/>
            <w:r>
              <w:t>membangun</w:t>
            </w:r>
            <w:proofErr w:type="spellEnd"/>
            <w:r>
              <w:t xml:space="preserve"> </w:t>
            </w:r>
            <w:proofErr w:type="spellStart"/>
            <w:r>
              <w:t>integrasi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berkelanjutan</w:t>
            </w:r>
            <w:proofErr w:type="spellEnd"/>
            <w:r>
              <w:t xml:space="preserve"> di </w:t>
            </w:r>
            <w:proofErr w:type="spellStart"/>
            <w:r>
              <w:t>desa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, program </w:t>
            </w:r>
            <w:proofErr w:type="spellStart"/>
            <w:r>
              <w:t>manakah</w:t>
            </w:r>
            <w:proofErr w:type="spellEnd"/>
            <w:r>
              <w:t xml:space="preserve"> yang paling </w:t>
            </w:r>
            <w:proofErr w:type="spellStart"/>
            <w:r>
              <w:t>tepat</w:t>
            </w:r>
            <w:proofErr w:type="spellEnd"/>
            <w:r>
              <w:t>?</w:t>
            </w:r>
          </w:p>
          <w:p w:rsidR="00AA1A0E" w:rsidRDefault="001E1470">
            <w:r>
              <w:t xml:space="preserve">A. </w:t>
            </w:r>
            <w:proofErr w:type="spellStart"/>
            <w:r>
              <w:t>Membangun</w:t>
            </w:r>
            <w:proofErr w:type="spellEnd"/>
            <w:r>
              <w:t xml:space="preserve"> </w:t>
            </w:r>
            <w:proofErr w:type="spellStart"/>
            <w:r>
              <w:t>pagar</w:t>
            </w:r>
            <w:proofErr w:type="spellEnd"/>
            <w:r>
              <w:t xml:space="preserve"> </w:t>
            </w:r>
            <w:proofErr w:type="spellStart"/>
            <w:r>
              <w:t>pembatas</w:t>
            </w:r>
            <w:proofErr w:type="spellEnd"/>
            <w:r>
              <w:t xml:space="preserve"> yang </w:t>
            </w:r>
            <w:proofErr w:type="spellStart"/>
            <w:r>
              <w:t>permanen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wilayah </w:t>
            </w:r>
            <w:proofErr w:type="spellStart"/>
            <w:r>
              <w:t>pemukiman</w:t>
            </w:r>
            <w:proofErr w:type="spellEnd"/>
            <w:r>
              <w:t xml:space="preserve"> </w:t>
            </w:r>
            <w:proofErr w:type="spellStart"/>
            <w:r>
              <w:t>etnis</w:t>
            </w:r>
            <w:proofErr w:type="spellEnd"/>
            <w:r>
              <w:t xml:space="preserve"> A dan </w:t>
            </w:r>
            <w:proofErr w:type="spellStart"/>
            <w:r>
              <w:t>etnis</w:t>
            </w:r>
            <w:proofErr w:type="spellEnd"/>
            <w:r>
              <w:t xml:space="preserve"> B.</w:t>
            </w:r>
          </w:p>
          <w:p w:rsidR="00AA1A0E" w:rsidRDefault="001E1470">
            <w:r>
              <w:t xml:space="preserve">B.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bantuan</w:t>
            </w:r>
            <w:proofErr w:type="spellEnd"/>
            <w:r>
              <w:t xml:space="preserve"> </w:t>
            </w:r>
            <w:proofErr w:type="spellStart"/>
            <w:r>
              <w:t>tunai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masing-masing</w:t>
            </w:r>
            <w:proofErr w:type="spellEnd"/>
            <w:r>
              <w:t xml:space="preserve"> </w:t>
            </w:r>
            <w:proofErr w:type="spellStart"/>
            <w:r>
              <w:t>kepala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di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etnis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.</w:t>
            </w:r>
          </w:p>
          <w:p w:rsidR="00AA1A0E" w:rsidRDefault="001E1470">
            <w:r>
              <w:t xml:space="preserve">C. </w:t>
            </w:r>
            <w:proofErr w:type="spellStart"/>
            <w:r>
              <w:t>Membentuk</w:t>
            </w:r>
            <w:proofErr w:type="spellEnd"/>
            <w:r>
              <w:t xml:space="preserve"> </w:t>
            </w:r>
            <w:proofErr w:type="spellStart"/>
            <w:r>
              <w:t>koperasi</w:t>
            </w:r>
            <w:proofErr w:type="spellEnd"/>
            <w:r>
              <w:t xml:space="preserve"> air </w:t>
            </w:r>
            <w:proofErr w:type="spellStart"/>
            <w:r>
              <w:t>desa</w:t>
            </w:r>
            <w:proofErr w:type="spellEnd"/>
            <w:r>
              <w:t xml:space="preserve"> yang </w:t>
            </w:r>
            <w:proofErr w:type="spellStart"/>
            <w:r>
              <w:t>kepengurusannya</w:t>
            </w:r>
            <w:proofErr w:type="spellEnd"/>
            <w:r>
              <w:t xml:space="preserve"> </w:t>
            </w:r>
            <w:proofErr w:type="spellStart"/>
            <w:r>
              <w:t>wajib</w:t>
            </w:r>
            <w:proofErr w:type="spellEnd"/>
            <w:r>
              <w:t xml:space="preserve"> </w:t>
            </w:r>
            <w:proofErr w:type="spellStart"/>
            <w:r>
              <w:t>melibatkan</w:t>
            </w:r>
            <w:proofErr w:type="spellEnd"/>
            <w:r>
              <w:t xml:space="preserve"> </w:t>
            </w:r>
            <w:proofErr w:type="spellStart"/>
            <w:r>
              <w:t>perwakilan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etnis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dikelola</w:t>
            </w:r>
            <w:proofErr w:type="spellEnd"/>
            <w:r>
              <w:t xml:space="preserve"> </w:t>
            </w:r>
            <w:proofErr w:type="spellStart"/>
            <w:r>
              <w:t>bersama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relokasi</w:t>
            </w:r>
            <w:proofErr w:type="spellEnd"/>
            <w:r>
              <w:t xml:space="preserve"> salah 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etnis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wilayah lain agar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persaingan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daya</w:t>
            </w:r>
            <w:proofErr w:type="spellEnd"/>
            <w:r>
              <w:t>.</w:t>
            </w:r>
          </w:p>
          <w:p w:rsidR="00AA1A0E" w:rsidRDefault="001E1470">
            <w:r>
              <w:t xml:space="preserve">E. </w:t>
            </w:r>
            <w:proofErr w:type="spellStart"/>
            <w:r>
              <w:t>Mengadakan</w:t>
            </w:r>
            <w:proofErr w:type="spellEnd"/>
            <w:r>
              <w:t xml:space="preserve"> </w:t>
            </w:r>
            <w:proofErr w:type="spellStart"/>
            <w:r>
              <w:t>ceramah</w:t>
            </w:r>
            <w:proofErr w:type="spellEnd"/>
            <w:r>
              <w:t xml:space="preserve"> </w:t>
            </w:r>
            <w:proofErr w:type="spellStart"/>
            <w:r>
              <w:t>rutin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pentingnya</w:t>
            </w:r>
            <w:proofErr w:type="spellEnd"/>
            <w:r>
              <w:t xml:space="preserve"> </w:t>
            </w:r>
            <w:proofErr w:type="spellStart"/>
            <w:r>
              <w:t>perdamaian</w:t>
            </w:r>
            <w:proofErr w:type="spellEnd"/>
            <w:r>
              <w:t xml:space="preserve"> yang </w:t>
            </w:r>
            <w:proofErr w:type="spellStart"/>
            <w:r>
              <w:t>dilakukan</w:t>
            </w:r>
            <w:proofErr w:type="spellEnd"/>
            <w:r>
              <w:t xml:space="preserve"> di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ibadah</w:t>
            </w:r>
            <w:proofErr w:type="spellEnd"/>
            <w:r>
              <w:t xml:space="preserve"> </w:t>
            </w:r>
            <w:proofErr w:type="spellStart"/>
            <w:r>
              <w:t>masing-masing</w:t>
            </w:r>
            <w:proofErr w:type="spellEnd"/>
            <w:r>
              <w:t xml:space="preserve"> </w:t>
            </w:r>
            <w:proofErr w:type="spellStart"/>
            <w:r>
              <w:t>etnis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C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sama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pengelolaan</w:t>
            </w:r>
            <w:proofErr w:type="spellEnd"/>
            <w:r>
              <w:t xml:space="preserve"> </w:t>
            </w:r>
            <w:proofErr w:type="spellStart"/>
            <w:r>
              <w:t>koperasi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memecah</w:t>
            </w:r>
            <w:proofErr w:type="spellEnd"/>
            <w:r>
              <w:t xml:space="preserve"> </w:t>
            </w: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eksklusif</w:t>
            </w:r>
            <w:proofErr w:type="spellEnd"/>
            <w:r>
              <w:t xml:space="preserve"> dan </w:t>
            </w:r>
            <w:proofErr w:type="spellStart"/>
            <w:r>
              <w:t>membangun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inklusif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1"/>
        <w:gridCol w:w="6795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17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mengklasifikasikan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karakteristiknya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F1126">
            <w:r>
              <w:t>C</w:t>
            </w:r>
            <w:r w:rsidR="001E1470">
              <w:t>2 (</w:t>
            </w:r>
            <w:proofErr w:type="spellStart"/>
            <w:r w:rsidR="001E1470">
              <w:t>Memahami</w:t>
            </w:r>
            <w:proofErr w:type="spellEnd"/>
            <w:r w:rsidR="001E1470"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Biasa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Keluarga</w:t>
            </w:r>
            <w:proofErr w:type="spellEnd"/>
            <w:r>
              <w:t xml:space="preserve"> Inti (Nuclear Family) </w:t>
            </w:r>
            <w:proofErr w:type="spellStart"/>
            <w:r>
              <w:t>merupakan</w:t>
            </w:r>
            <w:proofErr w:type="spellEnd"/>
            <w:r>
              <w:t xml:space="preserve"> unit </w:t>
            </w:r>
            <w:proofErr w:type="spellStart"/>
            <w:r>
              <w:t>terkecil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yang </w:t>
            </w:r>
            <w:proofErr w:type="spellStart"/>
            <w:r>
              <w:t>ditandai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tatap</w:t>
            </w:r>
            <w:proofErr w:type="spellEnd"/>
            <w:r>
              <w:t xml:space="preserve"> </w:t>
            </w:r>
            <w:proofErr w:type="spellStart"/>
            <w:r>
              <w:t>muka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,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ikatan</w:t>
            </w:r>
            <w:proofErr w:type="spellEnd"/>
            <w:r>
              <w:t xml:space="preserve"> </w:t>
            </w:r>
            <w:proofErr w:type="spellStart"/>
            <w:r>
              <w:t>emosional</w:t>
            </w:r>
            <w:proofErr w:type="spellEnd"/>
            <w:r>
              <w:t xml:space="preserve"> yang </w:t>
            </w:r>
            <w:proofErr w:type="spellStart"/>
            <w:r>
              <w:t>kuat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rasa </w:t>
            </w:r>
            <w:proofErr w:type="spellStart"/>
            <w:r>
              <w:t>kebersamaan</w:t>
            </w:r>
            <w:proofErr w:type="spellEnd"/>
            <w:r>
              <w:t xml:space="preserve"> yang </w:t>
            </w:r>
            <w:proofErr w:type="spellStart"/>
            <w:r>
              <w:t>tinggi</w:t>
            </w:r>
            <w:proofErr w:type="spellEnd"/>
            <w:r>
              <w:t xml:space="preserve"> </w:t>
            </w:r>
            <w:proofErr w:type="spellStart"/>
            <w:r>
              <w:t>antar</w:t>
            </w:r>
            <w:proofErr w:type="spellEnd"/>
            <w:r>
              <w:t xml:space="preserve"> </w:t>
            </w:r>
            <w:proofErr w:type="spellStart"/>
            <w:r>
              <w:t>anggotanya</w:t>
            </w:r>
            <w:proofErr w:type="spellEnd"/>
            <w:r>
              <w:t>.</w:t>
            </w:r>
          </w:p>
          <w:p w:rsidR="00AA1A0E" w:rsidRDefault="001E1470">
            <w:proofErr w:type="spellStart"/>
            <w:r>
              <w:t>Keluarga</w:t>
            </w:r>
            <w:proofErr w:type="spellEnd"/>
            <w:r>
              <w:t xml:space="preserve"> Inti (Nuclear Family) </w:t>
            </w:r>
            <w:proofErr w:type="spellStart"/>
            <w:r>
              <w:t>merupakan</w:t>
            </w:r>
            <w:proofErr w:type="spellEnd"/>
            <w:r>
              <w:t xml:space="preserve"> unit </w:t>
            </w:r>
            <w:proofErr w:type="spellStart"/>
            <w:r>
              <w:t>terkecil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lastRenderedPageBreak/>
              <w:t>masyarakat</w:t>
            </w:r>
            <w:proofErr w:type="spellEnd"/>
            <w:r>
              <w:t xml:space="preserve"> yang </w:t>
            </w:r>
            <w:proofErr w:type="spellStart"/>
            <w:r>
              <w:t>ditandai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tatap</w:t>
            </w:r>
            <w:proofErr w:type="spellEnd"/>
            <w:r>
              <w:t xml:space="preserve"> </w:t>
            </w:r>
            <w:proofErr w:type="spellStart"/>
            <w:r>
              <w:t>muka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,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ikatan</w:t>
            </w:r>
            <w:proofErr w:type="spellEnd"/>
            <w:r>
              <w:t xml:space="preserve"> </w:t>
            </w:r>
            <w:proofErr w:type="spellStart"/>
            <w:r>
              <w:t>emosional</w:t>
            </w:r>
            <w:proofErr w:type="spellEnd"/>
            <w:r>
              <w:t xml:space="preserve"> yang </w:t>
            </w:r>
            <w:proofErr w:type="spellStart"/>
            <w:r>
              <w:t>kuat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rasa </w:t>
            </w:r>
            <w:proofErr w:type="spellStart"/>
            <w:r>
              <w:t>kebersamaan</w:t>
            </w:r>
            <w:proofErr w:type="spellEnd"/>
            <w:r>
              <w:t xml:space="preserve"> yang </w:t>
            </w:r>
            <w:proofErr w:type="spellStart"/>
            <w:r>
              <w:t>tinggi</w:t>
            </w:r>
            <w:proofErr w:type="spellEnd"/>
            <w:r>
              <w:t xml:space="preserve"> </w:t>
            </w:r>
            <w:proofErr w:type="spellStart"/>
            <w:r>
              <w:t>antar</w:t>
            </w:r>
            <w:proofErr w:type="spellEnd"/>
            <w:r>
              <w:t xml:space="preserve"> </w:t>
            </w:r>
            <w:proofErr w:type="spellStart"/>
            <w:r>
              <w:t>anggotanya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ciri-ciri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,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klasifikasi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, </w:t>
            </w:r>
            <w:proofErr w:type="spellStart"/>
            <w:r>
              <w:t>keluarga</w:t>
            </w:r>
            <w:proofErr w:type="spellEnd"/>
            <w:r>
              <w:t xml:space="preserve"> inti </w:t>
            </w:r>
            <w:proofErr w:type="spellStart"/>
            <w:r>
              <w:t>termasuk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>...</w:t>
            </w:r>
          </w:p>
          <w:p w:rsidR="00AA1A0E" w:rsidRDefault="001E1470">
            <w:r>
              <w:t xml:space="preserve">A.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Sekunder</w:t>
            </w:r>
            <w:proofErr w:type="spellEnd"/>
          </w:p>
          <w:p w:rsidR="00AA1A0E" w:rsidRDefault="001E1470">
            <w:r>
              <w:t xml:space="preserve">B. </w:t>
            </w:r>
            <w:proofErr w:type="spellStart"/>
            <w:r>
              <w:t>Kelompok</w:t>
            </w:r>
            <w:proofErr w:type="spellEnd"/>
            <w:r>
              <w:t xml:space="preserve"> Primer</w:t>
            </w:r>
          </w:p>
          <w:p w:rsidR="00AA1A0E" w:rsidRDefault="001E1470">
            <w:r>
              <w:t xml:space="preserve">C. </w:t>
            </w:r>
            <w:proofErr w:type="spellStart"/>
            <w:r>
              <w:t>Kelompok</w:t>
            </w:r>
            <w:proofErr w:type="spellEnd"/>
            <w:r>
              <w:t xml:space="preserve"> Formal</w:t>
            </w:r>
          </w:p>
          <w:p w:rsidR="00AA1A0E" w:rsidRDefault="001E1470">
            <w:r>
              <w:t xml:space="preserve">D.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Patembayan</w:t>
            </w:r>
            <w:proofErr w:type="spellEnd"/>
          </w:p>
          <w:p w:rsidR="00AA1A0E" w:rsidRDefault="001E1470">
            <w:r>
              <w:t xml:space="preserve">E.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Referensi</w:t>
            </w:r>
            <w:proofErr w:type="spellEnd"/>
          </w:p>
          <w:p w:rsidR="00AA1A0E" w:rsidRDefault="00AA1A0E"/>
          <w:p w:rsidR="00AA1A0E" w:rsidRDefault="001E1470"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ciri-ciri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,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klasifikasi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, </w:t>
            </w:r>
            <w:proofErr w:type="spellStart"/>
            <w:r>
              <w:t>keluarga</w:t>
            </w:r>
            <w:proofErr w:type="spellEnd"/>
            <w:r>
              <w:t xml:space="preserve"> inti </w:t>
            </w:r>
            <w:proofErr w:type="spellStart"/>
            <w:r>
              <w:t>termasuk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>...</w:t>
            </w:r>
          </w:p>
          <w:p w:rsidR="00AA1A0E" w:rsidRDefault="001E1470">
            <w:r>
              <w:t xml:space="preserve">A.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Sekunder</w:t>
            </w:r>
            <w:proofErr w:type="spellEnd"/>
          </w:p>
          <w:p w:rsidR="00AA1A0E" w:rsidRDefault="001E1470">
            <w:r>
              <w:t xml:space="preserve">B. </w:t>
            </w:r>
            <w:proofErr w:type="spellStart"/>
            <w:r>
              <w:t>Kelompok</w:t>
            </w:r>
            <w:proofErr w:type="spellEnd"/>
            <w:r>
              <w:t xml:space="preserve"> Primer</w:t>
            </w:r>
          </w:p>
          <w:p w:rsidR="00AA1A0E" w:rsidRDefault="001E1470">
            <w:r>
              <w:t xml:space="preserve">C. </w:t>
            </w:r>
            <w:proofErr w:type="spellStart"/>
            <w:r>
              <w:t>Kelompok</w:t>
            </w:r>
            <w:proofErr w:type="spellEnd"/>
            <w:r>
              <w:t xml:space="preserve"> Formal</w:t>
            </w:r>
          </w:p>
          <w:p w:rsidR="00AA1A0E" w:rsidRDefault="001E1470">
            <w:r>
              <w:t xml:space="preserve">D.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Patembayan</w:t>
            </w:r>
            <w:proofErr w:type="spellEnd"/>
          </w:p>
          <w:p w:rsidR="00AA1A0E" w:rsidRDefault="001E1470">
            <w:r>
              <w:t xml:space="preserve">E.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Referensi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B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Keluarga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contoh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primer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7"/>
        <w:gridCol w:w="6789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18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akar</w:t>
            </w:r>
            <w:proofErr w:type="spellEnd"/>
            <w:r>
              <w:t xml:space="preserve"> </w:t>
            </w:r>
            <w:proofErr w:type="spellStart"/>
            <w:r>
              <w:t>penyebab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industri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F1126">
            <w:r>
              <w:t>C4</w:t>
            </w:r>
            <w:r w:rsidR="001E1470">
              <w:t xml:space="preserve"> (</w:t>
            </w:r>
            <w:proofErr w:type="spellStart"/>
            <w:r w:rsidR="001E1470">
              <w:t>Menganalisis</w:t>
            </w:r>
            <w:proofErr w:type="spellEnd"/>
            <w:r w:rsidR="001E1470"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Biasa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r>
              <w:t xml:space="preserve">Di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pabrik</w:t>
            </w:r>
            <w:proofErr w:type="spellEnd"/>
            <w:r>
              <w:t xml:space="preserve"> </w:t>
            </w:r>
            <w:proofErr w:type="spellStart"/>
            <w:r>
              <w:t>tekstil</w:t>
            </w:r>
            <w:proofErr w:type="spellEnd"/>
            <w:r>
              <w:t xml:space="preserve">, </w:t>
            </w:r>
            <w:proofErr w:type="spellStart"/>
            <w:r>
              <w:t>ratusan</w:t>
            </w:r>
            <w:proofErr w:type="spellEnd"/>
            <w:r>
              <w:t xml:space="preserve"> </w:t>
            </w:r>
            <w:proofErr w:type="spellStart"/>
            <w:r>
              <w:t>buruh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aksi</w:t>
            </w:r>
            <w:proofErr w:type="spellEnd"/>
            <w:r>
              <w:t xml:space="preserve"> </w:t>
            </w:r>
            <w:proofErr w:type="spellStart"/>
            <w:r>
              <w:t>demonstrasi</w:t>
            </w:r>
            <w:proofErr w:type="spellEnd"/>
            <w:r>
              <w:t xml:space="preserve"> </w:t>
            </w:r>
            <w:proofErr w:type="spellStart"/>
            <w:r>
              <w:t>menuntut</w:t>
            </w:r>
            <w:proofErr w:type="spellEnd"/>
            <w:r>
              <w:t xml:space="preserve"> </w:t>
            </w:r>
            <w:proofErr w:type="spellStart"/>
            <w:r>
              <w:t>kenaikan</w:t>
            </w:r>
            <w:proofErr w:type="spellEnd"/>
            <w:r>
              <w:t xml:space="preserve"> </w:t>
            </w:r>
            <w:proofErr w:type="spellStart"/>
            <w:r>
              <w:t>upah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standar</w:t>
            </w:r>
            <w:proofErr w:type="spellEnd"/>
            <w:r>
              <w:t xml:space="preserve"> </w:t>
            </w:r>
            <w:proofErr w:type="spellStart"/>
            <w:r>
              <w:t>hidup</w:t>
            </w:r>
            <w:proofErr w:type="spellEnd"/>
            <w:r>
              <w:t xml:space="preserve"> </w:t>
            </w:r>
            <w:proofErr w:type="spellStart"/>
            <w:r>
              <w:t>layak</w:t>
            </w:r>
            <w:proofErr w:type="spellEnd"/>
            <w:r>
              <w:t xml:space="preserve">. Di </w:t>
            </w:r>
            <w:proofErr w:type="spellStart"/>
            <w:r>
              <w:t>sisi</w:t>
            </w:r>
            <w:proofErr w:type="spellEnd"/>
            <w:r>
              <w:t xml:space="preserve"> </w:t>
            </w:r>
            <w:proofErr w:type="spellStart"/>
            <w:r>
              <w:t>lain</w:t>
            </w:r>
            <w:proofErr w:type="spellEnd"/>
            <w:r>
              <w:t xml:space="preserve">,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manajemen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  <w:r>
              <w:t xml:space="preserve"> </w:t>
            </w:r>
            <w:proofErr w:type="spellStart"/>
            <w:r>
              <w:t>berargumen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kenaikan</w:t>
            </w:r>
            <w:proofErr w:type="spellEnd"/>
            <w:r>
              <w:t xml:space="preserve"> </w:t>
            </w:r>
            <w:proofErr w:type="spellStart"/>
            <w:r>
              <w:t>upah</w:t>
            </w:r>
            <w:proofErr w:type="spellEnd"/>
            <w:r>
              <w:t xml:space="preserve"> yang </w:t>
            </w:r>
            <w:proofErr w:type="spellStart"/>
            <w:r>
              <w:t>signifikan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membebani</w:t>
            </w:r>
            <w:proofErr w:type="spellEnd"/>
            <w:r>
              <w:t xml:space="preserve"> </w:t>
            </w:r>
            <w:proofErr w:type="spellStart"/>
            <w:r>
              <w:t>biaya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  <w:r>
              <w:t xml:space="preserve"> dan </w:t>
            </w:r>
            <w:proofErr w:type="spellStart"/>
            <w:r>
              <w:t>mengancam</w:t>
            </w:r>
            <w:proofErr w:type="spellEnd"/>
            <w:r>
              <w:t xml:space="preserve"> </w:t>
            </w:r>
            <w:proofErr w:type="spellStart"/>
            <w:r>
              <w:t>kelangsungan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 xml:space="preserve"> di </w:t>
            </w:r>
            <w:proofErr w:type="spellStart"/>
            <w:r>
              <w:t>tengah</w:t>
            </w:r>
            <w:proofErr w:type="spellEnd"/>
            <w:r>
              <w:t xml:space="preserve"> </w:t>
            </w:r>
            <w:proofErr w:type="spellStart"/>
            <w:r>
              <w:t>krisis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>.</w:t>
            </w:r>
          </w:p>
          <w:p w:rsidR="00AA1A0E" w:rsidRDefault="001E1470">
            <w:r>
              <w:t xml:space="preserve">Di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pabrik</w:t>
            </w:r>
            <w:proofErr w:type="spellEnd"/>
            <w:r>
              <w:t xml:space="preserve"> </w:t>
            </w:r>
            <w:proofErr w:type="spellStart"/>
            <w:r>
              <w:t>tekstil</w:t>
            </w:r>
            <w:proofErr w:type="spellEnd"/>
            <w:r>
              <w:t xml:space="preserve">, </w:t>
            </w:r>
            <w:proofErr w:type="spellStart"/>
            <w:r>
              <w:t>ratusan</w:t>
            </w:r>
            <w:proofErr w:type="spellEnd"/>
            <w:r>
              <w:t xml:space="preserve"> </w:t>
            </w:r>
            <w:proofErr w:type="spellStart"/>
            <w:r>
              <w:t>buruh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aksi</w:t>
            </w:r>
            <w:proofErr w:type="spellEnd"/>
            <w:r>
              <w:t xml:space="preserve"> </w:t>
            </w:r>
            <w:proofErr w:type="spellStart"/>
            <w:r>
              <w:t>demonstrasi</w:t>
            </w:r>
            <w:proofErr w:type="spellEnd"/>
            <w:r>
              <w:t xml:space="preserve"> </w:t>
            </w:r>
            <w:proofErr w:type="spellStart"/>
            <w:r>
              <w:t>menuntut</w:t>
            </w:r>
            <w:proofErr w:type="spellEnd"/>
            <w:r>
              <w:t xml:space="preserve"> </w:t>
            </w:r>
            <w:proofErr w:type="spellStart"/>
            <w:r>
              <w:t>kenaikan</w:t>
            </w:r>
            <w:proofErr w:type="spellEnd"/>
            <w:r>
              <w:t xml:space="preserve"> </w:t>
            </w:r>
            <w:proofErr w:type="spellStart"/>
            <w:r>
              <w:t>upah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standar</w:t>
            </w:r>
            <w:proofErr w:type="spellEnd"/>
            <w:r>
              <w:t xml:space="preserve"> </w:t>
            </w:r>
            <w:proofErr w:type="spellStart"/>
            <w:r>
              <w:t>hidup</w:t>
            </w:r>
            <w:proofErr w:type="spellEnd"/>
            <w:r>
              <w:t xml:space="preserve"> </w:t>
            </w:r>
            <w:proofErr w:type="spellStart"/>
            <w:r>
              <w:t>layak</w:t>
            </w:r>
            <w:proofErr w:type="spellEnd"/>
            <w:r>
              <w:t xml:space="preserve">. Di </w:t>
            </w:r>
            <w:proofErr w:type="spellStart"/>
            <w:r>
              <w:t>sisi</w:t>
            </w:r>
            <w:proofErr w:type="spellEnd"/>
            <w:r>
              <w:t xml:space="preserve"> </w:t>
            </w:r>
            <w:proofErr w:type="spellStart"/>
            <w:r>
              <w:t>lain</w:t>
            </w:r>
            <w:proofErr w:type="spellEnd"/>
            <w:r>
              <w:t xml:space="preserve">,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manajemen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  <w:r>
              <w:t xml:space="preserve"> </w:t>
            </w:r>
            <w:proofErr w:type="spellStart"/>
            <w:r>
              <w:t>berargumen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kenaikan</w:t>
            </w:r>
            <w:proofErr w:type="spellEnd"/>
            <w:r>
              <w:t xml:space="preserve"> </w:t>
            </w:r>
            <w:proofErr w:type="spellStart"/>
            <w:r>
              <w:t>upah</w:t>
            </w:r>
            <w:proofErr w:type="spellEnd"/>
            <w:r>
              <w:t xml:space="preserve"> yang </w:t>
            </w:r>
            <w:proofErr w:type="spellStart"/>
            <w:r>
              <w:t>signifikan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membebani</w:t>
            </w:r>
            <w:proofErr w:type="spellEnd"/>
            <w:r>
              <w:t xml:space="preserve"> </w:t>
            </w:r>
            <w:proofErr w:type="spellStart"/>
            <w:r>
              <w:t>biaya</w:t>
            </w:r>
            <w:proofErr w:type="spellEnd"/>
            <w:r>
              <w:t xml:space="preserve"> </w:t>
            </w:r>
            <w:proofErr w:type="spellStart"/>
            <w:r>
              <w:t>operasional</w:t>
            </w:r>
            <w:proofErr w:type="spellEnd"/>
            <w:r>
              <w:t xml:space="preserve"> dan </w:t>
            </w:r>
            <w:proofErr w:type="spellStart"/>
            <w:r>
              <w:t>mengancam</w:t>
            </w:r>
            <w:proofErr w:type="spellEnd"/>
            <w:r>
              <w:t xml:space="preserve"> </w:t>
            </w:r>
            <w:proofErr w:type="spellStart"/>
            <w:r>
              <w:t>kelangsungan</w:t>
            </w:r>
            <w:proofErr w:type="spellEnd"/>
            <w:r>
              <w:t xml:space="preserve"> </w:t>
            </w:r>
            <w:proofErr w:type="spellStart"/>
            <w:r>
              <w:t>bisnis</w:t>
            </w:r>
            <w:proofErr w:type="spellEnd"/>
            <w:r>
              <w:t xml:space="preserve"> di </w:t>
            </w:r>
            <w:proofErr w:type="spellStart"/>
            <w:r>
              <w:t>tengah</w:t>
            </w:r>
            <w:proofErr w:type="spellEnd"/>
            <w:r>
              <w:t xml:space="preserve"> </w:t>
            </w:r>
            <w:proofErr w:type="spellStart"/>
            <w:r>
              <w:t>krisis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Akar</w:t>
            </w:r>
            <w:proofErr w:type="spellEnd"/>
            <w:r>
              <w:t xml:space="preserve"> </w:t>
            </w:r>
            <w:proofErr w:type="spellStart"/>
            <w:r>
              <w:t>penyebab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buruh</w:t>
            </w:r>
            <w:proofErr w:type="spellEnd"/>
            <w:r>
              <w:t xml:space="preserve"> dan </w:t>
            </w:r>
            <w:proofErr w:type="spellStart"/>
            <w:r>
              <w:t>manajemen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ilustrasi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>...</w:t>
            </w:r>
          </w:p>
          <w:p w:rsidR="00AA1A0E" w:rsidRDefault="001E1470">
            <w:r>
              <w:t xml:space="preserve">A. </w:t>
            </w:r>
            <w:proofErr w:type="spellStart"/>
            <w:r>
              <w:t>Perbedaan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</w:t>
            </w:r>
            <w:proofErr w:type="spellStart"/>
            <w:r>
              <w:t>belakang</w:t>
            </w:r>
            <w:proofErr w:type="spellEnd"/>
            <w:r>
              <w:t xml:space="preserve"> </w:t>
            </w:r>
            <w:proofErr w:type="spellStart"/>
            <w:r>
              <w:t>kebudayaan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pemilik</w:t>
            </w:r>
            <w:proofErr w:type="spellEnd"/>
            <w:r>
              <w:t xml:space="preserve"> modal dan </w:t>
            </w:r>
            <w:proofErr w:type="spellStart"/>
            <w:r>
              <w:t>pekerja</w:t>
            </w:r>
            <w:proofErr w:type="spellEnd"/>
          </w:p>
          <w:p w:rsidR="00AA1A0E" w:rsidRDefault="001E1470">
            <w:r>
              <w:t xml:space="preserve">B.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prasangka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manajemen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</w:p>
          <w:p w:rsidR="00AA1A0E" w:rsidRDefault="001E1470">
            <w:r>
              <w:lastRenderedPageBreak/>
              <w:t xml:space="preserve">C.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nilai-nilai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industri</w:t>
            </w:r>
            <w:proofErr w:type="spellEnd"/>
          </w:p>
          <w:p w:rsidR="00AA1A0E" w:rsidRDefault="001E1470">
            <w:r>
              <w:t xml:space="preserve">D. </w:t>
            </w:r>
            <w:proofErr w:type="spellStart"/>
            <w:r>
              <w:t>Perbedaan</w:t>
            </w:r>
            <w:proofErr w:type="spellEnd"/>
            <w:r>
              <w:t xml:space="preserve"> </w:t>
            </w:r>
            <w:proofErr w:type="spellStart"/>
            <w:r>
              <w:t>kepentingan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 yang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bertentangan</w:t>
            </w:r>
            <w:proofErr w:type="spellEnd"/>
          </w:p>
          <w:p w:rsidR="00AA1A0E" w:rsidRDefault="001E1470">
            <w:r>
              <w:t xml:space="preserve">E. </w:t>
            </w:r>
            <w:proofErr w:type="spellStart"/>
            <w:r>
              <w:t>Lemahnya</w:t>
            </w:r>
            <w:proofErr w:type="spellEnd"/>
            <w:r>
              <w:t xml:space="preserve"> </w:t>
            </w:r>
            <w:proofErr w:type="spellStart"/>
            <w:r>
              <w:t>komunikasi</w:t>
            </w:r>
            <w:proofErr w:type="spellEnd"/>
            <w:r>
              <w:t xml:space="preserve"> </w:t>
            </w:r>
            <w:proofErr w:type="spellStart"/>
            <w:r>
              <w:t>antar</w:t>
            </w:r>
            <w:proofErr w:type="spellEnd"/>
            <w:r>
              <w:t xml:space="preserve"> personal di </w:t>
            </w:r>
            <w:proofErr w:type="spellStart"/>
            <w:r>
              <w:t>tingkat</w:t>
            </w:r>
            <w:proofErr w:type="spellEnd"/>
            <w:r>
              <w:t xml:space="preserve"> divisi </w:t>
            </w:r>
            <w:proofErr w:type="spellStart"/>
            <w:r>
              <w:t>produksi</w:t>
            </w:r>
            <w:proofErr w:type="spellEnd"/>
          </w:p>
          <w:p w:rsidR="00AA1A0E" w:rsidRDefault="00AA1A0E"/>
          <w:p w:rsidR="00AA1A0E" w:rsidRDefault="001E1470">
            <w:proofErr w:type="spellStart"/>
            <w:r>
              <w:t>Akar</w:t>
            </w:r>
            <w:proofErr w:type="spellEnd"/>
            <w:r>
              <w:t xml:space="preserve"> </w:t>
            </w:r>
            <w:proofErr w:type="spellStart"/>
            <w:r>
              <w:t>penyebab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buruh</w:t>
            </w:r>
            <w:proofErr w:type="spellEnd"/>
            <w:r>
              <w:t xml:space="preserve"> dan </w:t>
            </w:r>
            <w:proofErr w:type="spellStart"/>
            <w:r>
              <w:t>manajemen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ilustrasi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>...</w:t>
            </w:r>
          </w:p>
          <w:p w:rsidR="00AA1A0E" w:rsidRDefault="001E1470">
            <w:r>
              <w:t xml:space="preserve">A. </w:t>
            </w:r>
            <w:proofErr w:type="spellStart"/>
            <w:r>
              <w:t>Perbedaan</w:t>
            </w:r>
            <w:proofErr w:type="spellEnd"/>
            <w:r>
              <w:t xml:space="preserve"> </w:t>
            </w:r>
            <w:proofErr w:type="spellStart"/>
            <w:r>
              <w:t>latar</w:t>
            </w:r>
            <w:proofErr w:type="spellEnd"/>
            <w:r>
              <w:t xml:space="preserve"> </w:t>
            </w:r>
            <w:proofErr w:type="spellStart"/>
            <w:r>
              <w:t>belakang</w:t>
            </w:r>
            <w:proofErr w:type="spellEnd"/>
            <w:r>
              <w:t xml:space="preserve"> </w:t>
            </w:r>
            <w:proofErr w:type="spellStart"/>
            <w:r>
              <w:t>kebudayaan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pemilik</w:t>
            </w:r>
            <w:proofErr w:type="spellEnd"/>
            <w:r>
              <w:t xml:space="preserve"> modal dan </w:t>
            </w:r>
            <w:proofErr w:type="spellStart"/>
            <w:r>
              <w:t>pekerja</w:t>
            </w:r>
            <w:proofErr w:type="spellEnd"/>
          </w:p>
          <w:p w:rsidR="00AA1A0E" w:rsidRDefault="001E1470">
            <w:r>
              <w:t xml:space="preserve">B.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prasangka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manajemen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</w:p>
          <w:p w:rsidR="00AA1A0E" w:rsidRDefault="001E1470">
            <w:r>
              <w:t xml:space="preserve">C.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nilai-nilai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industri</w:t>
            </w:r>
            <w:proofErr w:type="spellEnd"/>
          </w:p>
          <w:p w:rsidR="00AA1A0E" w:rsidRDefault="001E1470">
            <w:r>
              <w:t xml:space="preserve">D. </w:t>
            </w:r>
            <w:proofErr w:type="spellStart"/>
            <w:r>
              <w:t>Perbedaan</w:t>
            </w:r>
            <w:proofErr w:type="spellEnd"/>
            <w:r>
              <w:t xml:space="preserve"> </w:t>
            </w:r>
            <w:proofErr w:type="spellStart"/>
            <w:r>
              <w:t>kepentingan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 yang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bertentangan</w:t>
            </w:r>
            <w:proofErr w:type="spellEnd"/>
          </w:p>
          <w:p w:rsidR="00AA1A0E" w:rsidRDefault="001E1470">
            <w:r>
              <w:t xml:space="preserve">E. </w:t>
            </w:r>
            <w:proofErr w:type="spellStart"/>
            <w:r>
              <w:t>Lemahnya</w:t>
            </w:r>
            <w:proofErr w:type="spellEnd"/>
            <w:r>
              <w:t xml:space="preserve"> </w:t>
            </w:r>
            <w:proofErr w:type="spellStart"/>
            <w:r>
              <w:t>komunikasi</w:t>
            </w:r>
            <w:proofErr w:type="spellEnd"/>
            <w:r>
              <w:t xml:space="preserve"> </w:t>
            </w:r>
            <w:proofErr w:type="spellStart"/>
            <w:r>
              <w:t>antar</w:t>
            </w:r>
            <w:proofErr w:type="spellEnd"/>
            <w:r>
              <w:t xml:space="preserve"> personal di </w:t>
            </w:r>
            <w:proofErr w:type="spellStart"/>
            <w:r>
              <w:t>tingkat</w:t>
            </w:r>
            <w:proofErr w:type="spellEnd"/>
            <w:r>
              <w:t xml:space="preserve"> divisi </w:t>
            </w:r>
            <w:proofErr w:type="spellStart"/>
            <w:r>
              <w:t>produksi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D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buruh</w:t>
            </w:r>
            <w:proofErr w:type="spellEnd"/>
            <w:r>
              <w:t xml:space="preserve"> dan </w:t>
            </w:r>
            <w:proofErr w:type="spellStart"/>
            <w:r>
              <w:t>manajemen</w:t>
            </w:r>
            <w:proofErr w:type="spellEnd"/>
            <w:r>
              <w:t xml:space="preserve"> </w:t>
            </w:r>
            <w:proofErr w:type="spellStart"/>
            <w:r>
              <w:t>selalu</w:t>
            </w:r>
            <w:proofErr w:type="spellEnd"/>
            <w:r>
              <w:t xml:space="preserve"> </w:t>
            </w:r>
            <w:proofErr w:type="spellStart"/>
            <w:r>
              <w:t>berpangkal</w:t>
            </w:r>
            <w:proofErr w:type="spellEnd"/>
            <w:r>
              <w:t xml:space="preserve"> pada </w:t>
            </w:r>
            <w:proofErr w:type="spellStart"/>
            <w:r>
              <w:t>perbedaan</w:t>
            </w:r>
            <w:proofErr w:type="spellEnd"/>
            <w:r>
              <w:t xml:space="preserve"> </w:t>
            </w:r>
            <w:proofErr w:type="spellStart"/>
            <w:r>
              <w:t>kepentingan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tujuan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 yang </w:t>
            </w:r>
            <w:proofErr w:type="spellStart"/>
            <w:r>
              <w:t>bertolak</w:t>
            </w:r>
            <w:proofErr w:type="spellEnd"/>
            <w:r>
              <w:t xml:space="preserve"> </w:t>
            </w:r>
            <w:proofErr w:type="spellStart"/>
            <w:r>
              <w:t>belakang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6"/>
        <w:gridCol w:w="6790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19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Kesetaraan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afirmatif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F1126">
            <w:r>
              <w:t>C5</w:t>
            </w:r>
            <w:r w:rsidR="001E1470">
              <w:t xml:space="preserve"> (</w:t>
            </w:r>
            <w:proofErr w:type="spellStart"/>
            <w:r w:rsidR="001E1470">
              <w:t>Mengevaluasi</w:t>
            </w:r>
            <w:proofErr w:type="spellEnd"/>
            <w:r w:rsidR="001E1470"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Biasa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kuota</w:t>
            </w:r>
            <w:proofErr w:type="spellEnd"/>
            <w:r>
              <w:t xml:space="preserve"> minimal 30 </w:t>
            </w:r>
            <w:proofErr w:type="spellStart"/>
            <w:r>
              <w:t>persen</w:t>
            </w:r>
            <w:proofErr w:type="spellEnd"/>
            <w:r>
              <w:t xml:space="preserve"> </w:t>
            </w:r>
            <w:proofErr w:type="spellStart"/>
            <w:r>
              <w:t>keterwakilan</w:t>
            </w:r>
            <w:proofErr w:type="spellEnd"/>
            <w:r>
              <w:t xml:space="preserve"> </w:t>
            </w:r>
            <w:proofErr w:type="spellStart"/>
            <w:r>
              <w:t>perempuan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kepengurusan</w:t>
            </w:r>
            <w:proofErr w:type="spellEnd"/>
            <w:r>
              <w:t xml:space="preserve"> </w:t>
            </w:r>
            <w:proofErr w:type="spellStart"/>
            <w:r>
              <w:t>partai</w:t>
            </w:r>
            <w:proofErr w:type="spellEnd"/>
            <w:r>
              <w:t xml:space="preserve"> </w:t>
            </w:r>
            <w:proofErr w:type="spellStart"/>
            <w:r>
              <w:t>politik</w:t>
            </w:r>
            <w:proofErr w:type="spellEnd"/>
            <w:r>
              <w:t xml:space="preserve"> di </w:t>
            </w:r>
            <w:proofErr w:type="spellStart"/>
            <w:r>
              <w:t>tingkat</w:t>
            </w:r>
            <w:proofErr w:type="spellEnd"/>
            <w:r>
              <w:t xml:space="preserve"> </w:t>
            </w:r>
            <w:proofErr w:type="spellStart"/>
            <w:r>
              <w:t>pusat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syarat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pemilu</w:t>
            </w:r>
            <w:proofErr w:type="spellEnd"/>
            <w:r>
              <w:t xml:space="preserve">.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bertujuan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mendorong</w:t>
            </w:r>
            <w:proofErr w:type="spellEnd"/>
            <w:r>
              <w:t xml:space="preserve"> </w:t>
            </w:r>
            <w:proofErr w:type="spellStart"/>
            <w:r>
              <w:t>partisipasi</w:t>
            </w:r>
            <w:proofErr w:type="spellEnd"/>
            <w:r>
              <w:t xml:space="preserve"> </w:t>
            </w:r>
            <w:proofErr w:type="spellStart"/>
            <w:r>
              <w:t>politik</w:t>
            </w:r>
            <w:proofErr w:type="spellEnd"/>
            <w:r>
              <w:t xml:space="preserve"> </w:t>
            </w:r>
            <w:proofErr w:type="spellStart"/>
            <w:r>
              <w:t>perempuan</w:t>
            </w:r>
            <w:proofErr w:type="spellEnd"/>
            <w:r>
              <w:t xml:space="preserve"> yang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historis</w:t>
            </w:r>
            <w:proofErr w:type="spellEnd"/>
            <w:r>
              <w:t xml:space="preserve"> </w:t>
            </w:r>
            <w:proofErr w:type="spellStart"/>
            <w:r>
              <w:t>masih</w:t>
            </w:r>
            <w:proofErr w:type="spellEnd"/>
            <w:r>
              <w:t xml:space="preserve"> </w:t>
            </w:r>
            <w:proofErr w:type="spellStart"/>
            <w:r>
              <w:t>rendah</w:t>
            </w:r>
            <w:proofErr w:type="spellEnd"/>
            <w:r>
              <w:t>.</w:t>
            </w:r>
          </w:p>
          <w:p w:rsidR="00AA1A0E" w:rsidRDefault="001E1470"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menerapkan</w:t>
            </w:r>
            <w:proofErr w:type="spellEnd"/>
            <w:r>
              <w:t xml:space="preserve">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kuota</w:t>
            </w:r>
            <w:proofErr w:type="spellEnd"/>
            <w:r>
              <w:t xml:space="preserve"> minimal 30 </w:t>
            </w:r>
            <w:proofErr w:type="spellStart"/>
            <w:r>
              <w:t>persen</w:t>
            </w:r>
            <w:proofErr w:type="spellEnd"/>
            <w:r>
              <w:t xml:space="preserve"> </w:t>
            </w:r>
            <w:proofErr w:type="spellStart"/>
            <w:r>
              <w:t>keterwakilan</w:t>
            </w:r>
            <w:proofErr w:type="spellEnd"/>
            <w:r>
              <w:t xml:space="preserve"> </w:t>
            </w:r>
            <w:proofErr w:type="spellStart"/>
            <w:r>
              <w:t>perempuan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kepengurusan</w:t>
            </w:r>
            <w:proofErr w:type="spellEnd"/>
            <w:r>
              <w:t xml:space="preserve"> </w:t>
            </w:r>
            <w:proofErr w:type="spellStart"/>
            <w:r>
              <w:t>partai</w:t>
            </w:r>
            <w:proofErr w:type="spellEnd"/>
            <w:r>
              <w:t xml:space="preserve"> </w:t>
            </w:r>
            <w:proofErr w:type="spellStart"/>
            <w:r>
              <w:t>politik</w:t>
            </w:r>
            <w:proofErr w:type="spellEnd"/>
            <w:r>
              <w:t xml:space="preserve"> di </w:t>
            </w:r>
            <w:proofErr w:type="spellStart"/>
            <w:r>
              <w:t>tingkat</w:t>
            </w:r>
            <w:proofErr w:type="spellEnd"/>
            <w:r>
              <w:t xml:space="preserve"> </w:t>
            </w:r>
            <w:proofErr w:type="spellStart"/>
            <w:r>
              <w:t>pusat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syarat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pemilu</w:t>
            </w:r>
            <w:proofErr w:type="spellEnd"/>
            <w:r>
              <w:t xml:space="preserve">.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bertujuan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mendorong</w:t>
            </w:r>
            <w:proofErr w:type="spellEnd"/>
            <w:r>
              <w:t xml:space="preserve"> </w:t>
            </w:r>
            <w:proofErr w:type="spellStart"/>
            <w:r>
              <w:t>partisipasi</w:t>
            </w:r>
            <w:proofErr w:type="spellEnd"/>
            <w:r>
              <w:t xml:space="preserve"> </w:t>
            </w:r>
            <w:proofErr w:type="spellStart"/>
            <w:r>
              <w:t>politik</w:t>
            </w:r>
            <w:proofErr w:type="spellEnd"/>
            <w:r>
              <w:t xml:space="preserve"> </w:t>
            </w:r>
            <w:proofErr w:type="spellStart"/>
            <w:r>
              <w:t>perempuan</w:t>
            </w:r>
            <w:proofErr w:type="spellEnd"/>
            <w:r>
              <w:t xml:space="preserve"> yang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historis</w:t>
            </w:r>
            <w:proofErr w:type="spellEnd"/>
            <w:r>
              <w:t xml:space="preserve"> </w:t>
            </w:r>
            <w:proofErr w:type="spellStart"/>
            <w:r>
              <w:t>masih</w:t>
            </w:r>
            <w:proofErr w:type="spellEnd"/>
            <w:r>
              <w:t xml:space="preserve"> </w:t>
            </w:r>
            <w:proofErr w:type="spellStart"/>
            <w:r>
              <w:t>rendah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Bagaimanakah</w:t>
            </w:r>
            <w:proofErr w:type="spellEnd"/>
            <w:r>
              <w:t xml:space="preserve"> </w:t>
            </w:r>
            <w:proofErr w:type="spellStart"/>
            <w:r>
              <w:t>evaluasi</w:t>
            </w:r>
            <w:proofErr w:type="spellEnd"/>
            <w:r>
              <w:t xml:space="preserve"> </w:t>
            </w:r>
            <w:proofErr w:type="spellStart"/>
            <w:r>
              <w:t>sosiologis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efektivitas</w:t>
            </w:r>
            <w:proofErr w:type="spellEnd"/>
            <w:r>
              <w:t xml:space="preserve">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kuota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kesetaraan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?</w:t>
            </w:r>
          </w:p>
          <w:p w:rsidR="00AA1A0E" w:rsidRDefault="001E1470">
            <w:r>
              <w:t xml:space="preserve">A.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langkah</w:t>
            </w:r>
            <w:proofErr w:type="spellEnd"/>
            <w:r>
              <w:t xml:space="preserve"> </w:t>
            </w:r>
            <w:proofErr w:type="spellStart"/>
            <w:r>
              <w:t>strategis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mengoreksi</w:t>
            </w:r>
            <w:proofErr w:type="spellEnd"/>
            <w:r>
              <w:t xml:space="preserve"> </w:t>
            </w:r>
            <w:proofErr w:type="spellStart"/>
            <w:r>
              <w:t>ketimpangan</w:t>
            </w:r>
            <w:proofErr w:type="spellEnd"/>
            <w:r>
              <w:t xml:space="preserve"> </w:t>
            </w:r>
            <w:proofErr w:type="spellStart"/>
            <w:r>
              <w:t>akses</w:t>
            </w:r>
            <w:proofErr w:type="spellEnd"/>
            <w:r>
              <w:t xml:space="preserve"> </w:t>
            </w:r>
            <w:proofErr w:type="spellStart"/>
            <w:r>
              <w:t>kekuasaan</w:t>
            </w:r>
            <w:proofErr w:type="spellEnd"/>
            <w:r>
              <w:t xml:space="preserve"> yang </w:t>
            </w:r>
            <w:proofErr w:type="spellStart"/>
            <w:r>
              <w:t>terstruktur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historis</w:t>
            </w:r>
            <w:proofErr w:type="spellEnd"/>
            <w:r>
              <w:t>.</w:t>
            </w:r>
          </w:p>
          <w:p w:rsidR="00AA1A0E" w:rsidRDefault="001E1470">
            <w:r>
              <w:t xml:space="preserve">B.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efektif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formalitas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mengubah</w:t>
            </w:r>
            <w:proofErr w:type="spellEnd"/>
            <w:r>
              <w:t xml:space="preserve"> </w:t>
            </w:r>
            <w:proofErr w:type="spellStart"/>
            <w:r>
              <w:t>persepsi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peran</w:t>
            </w:r>
            <w:proofErr w:type="spellEnd"/>
            <w:r>
              <w:t xml:space="preserve"> </w:t>
            </w:r>
            <w:proofErr w:type="spellStart"/>
            <w:r>
              <w:t>perempuan</w:t>
            </w:r>
            <w:proofErr w:type="spellEnd"/>
            <w:r>
              <w:t>.</w:t>
            </w:r>
          </w:p>
          <w:p w:rsidR="00AA1A0E" w:rsidRDefault="001E1470">
            <w:r>
              <w:t xml:space="preserve">C.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melanggar</w:t>
            </w:r>
            <w:proofErr w:type="spellEnd"/>
            <w:r>
              <w:t xml:space="preserve"> </w:t>
            </w:r>
            <w:proofErr w:type="spellStart"/>
            <w:r>
              <w:t>prinsip</w:t>
            </w:r>
            <w:proofErr w:type="spellEnd"/>
            <w:r>
              <w:t xml:space="preserve"> </w:t>
            </w:r>
            <w:proofErr w:type="spellStart"/>
            <w:r>
              <w:t>meritokrasi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mengutamakan</w:t>
            </w:r>
            <w:proofErr w:type="spellEnd"/>
            <w:r>
              <w:t xml:space="preserve"> gender di </w:t>
            </w:r>
            <w:proofErr w:type="spellStart"/>
            <w:r>
              <w:t>atas</w:t>
            </w:r>
            <w:proofErr w:type="spellEnd"/>
            <w:r>
              <w:t xml:space="preserve"> </w:t>
            </w:r>
            <w:proofErr w:type="spellStart"/>
            <w:r>
              <w:t>kemampuan</w:t>
            </w:r>
            <w:proofErr w:type="spellEnd"/>
            <w:r>
              <w:t xml:space="preserve"> </w:t>
            </w:r>
            <w:proofErr w:type="spellStart"/>
            <w:r>
              <w:t>profesional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justru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diskriminasi</w:t>
            </w:r>
            <w:proofErr w:type="spellEnd"/>
            <w:r>
              <w:t xml:space="preserve"> </w:t>
            </w:r>
            <w:proofErr w:type="spellStart"/>
            <w:r>
              <w:t>baru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laki-laki</w:t>
            </w:r>
            <w:proofErr w:type="spellEnd"/>
            <w:r>
              <w:t xml:space="preserve"> yang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kompetensi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tinggi</w:t>
            </w:r>
            <w:proofErr w:type="spellEnd"/>
            <w:r>
              <w:t>.</w:t>
            </w:r>
          </w:p>
          <w:p w:rsidR="00AA1A0E" w:rsidRDefault="001E1470">
            <w:r>
              <w:t xml:space="preserve">E. </w:t>
            </w:r>
            <w:proofErr w:type="spellStart"/>
            <w:r>
              <w:t>Efektivitas</w:t>
            </w:r>
            <w:proofErr w:type="spellEnd"/>
            <w:r>
              <w:t xml:space="preserve">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sepenuhnya</w:t>
            </w:r>
            <w:proofErr w:type="spellEnd"/>
            <w:r>
              <w:t xml:space="preserve"> </w:t>
            </w:r>
            <w:proofErr w:type="spellStart"/>
            <w:r>
              <w:t>bergantung</w:t>
            </w:r>
            <w:proofErr w:type="spellEnd"/>
            <w:r>
              <w:t xml:space="preserve"> pada </w:t>
            </w:r>
            <w:proofErr w:type="spellStart"/>
            <w:r>
              <w:lastRenderedPageBreak/>
              <w:t>ketersediaan</w:t>
            </w:r>
            <w:proofErr w:type="spellEnd"/>
            <w:r>
              <w:t xml:space="preserve"> dana </w:t>
            </w:r>
            <w:proofErr w:type="spellStart"/>
            <w:r>
              <w:t>bantuan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lembaga</w:t>
            </w:r>
            <w:proofErr w:type="spellEnd"/>
            <w:r>
              <w:t xml:space="preserve"> </w:t>
            </w:r>
            <w:proofErr w:type="spellStart"/>
            <w:r>
              <w:t>swadaya</w:t>
            </w:r>
            <w:proofErr w:type="spellEnd"/>
            <w:r>
              <w:t xml:space="preserve"> </w:t>
            </w:r>
            <w:proofErr w:type="spellStart"/>
            <w:r>
              <w:t>internasional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Bagaimanakah</w:t>
            </w:r>
            <w:proofErr w:type="spellEnd"/>
            <w:r>
              <w:t xml:space="preserve"> </w:t>
            </w:r>
            <w:proofErr w:type="spellStart"/>
            <w:r>
              <w:t>evaluasi</w:t>
            </w:r>
            <w:proofErr w:type="spellEnd"/>
            <w:r>
              <w:t xml:space="preserve"> </w:t>
            </w:r>
            <w:proofErr w:type="spellStart"/>
            <w:r>
              <w:t>sosiologis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efektivitas</w:t>
            </w:r>
            <w:proofErr w:type="spellEnd"/>
            <w:r>
              <w:t xml:space="preserve">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kuota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kesetaraan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?</w:t>
            </w:r>
          </w:p>
          <w:p w:rsidR="00AA1A0E" w:rsidRDefault="001E1470">
            <w:r>
              <w:t xml:space="preserve">A.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langkah</w:t>
            </w:r>
            <w:proofErr w:type="spellEnd"/>
            <w:r>
              <w:t xml:space="preserve"> </w:t>
            </w:r>
            <w:proofErr w:type="spellStart"/>
            <w:r>
              <w:t>strategis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mengoreksi</w:t>
            </w:r>
            <w:proofErr w:type="spellEnd"/>
            <w:r>
              <w:t xml:space="preserve"> </w:t>
            </w:r>
            <w:proofErr w:type="spellStart"/>
            <w:r>
              <w:t>ketimpangan</w:t>
            </w:r>
            <w:proofErr w:type="spellEnd"/>
            <w:r>
              <w:t xml:space="preserve"> </w:t>
            </w:r>
            <w:proofErr w:type="spellStart"/>
            <w:r>
              <w:t>akses</w:t>
            </w:r>
            <w:proofErr w:type="spellEnd"/>
            <w:r>
              <w:t xml:space="preserve"> </w:t>
            </w:r>
            <w:proofErr w:type="spellStart"/>
            <w:r>
              <w:t>kekuasaan</w:t>
            </w:r>
            <w:proofErr w:type="spellEnd"/>
            <w:r>
              <w:t xml:space="preserve"> yang </w:t>
            </w:r>
            <w:proofErr w:type="spellStart"/>
            <w:r>
              <w:t>terstruktur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historis</w:t>
            </w:r>
            <w:proofErr w:type="spellEnd"/>
            <w:r>
              <w:t>.</w:t>
            </w:r>
          </w:p>
          <w:p w:rsidR="00AA1A0E" w:rsidRDefault="001E1470">
            <w:r>
              <w:t xml:space="preserve">B.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efektif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formalitas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mengubah</w:t>
            </w:r>
            <w:proofErr w:type="spellEnd"/>
            <w:r>
              <w:t xml:space="preserve"> </w:t>
            </w:r>
            <w:proofErr w:type="spellStart"/>
            <w:r>
              <w:t>persepsi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peran</w:t>
            </w:r>
            <w:proofErr w:type="spellEnd"/>
            <w:r>
              <w:t xml:space="preserve"> </w:t>
            </w:r>
            <w:proofErr w:type="spellStart"/>
            <w:r>
              <w:t>perempuan</w:t>
            </w:r>
            <w:proofErr w:type="spellEnd"/>
            <w:r>
              <w:t>.</w:t>
            </w:r>
          </w:p>
          <w:p w:rsidR="00AA1A0E" w:rsidRDefault="001E1470">
            <w:r>
              <w:t xml:space="preserve">C.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melanggar</w:t>
            </w:r>
            <w:proofErr w:type="spellEnd"/>
            <w:r>
              <w:t xml:space="preserve"> </w:t>
            </w:r>
            <w:proofErr w:type="spellStart"/>
            <w:r>
              <w:t>prinsip</w:t>
            </w:r>
            <w:proofErr w:type="spellEnd"/>
            <w:r>
              <w:t xml:space="preserve"> </w:t>
            </w:r>
            <w:proofErr w:type="spellStart"/>
            <w:r>
              <w:t>meritokrasi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mengutamakan</w:t>
            </w:r>
            <w:proofErr w:type="spellEnd"/>
            <w:r>
              <w:t xml:space="preserve"> gender di </w:t>
            </w:r>
            <w:proofErr w:type="spellStart"/>
            <w:r>
              <w:t>atas</w:t>
            </w:r>
            <w:proofErr w:type="spellEnd"/>
            <w:r>
              <w:t xml:space="preserve"> </w:t>
            </w:r>
            <w:proofErr w:type="spellStart"/>
            <w:r>
              <w:t>kemampuan</w:t>
            </w:r>
            <w:proofErr w:type="spellEnd"/>
            <w:r>
              <w:t xml:space="preserve"> </w:t>
            </w:r>
            <w:proofErr w:type="spellStart"/>
            <w:r>
              <w:t>profesional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justru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diskriminasi</w:t>
            </w:r>
            <w:proofErr w:type="spellEnd"/>
            <w:r>
              <w:t xml:space="preserve"> </w:t>
            </w:r>
            <w:proofErr w:type="spellStart"/>
            <w:r>
              <w:t>baru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laki-laki</w:t>
            </w:r>
            <w:proofErr w:type="spellEnd"/>
            <w:r>
              <w:t xml:space="preserve"> yang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kompetensi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tinggi</w:t>
            </w:r>
            <w:proofErr w:type="spellEnd"/>
            <w:r>
              <w:t>.</w:t>
            </w:r>
          </w:p>
          <w:p w:rsidR="00AA1A0E" w:rsidRDefault="001E1470">
            <w:r>
              <w:t xml:space="preserve">E. </w:t>
            </w:r>
            <w:proofErr w:type="spellStart"/>
            <w:r>
              <w:t>Efektivitas</w:t>
            </w:r>
            <w:proofErr w:type="spellEnd"/>
            <w:r>
              <w:t xml:space="preserve">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sepenuhnya</w:t>
            </w:r>
            <w:proofErr w:type="spellEnd"/>
            <w:r>
              <w:t xml:space="preserve"> </w:t>
            </w:r>
            <w:proofErr w:type="spellStart"/>
            <w:r>
              <w:t>bergantung</w:t>
            </w:r>
            <w:proofErr w:type="spellEnd"/>
            <w:r>
              <w:t xml:space="preserve"> pada </w:t>
            </w:r>
            <w:proofErr w:type="spellStart"/>
            <w:r>
              <w:t>ketersediaan</w:t>
            </w:r>
            <w:proofErr w:type="spellEnd"/>
            <w:r>
              <w:t xml:space="preserve"> dana </w:t>
            </w:r>
            <w:proofErr w:type="spellStart"/>
            <w:r>
              <w:t>bantuan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lembaga</w:t>
            </w:r>
            <w:proofErr w:type="spellEnd"/>
            <w:r>
              <w:t xml:space="preserve"> </w:t>
            </w:r>
            <w:proofErr w:type="spellStart"/>
            <w:r>
              <w:t>swadaya</w:t>
            </w:r>
            <w:proofErr w:type="spellEnd"/>
            <w:r>
              <w:t xml:space="preserve"> </w:t>
            </w:r>
            <w:proofErr w:type="spellStart"/>
            <w:r>
              <w:t>internasional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A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Kuota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mengoreksi</w:t>
            </w:r>
            <w:proofErr w:type="spellEnd"/>
            <w:r>
              <w:t xml:space="preserve"> </w:t>
            </w:r>
            <w:proofErr w:type="spellStart"/>
            <w:r>
              <w:t>ketimpangan</w:t>
            </w:r>
            <w:proofErr w:type="spellEnd"/>
            <w:r>
              <w:t xml:space="preserve"> </w:t>
            </w:r>
            <w:proofErr w:type="spellStart"/>
            <w:r>
              <w:t>historis</w:t>
            </w:r>
            <w:proofErr w:type="spellEnd"/>
            <w:r>
              <w:t xml:space="preserve"> dan </w:t>
            </w:r>
            <w:proofErr w:type="spellStart"/>
            <w:r>
              <w:t>membuka</w:t>
            </w:r>
            <w:proofErr w:type="spellEnd"/>
            <w:r>
              <w:t xml:space="preserve"> </w:t>
            </w:r>
            <w:proofErr w:type="spellStart"/>
            <w:r>
              <w:t>akses</w:t>
            </w:r>
            <w:proofErr w:type="spellEnd"/>
            <w:r>
              <w:t xml:space="preserve"> </w:t>
            </w:r>
            <w:proofErr w:type="spellStart"/>
            <w:r>
              <w:t>kekuasaan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yang </w:t>
            </w:r>
            <w:proofErr w:type="spellStart"/>
            <w:r>
              <w:t>sebelumnya</w:t>
            </w:r>
            <w:proofErr w:type="spellEnd"/>
            <w:r>
              <w:t xml:space="preserve"> </w:t>
            </w:r>
            <w:proofErr w:type="spellStart"/>
            <w:r>
              <w:t>termarjinalkan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3"/>
        <w:gridCol w:w="6793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20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Integrasi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merancang</w:t>
            </w:r>
            <w:proofErr w:type="spellEnd"/>
            <w:r>
              <w:t xml:space="preserve"> program </w:t>
            </w:r>
            <w:proofErr w:type="spellStart"/>
            <w:r>
              <w:t>integrasi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antar</w:t>
            </w:r>
            <w:proofErr w:type="spellEnd"/>
            <w:r>
              <w:t xml:space="preserve"> </w:t>
            </w:r>
            <w:proofErr w:type="spellStart"/>
            <w:r>
              <w:t>etnis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F1126">
            <w:r>
              <w:t>C6</w:t>
            </w:r>
            <w:r w:rsidR="001E1470">
              <w:t xml:space="preserve"> (</w:t>
            </w:r>
            <w:proofErr w:type="spellStart"/>
            <w:r w:rsidR="001E1470">
              <w:t>Mencipta</w:t>
            </w:r>
            <w:proofErr w:type="spellEnd"/>
            <w:r w:rsidR="001E1470"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Biasa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Desa</w:t>
            </w:r>
            <w:proofErr w:type="spellEnd"/>
            <w:r>
              <w:t xml:space="preserve"> Makmur </w:t>
            </w:r>
            <w:proofErr w:type="spellStart"/>
            <w:r>
              <w:t>dihuni</w:t>
            </w:r>
            <w:proofErr w:type="spellEnd"/>
            <w:r>
              <w:t xml:space="preserve"> oleh </w:t>
            </w:r>
            <w:proofErr w:type="spellStart"/>
            <w:r>
              <w:t>dua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etnis</w:t>
            </w:r>
            <w:proofErr w:type="spellEnd"/>
            <w:r>
              <w:t xml:space="preserve"> yang </w:t>
            </w:r>
            <w:proofErr w:type="spellStart"/>
            <w:r>
              <w:t>berbeda</w:t>
            </w:r>
            <w:proofErr w:type="spellEnd"/>
            <w:r>
              <w:t xml:space="preserve">, </w:t>
            </w:r>
            <w:proofErr w:type="spellStart"/>
            <w:r>
              <w:t>etnis</w:t>
            </w:r>
            <w:proofErr w:type="spellEnd"/>
            <w:r>
              <w:t xml:space="preserve"> A dan </w:t>
            </w:r>
            <w:proofErr w:type="spellStart"/>
            <w:r>
              <w:t>etnis</w:t>
            </w:r>
            <w:proofErr w:type="spellEnd"/>
            <w:r>
              <w:t xml:space="preserve"> B. </w:t>
            </w:r>
            <w:proofErr w:type="spellStart"/>
            <w:r>
              <w:t>Akhir-akhir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, </w:t>
            </w:r>
            <w:proofErr w:type="spellStart"/>
            <w:r>
              <w:t>sering</w:t>
            </w:r>
            <w:proofErr w:type="spell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gesekan</w:t>
            </w:r>
            <w:proofErr w:type="spellEnd"/>
            <w:r>
              <w:t xml:space="preserve"> </w:t>
            </w:r>
            <w:proofErr w:type="spellStart"/>
            <w:r>
              <w:t>kecil</w:t>
            </w:r>
            <w:proofErr w:type="spellEnd"/>
            <w:r>
              <w:t xml:space="preserve">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air </w:t>
            </w:r>
            <w:proofErr w:type="spellStart"/>
            <w:r>
              <w:t>irigasi</w:t>
            </w:r>
            <w:proofErr w:type="spellEnd"/>
            <w:r>
              <w:t xml:space="preserve"> yang </w:t>
            </w:r>
            <w:proofErr w:type="spellStart"/>
            <w:r>
              <w:t>terbatas</w:t>
            </w:r>
            <w:proofErr w:type="spellEnd"/>
            <w:r>
              <w:t xml:space="preserve">.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cenderung</w:t>
            </w:r>
            <w:proofErr w:type="spellEnd"/>
            <w:r>
              <w:t xml:space="preserve"> </w:t>
            </w:r>
            <w:proofErr w:type="spellStart"/>
            <w:r>
              <w:t>menutup</w:t>
            </w:r>
            <w:proofErr w:type="spellEnd"/>
            <w:r>
              <w:t xml:space="preserve"> </w:t>
            </w:r>
            <w:proofErr w:type="spellStart"/>
            <w:r>
              <w:t>diri</w:t>
            </w:r>
            <w:proofErr w:type="spellEnd"/>
            <w:r>
              <w:t xml:space="preserve"> dan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berinteraksi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sesama</w:t>
            </w:r>
            <w:proofErr w:type="spellEnd"/>
            <w:r>
              <w:t xml:space="preserve">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etnisnya</w:t>
            </w:r>
            <w:proofErr w:type="spellEnd"/>
            <w:r>
              <w:t xml:space="preserve"> </w:t>
            </w:r>
            <w:proofErr w:type="spellStart"/>
            <w:r>
              <w:t>saja</w:t>
            </w:r>
            <w:proofErr w:type="spellEnd"/>
            <w:r>
              <w:t xml:space="preserve"> (</w:t>
            </w:r>
            <w:proofErr w:type="spellStart"/>
            <w:r>
              <w:t>eksklusif</w:t>
            </w:r>
            <w:proofErr w:type="spellEnd"/>
            <w:r>
              <w:t>).</w:t>
            </w:r>
          </w:p>
          <w:p w:rsidR="00AA1A0E" w:rsidRDefault="001E1470">
            <w:proofErr w:type="spellStart"/>
            <w:r>
              <w:t>Desa</w:t>
            </w:r>
            <w:proofErr w:type="spellEnd"/>
            <w:r>
              <w:t xml:space="preserve"> Makmur </w:t>
            </w:r>
            <w:proofErr w:type="spellStart"/>
            <w:r>
              <w:t>dihuni</w:t>
            </w:r>
            <w:proofErr w:type="spellEnd"/>
            <w:r>
              <w:t xml:space="preserve"> oleh </w:t>
            </w:r>
            <w:proofErr w:type="spellStart"/>
            <w:r>
              <w:t>dua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etnis</w:t>
            </w:r>
            <w:proofErr w:type="spellEnd"/>
            <w:r>
              <w:t xml:space="preserve"> yang </w:t>
            </w:r>
            <w:proofErr w:type="spellStart"/>
            <w:r>
              <w:t>berbeda</w:t>
            </w:r>
            <w:proofErr w:type="spellEnd"/>
            <w:r>
              <w:t xml:space="preserve">, </w:t>
            </w:r>
            <w:proofErr w:type="spellStart"/>
            <w:r>
              <w:t>etnis</w:t>
            </w:r>
            <w:proofErr w:type="spellEnd"/>
            <w:r>
              <w:t xml:space="preserve"> A dan </w:t>
            </w:r>
            <w:proofErr w:type="spellStart"/>
            <w:r>
              <w:t>etnis</w:t>
            </w:r>
            <w:proofErr w:type="spellEnd"/>
            <w:r>
              <w:t xml:space="preserve"> B. </w:t>
            </w:r>
            <w:proofErr w:type="spellStart"/>
            <w:r>
              <w:t>Akhir-akhir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, </w:t>
            </w:r>
            <w:proofErr w:type="spellStart"/>
            <w:r>
              <w:t>sering</w:t>
            </w:r>
            <w:proofErr w:type="spell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gesekan</w:t>
            </w:r>
            <w:proofErr w:type="spellEnd"/>
            <w:r>
              <w:t xml:space="preserve"> </w:t>
            </w:r>
            <w:proofErr w:type="spellStart"/>
            <w:r>
              <w:t>kecil</w:t>
            </w:r>
            <w:proofErr w:type="spellEnd"/>
            <w:r>
              <w:t xml:space="preserve">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air </w:t>
            </w:r>
            <w:proofErr w:type="spellStart"/>
            <w:r>
              <w:t>irigasi</w:t>
            </w:r>
            <w:proofErr w:type="spellEnd"/>
            <w:r>
              <w:t xml:space="preserve"> yang </w:t>
            </w:r>
            <w:proofErr w:type="spellStart"/>
            <w:r>
              <w:t>terbatas</w:t>
            </w:r>
            <w:proofErr w:type="spellEnd"/>
            <w:r>
              <w:t xml:space="preserve">.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cenderung</w:t>
            </w:r>
            <w:proofErr w:type="spellEnd"/>
            <w:r>
              <w:t xml:space="preserve"> </w:t>
            </w:r>
            <w:proofErr w:type="spellStart"/>
            <w:r>
              <w:t>menutup</w:t>
            </w:r>
            <w:proofErr w:type="spellEnd"/>
            <w:r>
              <w:t xml:space="preserve"> </w:t>
            </w:r>
            <w:proofErr w:type="spellStart"/>
            <w:r>
              <w:t>diri</w:t>
            </w:r>
            <w:proofErr w:type="spellEnd"/>
            <w:r>
              <w:t xml:space="preserve"> dan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berinteraksi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sesama</w:t>
            </w:r>
            <w:proofErr w:type="spellEnd"/>
            <w:r>
              <w:t xml:space="preserve">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etnisnya</w:t>
            </w:r>
            <w:proofErr w:type="spellEnd"/>
            <w:r>
              <w:t xml:space="preserve"> </w:t>
            </w:r>
            <w:proofErr w:type="spellStart"/>
            <w:r>
              <w:t>saja</w:t>
            </w:r>
            <w:proofErr w:type="spellEnd"/>
            <w:r>
              <w:t xml:space="preserve"> (</w:t>
            </w:r>
            <w:proofErr w:type="spellStart"/>
            <w:r>
              <w:t>eksklusif</w:t>
            </w:r>
            <w:proofErr w:type="spellEnd"/>
            <w:r>
              <w:t>).</w:t>
            </w:r>
          </w:p>
          <w:p w:rsidR="00AA1A0E" w:rsidRDefault="00AA1A0E"/>
          <w:p w:rsidR="00AA1A0E" w:rsidRDefault="001E1470">
            <w:proofErr w:type="spellStart"/>
            <w:r>
              <w:t>Jika</w:t>
            </w:r>
            <w:proofErr w:type="spellEnd"/>
            <w:r>
              <w:t xml:space="preserve"> Anda </w:t>
            </w:r>
            <w:proofErr w:type="spellStart"/>
            <w:r>
              <w:t>diminta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program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mencegah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terbuka</w:t>
            </w:r>
            <w:proofErr w:type="spellEnd"/>
            <w:r>
              <w:t xml:space="preserve"> dan </w:t>
            </w:r>
            <w:proofErr w:type="spellStart"/>
            <w:r>
              <w:t>membangun</w:t>
            </w:r>
            <w:proofErr w:type="spellEnd"/>
            <w:r>
              <w:t xml:space="preserve"> </w:t>
            </w:r>
            <w:proofErr w:type="spellStart"/>
            <w:r>
              <w:t>integrasi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berkelanjutan</w:t>
            </w:r>
            <w:proofErr w:type="spellEnd"/>
            <w:r>
              <w:t xml:space="preserve"> di </w:t>
            </w:r>
            <w:proofErr w:type="spellStart"/>
            <w:r>
              <w:t>desa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, program </w:t>
            </w:r>
            <w:proofErr w:type="spellStart"/>
            <w:r>
              <w:t>manakah</w:t>
            </w:r>
            <w:proofErr w:type="spellEnd"/>
            <w:r>
              <w:t xml:space="preserve"> yang paling </w:t>
            </w:r>
            <w:proofErr w:type="spellStart"/>
            <w:r>
              <w:t>tepat</w:t>
            </w:r>
            <w:proofErr w:type="spellEnd"/>
            <w:r>
              <w:t>?</w:t>
            </w:r>
          </w:p>
          <w:p w:rsidR="00AA1A0E" w:rsidRDefault="001E1470">
            <w:r>
              <w:t xml:space="preserve">A. </w:t>
            </w:r>
            <w:proofErr w:type="spellStart"/>
            <w:r>
              <w:t>Membangun</w:t>
            </w:r>
            <w:proofErr w:type="spellEnd"/>
            <w:r>
              <w:t xml:space="preserve"> </w:t>
            </w:r>
            <w:proofErr w:type="spellStart"/>
            <w:r>
              <w:t>pagar</w:t>
            </w:r>
            <w:proofErr w:type="spellEnd"/>
            <w:r>
              <w:t xml:space="preserve"> </w:t>
            </w:r>
            <w:proofErr w:type="spellStart"/>
            <w:r>
              <w:t>pembatas</w:t>
            </w:r>
            <w:proofErr w:type="spellEnd"/>
            <w:r>
              <w:t xml:space="preserve"> yang </w:t>
            </w:r>
            <w:proofErr w:type="spellStart"/>
            <w:r>
              <w:t>permanen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wilayah </w:t>
            </w:r>
            <w:proofErr w:type="spellStart"/>
            <w:r>
              <w:t>pemukiman</w:t>
            </w:r>
            <w:proofErr w:type="spellEnd"/>
            <w:r>
              <w:t xml:space="preserve"> </w:t>
            </w:r>
            <w:proofErr w:type="spellStart"/>
            <w:r>
              <w:t>etnis</w:t>
            </w:r>
            <w:proofErr w:type="spellEnd"/>
            <w:r>
              <w:t xml:space="preserve"> A dan </w:t>
            </w:r>
            <w:proofErr w:type="spellStart"/>
            <w:r>
              <w:t>etnis</w:t>
            </w:r>
            <w:proofErr w:type="spellEnd"/>
            <w:r>
              <w:t xml:space="preserve"> B.</w:t>
            </w:r>
          </w:p>
          <w:p w:rsidR="00AA1A0E" w:rsidRDefault="001E1470">
            <w:r>
              <w:t xml:space="preserve">B.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bantuan</w:t>
            </w:r>
            <w:proofErr w:type="spellEnd"/>
            <w:r>
              <w:t xml:space="preserve"> </w:t>
            </w:r>
            <w:proofErr w:type="spellStart"/>
            <w:r>
              <w:t>tunai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masing-masing</w:t>
            </w:r>
            <w:proofErr w:type="spellEnd"/>
            <w:r>
              <w:t xml:space="preserve"> </w:t>
            </w:r>
            <w:proofErr w:type="spellStart"/>
            <w:r>
              <w:t>kepala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di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etnis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.</w:t>
            </w:r>
          </w:p>
          <w:p w:rsidR="00AA1A0E" w:rsidRDefault="001E1470">
            <w:r>
              <w:t xml:space="preserve">C. </w:t>
            </w:r>
            <w:proofErr w:type="spellStart"/>
            <w:r>
              <w:t>Membentuk</w:t>
            </w:r>
            <w:proofErr w:type="spellEnd"/>
            <w:r>
              <w:t xml:space="preserve"> </w:t>
            </w:r>
            <w:proofErr w:type="spellStart"/>
            <w:r>
              <w:t>koperasi</w:t>
            </w:r>
            <w:proofErr w:type="spellEnd"/>
            <w:r>
              <w:t xml:space="preserve"> air </w:t>
            </w:r>
            <w:proofErr w:type="spellStart"/>
            <w:r>
              <w:t>desa</w:t>
            </w:r>
            <w:proofErr w:type="spellEnd"/>
            <w:r>
              <w:t xml:space="preserve"> yang </w:t>
            </w:r>
            <w:proofErr w:type="spellStart"/>
            <w:r>
              <w:t>kepengurusannya</w:t>
            </w:r>
            <w:proofErr w:type="spellEnd"/>
            <w:r>
              <w:t xml:space="preserve"> </w:t>
            </w:r>
            <w:proofErr w:type="spellStart"/>
            <w:r>
              <w:t>wajib</w:t>
            </w:r>
            <w:proofErr w:type="spellEnd"/>
            <w:r>
              <w:t xml:space="preserve"> </w:t>
            </w:r>
            <w:proofErr w:type="spellStart"/>
            <w:r>
              <w:t>melibatkan</w:t>
            </w:r>
            <w:proofErr w:type="spellEnd"/>
            <w:r>
              <w:t xml:space="preserve"> </w:t>
            </w:r>
            <w:proofErr w:type="spellStart"/>
            <w:r>
              <w:t>perwakilan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etnis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dikelola</w:t>
            </w:r>
            <w:proofErr w:type="spellEnd"/>
            <w:r>
              <w:t xml:space="preserve"> </w:t>
            </w:r>
            <w:proofErr w:type="spellStart"/>
            <w:r>
              <w:t>bersama</w:t>
            </w:r>
            <w:proofErr w:type="spellEnd"/>
            <w:r>
              <w:t>.</w:t>
            </w:r>
          </w:p>
          <w:p w:rsidR="00AA1A0E" w:rsidRDefault="001E1470">
            <w:r>
              <w:lastRenderedPageBreak/>
              <w:t xml:space="preserve">D.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relokasi</w:t>
            </w:r>
            <w:proofErr w:type="spellEnd"/>
            <w:r>
              <w:t xml:space="preserve"> salah 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etnis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wilayah lain agar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persaingan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daya</w:t>
            </w:r>
            <w:proofErr w:type="spellEnd"/>
            <w:r>
              <w:t>.</w:t>
            </w:r>
          </w:p>
          <w:p w:rsidR="00AA1A0E" w:rsidRDefault="001E1470">
            <w:r>
              <w:t xml:space="preserve">E. </w:t>
            </w:r>
            <w:proofErr w:type="spellStart"/>
            <w:r>
              <w:t>Mengadakan</w:t>
            </w:r>
            <w:proofErr w:type="spellEnd"/>
            <w:r>
              <w:t xml:space="preserve"> </w:t>
            </w:r>
            <w:proofErr w:type="spellStart"/>
            <w:r>
              <w:t>ceramah</w:t>
            </w:r>
            <w:proofErr w:type="spellEnd"/>
            <w:r>
              <w:t xml:space="preserve"> </w:t>
            </w:r>
            <w:proofErr w:type="spellStart"/>
            <w:r>
              <w:t>rutin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pentingnya</w:t>
            </w:r>
            <w:proofErr w:type="spellEnd"/>
            <w:r>
              <w:t xml:space="preserve"> </w:t>
            </w:r>
            <w:proofErr w:type="spellStart"/>
            <w:r>
              <w:t>perdamaian</w:t>
            </w:r>
            <w:proofErr w:type="spellEnd"/>
            <w:r>
              <w:t xml:space="preserve"> yang </w:t>
            </w:r>
            <w:proofErr w:type="spellStart"/>
            <w:r>
              <w:t>dilakukan</w:t>
            </w:r>
            <w:proofErr w:type="spellEnd"/>
            <w:r>
              <w:t xml:space="preserve"> di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ibadah</w:t>
            </w:r>
            <w:proofErr w:type="spellEnd"/>
            <w:r>
              <w:t xml:space="preserve"> </w:t>
            </w:r>
            <w:proofErr w:type="spellStart"/>
            <w:r>
              <w:t>masing-masing</w:t>
            </w:r>
            <w:proofErr w:type="spellEnd"/>
            <w:r>
              <w:t xml:space="preserve"> </w:t>
            </w:r>
            <w:proofErr w:type="spellStart"/>
            <w:r>
              <w:t>etnis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Jika</w:t>
            </w:r>
            <w:proofErr w:type="spellEnd"/>
            <w:r>
              <w:t xml:space="preserve"> Anda </w:t>
            </w:r>
            <w:proofErr w:type="spellStart"/>
            <w:r>
              <w:t>diminta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program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mencegah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terbuka</w:t>
            </w:r>
            <w:proofErr w:type="spellEnd"/>
            <w:r>
              <w:t xml:space="preserve"> dan </w:t>
            </w:r>
            <w:proofErr w:type="spellStart"/>
            <w:r>
              <w:t>membangun</w:t>
            </w:r>
            <w:proofErr w:type="spellEnd"/>
            <w:r>
              <w:t xml:space="preserve"> </w:t>
            </w:r>
            <w:proofErr w:type="spellStart"/>
            <w:r>
              <w:t>integrasi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berkelanjutan</w:t>
            </w:r>
            <w:proofErr w:type="spellEnd"/>
            <w:r>
              <w:t xml:space="preserve"> di </w:t>
            </w:r>
            <w:proofErr w:type="spellStart"/>
            <w:r>
              <w:t>desa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, program </w:t>
            </w:r>
            <w:proofErr w:type="spellStart"/>
            <w:r>
              <w:t>manakah</w:t>
            </w:r>
            <w:proofErr w:type="spellEnd"/>
            <w:r>
              <w:t xml:space="preserve"> yang paling </w:t>
            </w:r>
            <w:proofErr w:type="spellStart"/>
            <w:r>
              <w:t>tepat</w:t>
            </w:r>
            <w:proofErr w:type="spellEnd"/>
            <w:r>
              <w:t>?</w:t>
            </w:r>
          </w:p>
          <w:p w:rsidR="00AA1A0E" w:rsidRDefault="001E1470">
            <w:r>
              <w:t xml:space="preserve">A. </w:t>
            </w:r>
            <w:proofErr w:type="spellStart"/>
            <w:r>
              <w:t>Membangun</w:t>
            </w:r>
            <w:proofErr w:type="spellEnd"/>
            <w:r>
              <w:t xml:space="preserve"> </w:t>
            </w:r>
            <w:proofErr w:type="spellStart"/>
            <w:r>
              <w:t>pagar</w:t>
            </w:r>
            <w:proofErr w:type="spellEnd"/>
            <w:r>
              <w:t xml:space="preserve"> </w:t>
            </w:r>
            <w:proofErr w:type="spellStart"/>
            <w:r>
              <w:t>pembatas</w:t>
            </w:r>
            <w:proofErr w:type="spellEnd"/>
            <w:r>
              <w:t xml:space="preserve"> yang </w:t>
            </w:r>
            <w:proofErr w:type="spellStart"/>
            <w:r>
              <w:t>permanen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wilayah </w:t>
            </w:r>
            <w:proofErr w:type="spellStart"/>
            <w:r>
              <w:t>pemukiman</w:t>
            </w:r>
            <w:proofErr w:type="spellEnd"/>
            <w:r>
              <w:t xml:space="preserve"> </w:t>
            </w:r>
            <w:proofErr w:type="spellStart"/>
            <w:r>
              <w:t>etnis</w:t>
            </w:r>
            <w:proofErr w:type="spellEnd"/>
            <w:r>
              <w:t xml:space="preserve"> A dan </w:t>
            </w:r>
            <w:proofErr w:type="spellStart"/>
            <w:r>
              <w:t>etnis</w:t>
            </w:r>
            <w:proofErr w:type="spellEnd"/>
            <w:r>
              <w:t xml:space="preserve"> B.</w:t>
            </w:r>
          </w:p>
          <w:p w:rsidR="00AA1A0E" w:rsidRDefault="001E1470">
            <w:r>
              <w:t xml:space="preserve">B.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bantuan</w:t>
            </w:r>
            <w:proofErr w:type="spellEnd"/>
            <w:r>
              <w:t xml:space="preserve"> </w:t>
            </w:r>
            <w:proofErr w:type="spellStart"/>
            <w:r>
              <w:t>tunai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masing-masing</w:t>
            </w:r>
            <w:proofErr w:type="spellEnd"/>
            <w:r>
              <w:t xml:space="preserve"> </w:t>
            </w:r>
            <w:proofErr w:type="spellStart"/>
            <w:r>
              <w:t>kepala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di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etnis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.</w:t>
            </w:r>
          </w:p>
          <w:p w:rsidR="00AA1A0E" w:rsidRDefault="001E1470">
            <w:r>
              <w:t xml:space="preserve">C. </w:t>
            </w:r>
            <w:proofErr w:type="spellStart"/>
            <w:r>
              <w:t>Membentuk</w:t>
            </w:r>
            <w:proofErr w:type="spellEnd"/>
            <w:r>
              <w:t xml:space="preserve"> </w:t>
            </w:r>
            <w:proofErr w:type="spellStart"/>
            <w:r>
              <w:t>koperasi</w:t>
            </w:r>
            <w:proofErr w:type="spellEnd"/>
            <w:r>
              <w:t xml:space="preserve"> air </w:t>
            </w:r>
            <w:proofErr w:type="spellStart"/>
            <w:r>
              <w:t>desa</w:t>
            </w:r>
            <w:proofErr w:type="spellEnd"/>
            <w:r>
              <w:t xml:space="preserve"> yang </w:t>
            </w:r>
            <w:proofErr w:type="spellStart"/>
            <w:r>
              <w:t>kepengurusannya</w:t>
            </w:r>
            <w:proofErr w:type="spellEnd"/>
            <w:r>
              <w:t xml:space="preserve"> </w:t>
            </w:r>
            <w:proofErr w:type="spellStart"/>
            <w:r>
              <w:t>wajib</w:t>
            </w:r>
            <w:proofErr w:type="spellEnd"/>
            <w:r>
              <w:t xml:space="preserve"> </w:t>
            </w:r>
            <w:proofErr w:type="spellStart"/>
            <w:r>
              <w:t>melibatkan</w:t>
            </w:r>
            <w:proofErr w:type="spellEnd"/>
            <w:r>
              <w:t xml:space="preserve"> </w:t>
            </w:r>
            <w:proofErr w:type="spellStart"/>
            <w:r>
              <w:t>perwakilan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etnis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dikelola</w:t>
            </w:r>
            <w:proofErr w:type="spellEnd"/>
            <w:r>
              <w:t xml:space="preserve"> </w:t>
            </w:r>
            <w:proofErr w:type="spellStart"/>
            <w:r>
              <w:t>bersama</w:t>
            </w:r>
            <w:proofErr w:type="spellEnd"/>
            <w:r>
              <w:t>.</w:t>
            </w:r>
          </w:p>
          <w:p w:rsidR="00AA1A0E" w:rsidRDefault="001E1470">
            <w:r>
              <w:t xml:space="preserve">D.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relokasi</w:t>
            </w:r>
            <w:proofErr w:type="spellEnd"/>
            <w:r>
              <w:t xml:space="preserve"> salah 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etnis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wilayah lain agar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persaingan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daya</w:t>
            </w:r>
            <w:proofErr w:type="spellEnd"/>
            <w:r>
              <w:t>.</w:t>
            </w:r>
          </w:p>
          <w:p w:rsidR="00AA1A0E" w:rsidRDefault="001E1470">
            <w:r>
              <w:t xml:space="preserve">E. </w:t>
            </w:r>
            <w:proofErr w:type="spellStart"/>
            <w:r>
              <w:t>Mengadakan</w:t>
            </w:r>
            <w:proofErr w:type="spellEnd"/>
            <w:r>
              <w:t xml:space="preserve"> </w:t>
            </w:r>
            <w:proofErr w:type="spellStart"/>
            <w:r>
              <w:t>ceramah</w:t>
            </w:r>
            <w:proofErr w:type="spellEnd"/>
            <w:r>
              <w:t xml:space="preserve"> </w:t>
            </w:r>
            <w:proofErr w:type="spellStart"/>
            <w:r>
              <w:t>rutin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pentingnya</w:t>
            </w:r>
            <w:proofErr w:type="spellEnd"/>
            <w:r>
              <w:t xml:space="preserve"> </w:t>
            </w:r>
            <w:proofErr w:type="spellStart"/>
            <w:r>
              <w:t>perdamaian</w:t>
            </w:r>
            <w:proofErr w:type="spellEnd"/>
            <w:r>
              <w:t xml:space="preserve"> yang </w:t>
            </w:r>
            <w:proofErr w:type="spellStart"/>
            <w:r>
              <w:t>dilakukan</w:t>
            </w:r>
            <w:proofErr w:type="spellEnd"/>
            <w:r>
              <w:t xml:space="preserve"> di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ibadah</w:t>
            </w:r>
            <w:proofErr w:type="spellEnd"/>
            <w:r>
              <w:t xml:space="preserve"> </w:t>
            </w:r>
            <w:proofErr w:type="spellStart"/>
            <w:r>
              <w:t>masing-masing</w:t>
            </w:r>
            <w:proofErr w:type="spellEnd"/>
            <w:r>
              <w:t xml:space="preserve"> </w:t>
            </w:r>
            <w:proofErr w:type="spellStart"/>
            <w:r>
              <w:t>etnis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>C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Koperasi</w:t>
            </w:r>
            <w:proofErr w:type="spellEnd"/>
            <w:r>
              <w:t xml:space="preserve"> air </w:t>
            </w:r>
            <w:proofErr w:type="spellStart"/>
            <w:r>
              <w:t>memaksa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berinteraksi</w:t>
            </w:r>
            <w:proofErr w:type="spellEnd"/>
            <w:r>
              <w:t xml:space="preserve"> dan </w:t>
            </w:r>
            <w:proofErr w:type="spellStart"/>
            <w:r>
              <w:t>bekerja</w:t>
            </w:r>
            <w:proofErr w:type="spellEnd"/>
            <w:r>
              <w:t xml:space="preserve"> </w:t>
            </w:r>
            <w:proofErr w:type="spellStart"/>
            <w:r>
              <w:t>sama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pemenuhan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 xml:space="preserve"> </w:t>
            </w:r>
            <w:proofErr w:type="spellStart"/>
            <w:r>
              <w:t>dasar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4"/>
        <w:gridCol w:w="6792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21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Ciri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penerapan</w:t>
            </w:r>
            <w:proofErr w:type="spellEnd"/>
            <w:r>
              <w:t xml:space="preserve"> </w:t>
            </w:r>
            <w:proofErr w:type="spellStart"/>
            <w:r>
              <w:t>ciri-ciri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F1126">
            <w:r>
              <w:t>C5</w:t>
            </w:r>
            <w:r w:rsidR="001E1470">
              <w:t xml:space="preserve"> (</w:t>
            </w:r>
            <w:proofErr w:type="spellStart"/>
            <w:r w:rsidR="001E1470">
              <w:t>Mengevaluasi</w:t>
            </w:r>
            <w:proofErr w:type="spellEnd"/>
            <w:r w:rsidR="001E1470"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Kompleks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sosiolog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kehidupan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di </w:t>
            </w:r>
            <w:proofErr w:type="spellStart"/>
            <w:r>
              <w:t>kawasan</w:t>
            </w:r>
            <w:proofErr w:type="spellEnd"/>
            <w:r>
              <w:t xml:space="preserve"> </w:t>
            </w:r>
            <w:proofErr w:type="spellStart"/>
            <w:r>
              <w:t>pemukiman</w:t>
            </w:r>
            <w:proofErr w:type="spellEnd"/>
            <w:r>
              <w:t xml:space="preserve"> </w:t>
            </w:r>
            <w:proofErr w:type="spellStart"/>
            <w:r>
              <w:t>kumuh</w:t>
            </w:r>
            <w:proofErr w:type="spellEnd"/>
            <w:r>
              <w:t xml:space="preserve">.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laporannya</w:t>
            </w:r>
            <w:proofErr w:type="spellEnd"/>
            <w:r>
              <w:t xml:space="preserve">, 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mendeskripsikan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rinci</w:t>
            </w:r>
            <w:proofErr w:type="spellEnd"/>
            <w:r>
              <w:t xml:space="preserve"> 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antarwarga</w:t>
            </w:r>
            <w:proofErr w:type="spellEnd"/>
            <w:r>
              <w:t xml:space="preserve"> dan </w:t>
            </w:r>
            <w:proofErr w:type="spellStart"/>
            <w:r>
              <w:t>strategi</w:t>
            </w:r>
            <w:proofErr w:type="spellEnd"/>
            <w:r>
              <w:t xml:space="preserve"> </w:t>
            </w:r>
            <w:proofErr w:type="spellStart"/>
            <w:r>
              <w:t>bertahan</w:t>
            </w:r>
            <w:proofErr w:type="spellEnd"/>
            <w:r>
              <w:t xml:space="preserve"> </w:t>
            </w:r>
            <w:proofErr w:type="spellStart"/>
            <w:r>
              <w:t>hidup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penilaian</w:t>
            </w:r>
            <w:proofErr w:type="spellEnd"/>
            <w:r>
              <w:t xml:space="preserve"> </w:t>
            </w:r>
            <w:proofErr w:type="spellStart"/>
            <w:r>
              <w:t>apakah</w:t>
            </w:r>
            <w:proofErr w:type="spellEnd"/>
            <w:r>
              <w:t xml:space="preserve"> 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hidup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pantas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pantas</w:t>
            </w:r>
            <w:proofErr w:type="spellEnd"/>
            <w:r>
              <w:t xml:space="preserve">. Data </w:t>
            </w:r>
            <w:proofErr w:type="spellStart"/>
            <w:r>
              <w:t>dikumpulkan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observasi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</w:t>
            </w:r>
            <w:proofErr w:type="spellStart"/>
            <w:r>
              <w:t>selama</w:t>
            </w:r>
            <w:proofErr w:type="spellEnd"/>
            <w:r>
              <w:t xml:space="preserve"> </w:t>
            </w:r>
            <w:proofErr w:type="spellStart"/>
            <w:r>
              <w:t>berbulan-bulan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mendapatkan</w:t>
            </w:r>
            <w:proofErr w:type="spellEnd"/>
            <w:r>
              <w:t xml:space="preserve"> </w:t>
            </w:r>
            <w:proofErr w:type="spellStart"/>
            <w:r>
              <w:t>gambaran</w:t>
            </w:r>
            <w:proofErr w:type="spellEnd"/>
            <w:r>
              <w:t xml:space="preserve"> yang </w:t>
            </w:r>
            <w:proofErr w:type="spellStart"/>
            <w:r>
              <w:t>nyata</w:t>
            </w:r>
            <w:proofErr w:type="spellEnd"/>
            <w:r>
              <w:t>.</w:t>
            </w:r>
          </w:p>
          <w:p w:rsidR="00AA1A0E" w:rsidRDefault="001E1470"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sosiolog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kehidupan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di </w:t>
            </w:r>
            <w:proofErr w:type="spellStart"/>
            <w:r>
              <w:t>kawasan</w:t>
            </w:r>
            <w:proofErr w:type="spellEnd"/>
            <w:r>
              <w:t xml:space="preserve"> </w:t>
            </w:r>
            <w:proofErr w:type="spellStart"/>
            <w:r>
              <w:t>pemukiman</w:t>
            </w:r>
            <w:proofErr w:type="spellEnd"/>
            <w:r>
              <w:t xml:space="preserve"> </w:t>
            </w:r>
            <w:proofErr w:type="spellStart"/>
            <w:r>
              <w:t>kumuh</w:t>
            </w:r>
            <w:proofErr w:type="spellEnd"/>
            <w:r>
              <w:t xml:space="preserve">.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laporannya</w:t>
            </w:r>
            <w:proofErr w:type="spellEnd"/>
            <w:r>
              <w:t xml:space="preserve">, 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mendeskripsikan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rinci</w:t>
            </w:r>
            <w:proofErr w:type="spellEnd"/>
            <w:r>
              <w:t xml:space="preserve"> 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antarwarga</w:t>
            </w:r>
            <w:proofErr w:type="spellEnd"/>
            <w:r>
              <w:t xml:space="preserve"> dan </w:t>
            </w:r>
            <w:proofErr w:type="spellStart"/>
            <w:r>
              <w:t>strategi</w:t>
            </w:r>
            <w:proofErr w:type="spellEnd"/>
            <w:r>
              <w:t xml:space="preserve"> </w:t>
            </w:r>
            <w:proofErr w:type="spellStart"/>
            <w:r>
              <w:t>bertahan</w:t>
            </w:r>
            <w:proofErr w:type="spellEnd"/>
            <w:r>
              <w:t xml:space="preserve"> </w:t>
            </w:r>
            <w:proofErr w:type="spellStart"/>
            <w:r>
              <w:t>hidup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penilaian</w:t>
            </w:r>
            <w:proofErr w:type="spellEnd"/>
            <w:r>
              <w:t xml:space="preserve"> </w:t>
            </w:r>
            <w:proofErr w:type="spellStart"/>
            <w:r>
              <w:t>apakah</w:t>
            </w:r>
            <w:proofErr w:type="spellEnd"/>
            <w:r>
              <w:t xml:space="preserve"> 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hidup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pantas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pantas</w:t>
            </w:r>
            <w:proofErr w:type="spellEnd"/>
            <w:r>
              <w:t xml:space="preserve">. Data </w:t>
            </w:r>
            <w:proofErr w:type="spellStart"/>
            <w:r>
              <w:t>dikumpulkan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observasi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</w:t>
            </w:r>
            <w:proofErr w:type="spellStart"/>
            <w:r>
              <w:t>selama</w:t>
            </w:r>
            <w:proofErr w:type="spellEnd"/>
            <w:r>
              <w:t xml:space="preserve"> </w:t>
            </w:r>
            <w:proofErr w:type="spellStart"/>
            <w:r>
              <w:t>berbulan-bulan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mendapatkan</w:t>
            </w:r>
            <w:proofErr w:type="spellEnd"/>
            <w:r>
              <w:t xml:space="preserve"> </w:t>
            </w:r>
            <w:proofErr w:type="spellStart"/>
            <w:r>
              <w:t>gambaran</w:t>
            </w:r>
            <w:proofErr w:type="spellEnd"/>
            <w:r>
              <w:t xml:space="preserve"> yang </w:t>
            </w:r>
            <w:proofErr w:type="spellStart"/>
            <w:r>
              <w:t>nyata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ilustrasi</w:t>
            </w:r>
            <w:proofErr w:type="spellEnd"/>
            <w:r>
              <w:t xml:space="preserve"> di </w:t>
            </w:r>
            <w:proofErr w:type="spellStart"/>
            <w:r>
              <w:t>atas</w:t>
            </w:r>
            <w:proofErr w:type="spellEnd"/>
            <w:r>
              <w:t xml:space="preserve">, </w:t>
            </w:r>
            <w:proofErr w:type="spellStart"/>
            <w:r>
              <w:t>ciri-ciri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ilmu</w:t>
            </w:r>
            <w:proofErr w:type="spellEnd"/>
            <w:r>
              <w:t xml:space="preserve"> </w:t>
            </w:r>
            <w:proofErr w:type="spellStart"/>
            <w:r>
              <w:t>pengetahuan</w:t>
            </w:r>
            <w:proofErr w:type="spellEnd"/>
            <w:r>
              <w:t xml:space="preserve"> yang </w:t>
            </w:r>
            <w:proofErr w:type="spellStart"/>
            <w:r>
              <w:t>nampak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>...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empiris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didasarkan</w:t>
            </w:r>
            <w:proofErr w:type="spellEnd"/>
            <w:r>
              <w:t xml:space="preserve"> pada </w:t>
            </w:r>
            <w:proofErr w:type="spellStart"/>
            <w:r>
              <w:t>pengamatan</w:t>
            </w:r>
            <w:proofErr w:type="spellEnd"/>
            <w:r>
              <w:t xml:space="preserve"> </w:t>
            </w:r>
            <w:proofErr w:type="spellStart"/>
            <w:r>
              <w:lastRenderedPageBreak/>
              <w:t>nyata</w:t>
            </w:r>
            <w:proofErr w:type="spellEnd"/>
            <w:r>
              <w:t xml:space="preserve"> di </w:t>
            </w:r>
            <w:proofErr w:type="spellStart"/>
            <w:r>
              <w:t>lapangan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bersifat</w:t>
            </w:r>
            <w:proofErr w:type="spellEnd"/>
            <w:r>
              <w:t xml:space="preserve"> non-</w:t>
            </w:r>
            <w:proofErr w:type="spellStart"/>
            <w:r>
              <w:t>etis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mempersoalkan</w:t>
            </w:r>
            <w:proofErr w:type="spellEnd"/>
            <w:r>
              <w:t xml:space="preserve"> </w:t>
            </w:r>
            <w:proofErr w:type="spellStart"/>
            <w:r>
              <w:t>baik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buruknya</w:t>
            </w:r>
            <w:proofErr w:type="spellEnd"/>
            <w:r>
              <w:t xml:space="preserve"> </w:t>
            </w:r>
            <w:proofErr w:type="spellStart"/>
            <w:r>
              <w:t>fakta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spekulatif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menduga-duga</w:t>
            </w:r>
            <w:proofErr w:type="spellEnd"/>
            <w:r>
              <w:t xml:space="preserve"> </w:t>
            </w:r>
            <w:proofErr w:type="spellStart"/>
            <w:r>
              <w:t>alasan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tinggal</w:t>
            </w:r>
            <w:proofErr w:type="spellEnd"/>
            <w:r>
              <w:t xml:space="preserve"> di </w:t>
            </w:r>
            <w:proofErr w:type="spellStart"/>
            <w:r>
              <w:t>pemukiman</w:t>
            </w:r>
            <w:proofErr w:type="spellEnd"/>
            <w:r>
              <w:t xml:space="preserve"> </w:t>
            </w:r>
            <w:proofErr w:type="spellStart"/>
            <w:r>
              <w:t>kumuh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teoretis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berusaha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abstraksi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pengamatan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normatif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standar</w:t>
            </w:r>
            <w:proofErr w:type="spellEnd"/>
            <w:r>
              <w:t xml:space="preserve"> moral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hidup</w:t>
            </w:r>
            <w:proofErr w:type="spellEnd"/>
            <w:r>
              <w:t xml:space="preserve"> yang </w:t>
            </w:r>
            <w:proofErr w:type="spellStart"/>
            <w:r>
              <w:t>benar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ilustrasi</w:t>
            </w:r>
            <w:proofErr w:type="spellEnd"/>
            <w:r>
              <w:t xml:space="preserve"> di </w:t>
            </w:r>
            <w:proofErr w:type="spellStart"/>
            <w:r>
              <w:t>atas</w:t>
            </w:r>
            <w:proofErr w:type="spellEnd"/>
            <w:r>
              <w:t xml:space="preserve">, </w:t>
            </w:r>
            <w:proofErr w:type="spellStart"/>
            <w:r>
              <w:t>ciri-ciri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ilmu</w:t>
            </w:r>
            <w:proofErr w:type="spellEnd"/>
            <w:r>
              <w:t xml:space="preserve"> </w:t>
            </w:r>
            <w:proofErr w:type="spellStart"/>
            <w:r>
              <w:t>pengetahuan</w:t>
            </w:r>
            <w:proofErr w:type="spellEnd"/>
            <w:r>
              <w:t xml:space="preserve"> yang </w:t>
            </w:r>
            <w:proofErr w:type="spellStart"/>
            <w:r>
              <w:t>nampak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>...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empiris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didasarkan</w:t>
            </w:r>
            <w:proofErr w:type="spellEnd"/>
            <w:r>
              <w:t xml:space="preserve"> pada </w:t>
            </w:r>
            <w:proofErr w:type="spellStart"/>
            <w:r>
              <w:t>pengamatan</w:t>
            </w:r>
            <w:proofErr w:type="spellEnd"/>
            <w:r>
              <w:t xml:space="preserve"> </w:t>
            </w:r>
            <w:proofErr w:type="spellStart"/>
            <w:r>
              <w:t>nyata</w:t>
            </w:r>
            <w:proofErr w:type="spellEnd"/>
            <w:r>
              <w:t xml:space="preserve"> di </w:t>
            </w:r>
            <w:proofErr w:type="spellStart"/>
            <w:r>
              <w:t>lapangan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bersifat</w:t>
            </w:r>
            <w:proofErr w:type="spellEnd"/>
            <w:r>
              <w:t xml:space="preserve"> non-</w:t>
            </w:r>
            <w:proofErr w:type="spellStart"/>
            <w:r>
              <w:t>etis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mempersoalkan</w:t>
            </w:r>
            <w:proofErr w:type="spellEnd"/>
            <w:r>
              <w:t xml:space="preserve"> </w:t>
            </w:r>
            <w:proofErr w:type="spellStart"/>
            <w:r>
              <w:t>baik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buruknya</w:t>
            </w:r>
            <w:proofErr w:type="spellEnd"/>
            <w:r>
              <w:t xml:space="preserve"> </w:t>
            </w:r>
            <w:proofErr w:type="spellStart"/>
            <w:r>
              <w:t>fakta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spekulatif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menduga-duga</w:t>
            </w:r>
            <w:proofErr w:type="spellEnd"/>
            <w:r>
              <w:t xml:space="preserve"> </w:t>
            </w:r>
            <w:proofErr w:type="spellStart"/>
            <w:r>
              <w:t>alasan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tinggal</w:t>
            </w:r>
            <w:proofErr w:type="spellEnd"/>
            <w:r>
              <w:t xml:space="preserve"> di </w:t>
            </w:r>
            <w:proofErr w:type="spellStart"/>
            <w:r>
              <w:t>pemukiman</w:t>
            </w:r>
            <w:proofErr w:type="spellEnd"/>
            <w:r>
              <w:t xml:space="preserve"> </w:t>
            </w:r>
            <w:proofErr w:type="spellStart"/>
            <w:r>
              <w:t>kumuh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teoretis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berusaha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abstraksi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pengamatan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normatif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standar</w:t>
            </w:r>
            <w:proofErr w:type="spellEnd"/>
            <w:r>
              <w:t xml:space="preserve"> moral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hidup</w:t>
            </w:r>
            <w:proofErr w:type="spellEnd"/>
            <w:r>
              <w:t xml:space="preserve"> yang </w:t>
            </w:r>
            <w:proofErr w:type="spellStart"/>
            <w:r>
              <w:t>benar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Pernyataan</w:t>
            </w:r>
            <w:proofErr w:type="spellEnd"/>
            <w:r>
              <w:t xml:space="preserve"> 1 dan 2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observasi</w:t>
            </w:r>
            <w:proofErr w:type="spellEnd"/>
            <w:r>
              <w:t xml:space="preserve"> </w:t>
            </w:r>
            <w:proofErr w:type="spellStart"/>
            <w:r>
              <w:t>nyata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ciri</w:t>
            </w:r>
            <w:proofErr w:type="spellEnd"/>
            <w:r>
              <w:t xml:space="preserve"> </w:t>
            </w:r>
            <w:proofErr w:type="spellStart"/>
            <w:r>
              <w:t>empiris</w:t>
            </w:r>
            <w:proofErr w:type="spellEnd"/>
            <w:r>
              <w:t xml:space="preserve">,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menghakimi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ciri</w:t>
            </w:r>
            <w:proofErr w:type="spellEnd"/>
            <w:r>
              <w:t xml:space="preserve"> non-</w:t>
            </w:r>
            <w:proofErr w:type="spellStart"/>
            <w:r>
              <w:t>etis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7"/>
        <w:gridCol w:w="6789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22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Fungsi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fungsi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pemerintah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F1126">
            <w:r>
              <w:t>C4</w:t>
            </w:r>
            <w:r w:rsidR="001E1470">
              <w:t xml:space="preserve"> (</w:t>
            </w:r>
            <w:proofErr w:type="spellStart"/>
            <w:r w:rsidR="001E1470">
              <w:t>Menganalisis</w:t>
            </w:r>
            <w:proofErr w:type="spellEnd"/>
            <w:r w:rsidR="001E1470"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Kompleks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Meningkatnya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 </w:t>
            </w:r>
            <w:proofErr w:type="spellStart"/>
            <w:r>
              <w:t>pengangguran</w:t>
            </w:r>
            <w:proofErr w:type="spellEnd"/>
            <w:r>
              <w:t xml:space="preserve"> </w:t>
            </w:r>
            <w:proofErr w:type="spellStart"/>
            <w:r>
              <w:t>akibat</w:t>
            </w:r>
            <w:proofErr w:type="spellEnd"/>
            <w:r>
              <w:t xml:space="preserve"> </w:t>
            </w:r>
            <w:proofErr w:type="spellStart"/>
            <w:r>
              <w:t>otomatisasi</w:t>
            </w:r>
            <w:proofErr w:type="spellEnd"/>
            <w:r>
              <w:t xml:space="preserve"> </w:t>
            </w:r>
            <w:proofErr w:type="spellStart"/>
            <w:r>
              <w:t>industri</w:t>
            </w:r>
            <w:proofErr w:type="spellEnd"/>
            <w:r>
              <w:t xml:space="preserve"> </w:t>
            </w:r>
            <w:proofErr w:type="spellStart"/>
            <w:r>
              <w:t>menimbulkan</w:t>
            </w:r>
            <w:proofErr w:type="spellEnd"/>
            <w:r>
              <w:t xml:space="preserve"> </w:t>
            </w:r>
            <w:proofErr w:type="spellStart"/>
            <w:r>
              <w:t>keresahan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. </w:t>
            </w:r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memerlukan</w:t>
            </w:r>
            <w:proofErr w:type="spellEnd"/>
            <w:r>
              <w:t xml:space="preserve"> data yang </w:t>
            </w:r>
            <w:proofErr w:type="spellStart"/>
            <w:r>
              <w:t>akurat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yang paling </w:t>
            </w:r>
            <w:proofErr w:type="spellStart"/>
            <w:r>
              <w:t>terdampak</w:t>
            </w:r>
            <w:proofErr w:type="spellEnd"/>
            <w:r>
              <w:t xml:space="preserve">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potensi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yang </w:t>
            </w:r>
            <w:proofErr w:type="spellStart"/>
            <w:r>
              <w:t>mungkin</w:t>
            </w:r>
            <w:proofErr w:type="spellEnd"/>
            <w:r>
              <w:t xml:space="preserve"> </w:t>
            </w:r>
            <w:proofErr w:type="spellStart"/>
            <w:r>
              <w:t>muncul</w:t>
            </w:r>
            <w:proofErr w:type="spellEnd"/>
            <w:r>
              <w:t xml:space="preserve"> </w:t>
            </w:r>
            <w:proofErr w:type="spellStart"/>
            <w:r>
              <w:t>guna</w:t>
            </w:r>
            <w:proofErr w:type="spellEnd"/>
            <w:r>
              <w:t xml:space="preserve"> </w:t>
            </w:r>
            <w:proofErr w:type="spellStart"/>
            <w:r>
              <w:t>merancang</w:t>
            </w:r>
            <w:proofErr w:type="spellEnd"/>
            <w:r>
              <w:t xml:space="preserve"> program </w:t>
            </w:r>
            <w:proofErr w:type="spellStart"/>
            <w:r>
              <w:t>jaring</w:t>
            </w:r>
            <w:proofErr w:type="spellEnd"/>
            <w:r>
              <w:t xml:space="preserve"> </w:t>
            </w:r>
            <w:proofErr w:type="spellStart"/>
            <w:r>
              <w:t>pengaman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sasaran</w:t>
            </w:r>
            <w:proofErr w:type="spellEnd"/>
            <w:r>
              <w:t>.</w:t>
            </w:r>
          </w:p>
          <w:p w:rsidR="00AA1A0E" w:rsidRDefault="001E1470">
            <w:proofErr w:type="spellStart"/>
            <w:r>
              <w:t>Meningkatnya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 </w:t>
            </w:r>
            <w:proofErr w:type="spellStart"/>
            <w:r>
              <w:t>pengangguran</w:t>
            </w:r>
            <w:proofErr w:type="spellEnd"/>
            <w:r>
              <w:t xml:space="preserve"> </w:t>
            </w:r>
            <w:proofErr w:type="spellStart"/>
            <w:r>
              <w:t>akibat</w:t>
            </w:r>
            <w:proofErr w:type="spellEnd"/>
            <w:r>
              <w:t xml:space="preserve"> </w:t>
            </w:r>
            <w:proofErr w:type="spellStart"/>
            <w:r>
              <w:t>otomatisasi</w:t>
            </w:r>
            <w:proofErr w:type="spellEnd"/>
            <w:r>
              <w:t xml:space="preserve"> </w:t>
            </w:r>
            <w:proofErr w:type="spellStart"/>
            <w:r>
              <w:t>industri</w:t>
            </w:r>
            <w:proofErr w:type="spellEnd"/>
            <w:r>
              <w:t xml:space="preserve"> </w:t>
            </w:r>
            <w:proofErr w:type="spellStart"/>
            <w:r>
              <w:t>menimbulkan</w:t>
            </w:r>
            <w:proofErr w:type="spellEnd"/>
            <w:r>
              <w:t xml:space="preserve"> </w:t>
            </w:r>
            <w:proofErr w:type="spellStart"/>
            <w:r>
              <w:t>keresahan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. </w:t>
            </w:r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memerlukan</w:t>
            </w:r>
            <w:proofErr w:type="spellEnd"/>
            <w:r>
              <w:t xml:space="preserve"> data yang </w:t>
            </w:r>
            <w:proofErr w:type="spellStart"/>
            <w:r>
              <w:t>akurat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yang paling </w:t>
            </w:r>
            <w:proofErr w:type="spellStart"/>
            <w:r>
              <w:t>terdampak</w:t>
            </w:r>
            <w:proofErr w:type="spellEnd"/>
            <w:r>
              <w:t xml:space="preserve">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potensi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yang </w:t>
            </w:r>
            <w:proofErr w:type="spellStart"/>
            <w:r>
              <w:t>mungkin</w:t>
            </w:r>
            <w:proofErr w:type="spellEnd"/>
            <w:r>
              <w:t xml:space="preserve"> </w:t>
            </w:r>
            <w:proofErr w:type="spellStart"/>
            <w:r>
              <w:t>muncul</w:t>
            </w:r>
            <w:proofErr w:type="spellEnd"/>
            <w:r>
              <w:t xml:space="preserve"> </w:t>
            </w:r>
            <w:proofErr w:type="spellStart"/>
            <w:r>
              <w:t>guna</w:t>
            </w:r>
            <w:proofErr w:type="spellEnd"/>
            <w:r>
              <w:t xml:space="preserve"> </w:t>
            </w:r>
            <w:proofErr w:type="spellStart"/>
            <w:r>
              <w:t>merancang</w:t>
            </w:r>
            <w:proofErr w:type="spellEnd"/>
            <w:r>
              <w:t xml:space="preserve"> program </w:t>
            </w:r>
            <w:proofErr w:type="spellStart"/>
            <w:r>
              <w:t>jaring</w:t>
            </w:r>
            <w:proofErr w:type="spellEnd"/>
            <w:r>
              <w:t xml:space="preserve"> </w:t>
            </w:r>
            <w:proofErr w:type="spellStart"/>
            <w:r>
              <w:t>pengaman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sasaran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Analisislah</w:t>
            </w:r>
            <w:proofErr w:type="spellEnd"/>
            <w:r>
              <w:t xml:space="preserve"> </w:t>
            </w:r>
            <w:proofErr w:type="spellStart"/>
            <w:r>
              <w:t>fungsi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membantu</w:t>
            </w:r>
            <w:proofErr w:type="spellEnd"/>
            <w:r>
              <w:t xml:space="preserve"> </w:t>
            </w:r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situasi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. </w:t>
            </w:r>
            <w:proofErr w:type="spellStart"/>
            <w:r>
              <w:t>Pernyataan</w:t>
            </w:r>
            <w:proofErr w:type="spellEnd"/>
            <w:r>
              <w:t xml:space="preserve"> yang </w:t>
            </w:r>
            <w:proofErr w:type="spellStart"/>
            <w:r>
              <w:t>benar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>...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berfungsi</w:t>
            </w:r>
            <w:proofErr w:type="spellEnd"/>
            <w:r>
              <w:t xml:space="preserve"> </w:t>
            </w:r>
            <w:proofErr w:type="spellStart"/>
            <w:r>
              <w:t>menyediakan</w:t>
            </w:r>
            <w:proofErr w:type="spellEnd"/>
            <w:r>
              <w:t xml:space="preserve"> data </w:t>
            </w:r>
            <w:proofErr w:type="spellStart"/>
            <w:r>
              <w:t>dasar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lastRenderedPageBreak/>
              <w:t>perencanaan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(social planning).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berperan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memecahkan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rekomendasi</w:t>
            </w:r>
            <w:proofErr w:type="spellEnd"/>
            <w:r>
              <w:t xml:space="preserve"> </w:t>
            </w:r>
            <w:proofErr w:type="spellStart"/>
            <w:r>
              <w:t>kebijakan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bertugas</w:t>
            </w:r>
            <w:proofErr w:type="spellEnd"/>
            <w:r>
              <w:t xml:space="preserve"> </w:t>
            </w:r>
            <w:proofErr w:type="spellStart"/>
            <w:r>
              <w:t>memaksa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menghentikan</w:t>
            </w:r>
            <w:proofErr w:type="spellEnd"/>
            <w: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mesin</w:t>
            </w:r>
            <w:proofErr w:type="spellEnd"/>
            <w:r>
              <w:t xml:space="preserve"> </w:t>
            </w:r>
            <w:proofErr w:type="spellStart"/>
            <w:r>
              <w:t>otomatis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berfungsi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kontrol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represif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penganggur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mengkaji</w:t>
            </w:r>
            <w:proofErr w:type="spellEnd"/>
            <w:r>
              <w:t xml:space="preserve"> </w:t>
            </w:r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stabilitas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Analisislah</w:t>
            </w:r>
            <w:proofErr w:type="spellEnd"/>
            <w:r>
              <w:t xml:space="preserve"> </w:t>
            </w:r>
            <w:proofErr w:type="spellStart"/>
            <w:r>
              <w:t>fungsi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membantu</w:t>
            </w:r>
            <w:proofErr w:type="spellEnd"/>
            <w:r>
              <w:t xml:space="preserve"> </w:t>
            </w:r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situasi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. </w:t>
            </w:r>
            <w:proofErr w:type="spellStart"/>
            <w:r>
              <w:t>Pernyataan</w:t>
            </w:r>
            <w:proofErr w:type="spellEnd"/>
            <w:r>
              <w:t xml:space="preserve"> yang </w:t>
            </w:r>
            <w:proofErr w:type="spellStart"/>
            <w:r>
              <w:t>benar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>...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berfungsi</w:t>
            </w:r>
            <w:proofErr w:type="spellEnd"/>
            <w:r>
              <w:t xml:space="preserve"> </w:t>
            </w:r>
            <w:proofErr w:type="spellStart"/>
            <w:r>
              <w:t>menyediakan</w:t>
            </w:r>
            <w:proofErr w:type="spellEnd"/>
            <w:r>
              <w:t xml:space="preserve"> data </w:t>
            </w:r>
            <w:proofErr w:type="spellStart"/>
            <w:r>
              <w:t>dasar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perencanaan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(social planning).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berperan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memecahkan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rekomendasi</w:t>
            </w:r>
            <w:proofErr w:type="spellEnd"/>
            <w:r>
              <w:t xml:space="preserve"> </w:t>
            </w:r>
            <w:proofErr w:type="spellStart"/>
            <w:r>
              <w:t>kebijakan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bertugas</w:t>
            </w:r>
            <w:proofErr w:type="spellEnd"/>
            <w:r>
              <w:t xml:space="preserve"> </w:t>
            </w:r>
            <w:proofErr w:type="spellStart"/>
            <w:r>
              <w:t>memaksa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menghentikan</w:t>
            </w:r>
            <w:proofErr w:type="spellEnd"/>
            <w: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mesin</w:t>
            </w:r>
            <w:proofErr w:type="spellEnd"/>
            <w:r>
              <w:t xml:space="preserve"> </w:t>
            </w:r>
            <w:proofErr w:type="spellStart"/>
            <w:r>
              <w:t>otomatis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berfungsi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kontrol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represif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penganggur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mengkaji</w:t>
            </w:r>
            <w:proofErr w:type="spellEnd"/>
            <w:r>
              <w:t xml:space="preserve"> </w:t>
            </w:r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stabilitas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Pernyataan</w:t>
            </w:r>
            <w:proofErr w:type="spellEnd"/>
            <w:r>
              <w:t xml:space="preserve"> 1 dan 5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berfungsi</w:t>
            </w:r>
            <w:proofErr w:type="spellEnd"/>
            <w:r>
              <w:t xml:space="preserve"> </w:t>
            </w:r>
            <w:proofErr w:type="spellStart"/>
            <w:r>
              <w:t>mengkaji</w:t>
            </w:r>
            <w:proofErr w:type="spellEnd"/>
            <w:r>
              <w:t xml:space="preserve"> </w:t>
            </w:r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menyediakan</w:t>
            </w:r>
            <w:proofErr w:type="spellEnd"/>
            <w:r>
              <w:t xml:space="preserve"> data </w:t>
            </w:r>
            <w:proofErr w:type="spellStart"/>
            <w:r>
              <w:t>dasar</w:t>
            </w:r>
            <w:proofErr w:type="spellEnd"/>
            <w:r>
              <w:t xml:space="preserve"> social planning.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4"/>
        <w:gridCol w:w="6792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23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Hakikat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fokus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F1126">
            <w:r>
              <w:t>C4</w:t>
            </w:r>
            <w:r w:rsidR="001E1470">
              <w:t xml:space="preserve"> (</w:t>
            </w:r>
            <w:proofErr w:type="spellStart"/>
            <w:r w:rsidR="001E1470">
              <w:t>Menganalisis</w:t>
            </w:r>
            <w:proofErr w:type="spellEnd"/>
            <w:r w:rsidR="001E1470"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Kompleks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Pergeseran</w:t>
            </w:r>
            <w:proofErr w:type="spellEnd"/>
            <w:r>
              <w:t xml:space="preserve"> 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belanja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pasar </w:t>
            </w:r>
            <w:proofErr w:type="spellStart"/>
            <w:r>
              <w:t>tradisional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platform digital (e-commerce)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mengubah</w:t>
            </w:r>
            <w:proofErr w:type="spellEnd"/>
            <w:r>
              <w:t xml:space="preserve">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transaksi</w:t>
            </w:r>
            <w:proofErr w:type="spellEnd"/>
            <w:r>
              <w:t xml:space="preserve">, </w:t>
            </w:r>
            <w:proofErr w:type="spellStart"/>
            <w:r>
              <w:t>tetapi</w:t>
            </w:r>
            <w:proofErr w:type="spellEnd"/>
            <w:r>
              <w:t xml:space="preserve"> juga </w:t>
            </w:r>
            <w:proofErr w:type="spellStart"/>
            <w:r>
              <w:t>mengubah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relasi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.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mengamati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pengikisan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tatap</w:t>
            </w:r>
            <w:proofErr w:type="spellEnd"/>
            <w:r>
              <w:t xml:space="preserve"> </w:t>
            </w:r>
            <w:proofErr w:type="spellStart"/>
            <w:r>
              <w:t>muka</w:t>
            </w:r>
            <w:proofErr w:type="spellEnd"/>
            <w:r>
              <w:t xml:space="preserve"> yang </w:t>
            </w:r>
            <w:proofErr w:type="spellStart"/>
            <w:r>
              <w:t>sebelumnya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</w:t>
            </w:r>
            <w:proofErr w:type="spellStart"/>
            <w:r>
              <w:t>integrasi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  <w:p w:rsidR="00AA1A0E" w:rsidRDefault="001E1470">
            <w:proofErr w:type="spellStart"/>
            <w:r>
              <w:t>Pergeseran</w:t>
            </w:r>
            <w:proofErr w:type="spellEnd"/>
            <w:r>
              <w:t xml:space="preserve"> 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belanja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pasar </w:t>
            </w:r>
            <w:proofErr w:type="spellStart"/>
            <w:r>
              <w:t>tradisional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platform digital (e-commerce)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mengubah</w:t>
            </w:r>
            <w:proofErr w:type="spellEnd"/>
            <w:r>
              <w:t xml:space="preserve">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transaksi</w:t>
            </w:r>
            <w:proofErr w:type="spellEnd"/>
            <w:r>
              <w:t xml:space="preserve">, </w:t>
            </w:r>
            <w:proofErr w:type="spellStart"/>
            <w:r>
              <w:t>tetapi</w:t>
            </w:r>
            <w:proofErr w:type="spellEnd"/>
            <w:r>
              <w:t xml:space="preserve"> juga </w:t>
            </w:r>
            <w:proofErr w:type="spellStart"/>
            <w:r>
              <w:t>mengubah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relasi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.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mengamati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pengikisan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tatap</w:t>
            </w:r>
            <w:proofErr w:type="spellEnd"/>
            <w:r>
              <w:t xml:space="preserve"> </w:t>
            </w:r>
            <w:proofErr w:type="spellStart"/>
            <w:r>
              <w:t>muka</w:t>
            </w:r>
            <w:proofErr w:type="spellEnd"/>
            <w:r>
              <w:t xml:space="preserve"> yang </w:t>
            </w:r>
            <w:proofErr w:type="spellStart"/>
            <w:r>
              <w:t>sebelumnya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</w:t>
            </w:r>
            <w:proofErr w:type="spellStart"/>
            <w:r>
              <w:t>integrasi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Manakah</w:t>
            </w:r>
            <w:proofErr w:type="spellEnd"/>
            <w:r>
              <w:t xml:space="preserve"> </w:t>
            </w:r>
            <w:proofErr w:type="spellStart"/>
            <w:r>
              <w:t>pernyataan</w:t>
            </w:r>
            <w:proofErr w:type="spellEnd"/>
            <w:r>
              <w:t xml:space="preserve"> yang paling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menggambarkan</w:t>
            </w:r>
            <w:proofErr w:type="spellEnd"/>
            <w:r>
              <w:t xml:space="preserve">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mengkaji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di </w:t>
            </w:r>
            <w:proofErr w:type="spellStart"/>
            <w:r>
              <w:t>atas</w:t>
            </w:r>
            <w:proofErr w:type="spellEnd"/>
            <w:r>
              <w:t>?</w:t>
            </w:r>
          </w:p>
          <w:p w:rsidR="00AA1A0E" w:rsidRDefault="001E1470">
            <w:r>
              <w:lastRenderedPageBreak/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membatasi</w:t>
            </w:r>
            <w:proofErr w:type="spellEnd"/>
            <w:r>
              <w:t xml:space="preserve"> </w:t>
            </w:r>
            <w:proofErr w:type="spellStart"/>
            <w:r>
              <w:t>diri</w:t>
            </w:r>
            <w:proofErr w:type="spellEnd"/>
            <w:r>
              <w:t xml:space="preserve"> pada </w:t>
            </w:r>
            <w:proofErr w:type="spellStart"/>
            <w:r>
              <w:t>gejala</w:t>
            </w:r>
            <w:proofErr w:type="spellEnd"/>
            <w:r>
              <w:t xml:space="preserve"> yang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(das sein)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menetapkan</w:t>
            </w:r>
            <w:proofErr w:type="spellEnd"/>
            <w:r>
              <w:t xml:space="preserve"> </w:t>
            </w:r>
            <w:proofErr w:type="spellStart"/>
            <w:r>
              <w:t>apa</w:t>
            </w:r>
            <w:proofErr w:type="spellEnd"/>
            <w:r>
              <w:t xml:space="preserve"> yang </w:t>
            </w:r>
            <w:proofErr w:type="spellStart"/>
            <w:r>
              <w:t>seharusnya</w:t>
            </w:r>
            <w:proofErr w:type="spell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kumulatif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menghubungkan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digital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klasik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penilaian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</w:t>
            </w:r>
            <w:proofErr w:type="spellStart"/>
            <w:r>
              <w:t>belanja</w:t>
            </w:r>
            <w:proofErr w:type="spellEnd"/>
            <w:r>
              <w:t xml:space="preserve"> daring </w:t>
            </w:r>
            <w:proofErr w:type="spellStart"/>
            <w:r>
              <w:t>merusak</w:t>
            </w:r>
            <w:proofErr w:type="spellEnd"/>
            <w:r>
              <w:t xml:space="preserve"> </w:t>
            </w:r>
            <w:proofErr w:type="spellStart"/>
            <w:r>
              <w:t>moralitas</w:t>
            </w:r>
            <w:proofErr w:type="spellEnd"/>
            <w:r>
              <w:t xml:space="preserve"> </w:t>
            </w:r>
            <w:proofErr w:type="spellStart"/>
            <w:r>
              <w:t>bangsa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mengkaji</w:t>
            </w:r>
            <w:proofErr w:type="spellEnd"/>
            <w:r>
              <w:t xml:space="preserve"> </w:t>
            </w:r>
            <w:proofErr w:type="spellStart"/>
            <w:r>
              <w:t>konsekuensi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disrupsi</w:t>
            </w:r>
            <w:proofErr w:type="spellEnd"/>
            <w:r>
              <w:t xml:space="preserve"> digital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solidaritas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fokus</w:t>
            </w:r>
            <w:proofErr w:type="spellEnd"/>
            <w:r>
              <w:t xml:space="preserve"> pada </w:t>
            </w:r>
            <w:proofErr w:type="spellStart"/>
            <w:r>
              <w:t>perhitungan</w:t>
            </w:r>
            <w:proofErr w:type="spellEnd"/>
            <w:r>
              <w:t xml:space="preserve"> </w:t>
            </w:r>
            <w:proofErr w:type="spellStart"/>
            <w:r>
              <w:t>keuntungan</w:t>
            </w:r>
            <w:proofErr w:type="spellEnd"/>
            <w:r>
              <w:t xml:space="preserve"> </w:t>
            </w:r>
            <w:proofErr w:type="spellStart"/>
            <w:r>
              <w:t>finansial</w:t>
            </w:r>
            <w:proofErr w:type="spellEnd"/>
            <w:r>
              <w:t xml:space="preserve"> yang </w:t>
            </w:r>
            <w:proofErr w:type="spellStart"/>
            <w:r>
              <w:t>diperoleh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  <w:r>
              <w:t xml:space="preserve"> </w:t>
            </w:r>
            <w:proofErr w:type="spellStart"/>
            <w:r>
              <w:t>rintisan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Manakah</w:t>
            </w:r>
            <w:proofErr w:type="spellEnd"/>
            <w:r>
              <w:t xml:space="preserve"> </w:t>
            </w:r>
            <w:proofErr w:type="spellStart"/>
            <w:r>
              <w:t>pernyataan</w:t>
            </w:r>
            <w:proofErr w:type="spellEnd"/>
            <w:r>
              <w:t xml:space="preserve"> yang paling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menggambarkan</w:t>
            </w:r>
            <w:proofErr w:type="spellEnd"/>
            <w:r>
              <w:t xml:space="preserve">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mengkaji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di </w:t>
            </w:r>
            <w:proofErr w:type="spellStart"/>
            <w:r>
              <w:t>atas</w:t>
            </w:r>
            <w:proofErr w:type="spellEnd"/>
            <w:r>
              <w:t>?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membatasi</w:t>
            </w:r>
            <w:proofErr w:type="spellEnd"/>
            <w:r>
              <w:t xml:space="preserve"> </w:t>
            </w:r>
            <w:proofErr w:type="spellStart"/>
            <w:r>
              <w:t>diri</w:t>
            </w:r>
            <w:proofErr w:type="spellEnd"/>
            <w:r>
              <w:t xml:space="preserve"> pada </w:t>
            </w:r>
            <w:proofErr w:type="spellStart"/>
            <w:r>
              <w:t>gejala</w:t>
            </w:r>
            <w:proofErr w:type="spellEnd"/>
            <w:r>
              <w:t xml:space="preserve"> yang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(das sein)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menetapkan</w:t>
            </w:r>
            <w:proofErr w:type="spellEnd"/>
            <w:r>
              <w:t xml:space="preserve"> </w:t>
            </w:r>
            <w:proofErr w:type="spellStart"/>
            <w:r>
              <w:t>apa</w:t>
            </w:r>
            <w:proofErr w:type="spellEnd"/>
            <w:r>
              <w:t xml:space="preserve"> yang </w:t>
            </w:r>
            <w:proofErr w:type="spellStart"/>
            <w:r>
              <w:t>seharusnya</w:t>
            </w:r>
            <w:proofErr w:type="spell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kumulatif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menghubungkan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digital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klasik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penilaian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</w:t>
            </w:r>
            <w:proofErr w:type="spellStart"/>
            <w:r>
              <w:t>belanja</w:t>
            </w:r>
            <w:proofErr w:type="spellEnd"/>
            <w:r>
              <w:t xml:space="preserve"> daring </w:t>
            </w:r>
            <w:proofErr w:type="spellStart"/>
            <w:r>
              <w:t>merusak</w:t>
            </w:r>
            <w:proofErr w:type="spellEnd"/>
            <w:r>
              <w:t xml:space="preserve"> </w:t>
            </w:r>
            <w:proofErr w:type="spellStart"/>
            <w:r>
              <w:t>moralitas</w:t>
            </w:r>
            <w:proofErr w:type="spellEnd"/>
            <w:r>
              <w:t xml:space="preserve"> </w:t>
            </w:r>
            <w:proofErr w:type="spellStart"/>
            <w:r>
              <w:t>bangsa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mengkaji</w:t>
            </w:r>
            <w:proofErr w:type="spellEnd"/>
            <w:r>
              <w:t xml:space="preserve"> </w:t>
            </w:r>
            <w:proofErr w:type="spellStart"/>
            <w:r>
              <w:t>konsekuensi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disrupsi</w:t>
            </w:r>
            <w:proofErr w:type="spellEnd"/>
            <w:r>
              <w:t xml:space="preserve"> digital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solidaritas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fokus</w:t>
            </w:r>
            <w:proofErr w:type="spellEnd"/>
            <w:r>
              <w:t xml:space="preserve"> pada </w:t>
            </w:r>
            <w:proofErr w:type="spellStart"/>
            <w:r>
              <w:t>perhitungan</w:t>
            </w:r>
            <w:proofErr w:type="spellEnd"/>
            <w:r>
              <w:t xml:space="preserve"> </w:t>
            </w:r>
            <w:proofErr w:type="spellStart"/>
            <w:r>
              <w:t>keuntungan</w:t>
            </w:r>
            <w:proofErr w:type="spellEnd"/>
            <w:r>
              <w:t xml:space="preserve"> </w:t>
            </w:r>
            <w:proofErr w:type="spellStart"/>
            <w:r>
              <w:t>finansial</w:t>
            </w:r>
            <w:proofErr w:type="spellEnd"/>
            <w:r>
              <w:t xml:space="preserve"> yang </w:t>
            </w:r>
            <w:proofErr w:type="spellStart"/>
            <w:r>
              <w:t>diperoleh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  <w:r>
              <w:t xml:space="preserve"> </w:t>
            </w:r>
            <w:proofErr w:type="spellStart"/>
            <w:r>
              <w:t>rintisan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Pernyataan</w:t>
            </w:r>
            <w:proofErr w:type="spellEnd"/>
            <w:r>
              <w:t xml:space="preserve"> 1 dan 4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mengamati</w:t>
            </w:r>
            <w:proofErr w:type="spellEnd"/>
            <w:r>
              <w:t xml:space="preserve"> </w:t>
            </w:r>
            <w:proofErr w:type="spellStart"/>
            <w:r>
              <w:t>fakta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objektif</w:t>
            </w:r>
            <w:proofErr w:type="spellEnd"/>
            <w:r>
              <w:t xml:space="preserve"> (das sein)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menelaah</w:t>
            </w:r>
            <w:proofErr w:type="spellEnd"/>
            <w:r>
              <w:t xml:space="preserve"> </w:t>
            </w:r>
            <w:proofErr w:type="spellStart"/>
            <w:r>
              <w:t>konsekuensi</w:t>
            </w:r>
            <w:proofErr w:type="spellEnd"/>
            <w:r>
              <w:t xml:space="preserve"> </w:t>
            </w:r>
            <w:proofErr w:type="spellStart"/>
            <w:r>
              <w:t>disrupsi</w:t>
            </w:r>
            <w:proofErr w:type="spellEnd"/>
            <w:r>
              <w:t xml:space="preserve"> digital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4"/>
        <w:gridCol w:w="6792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24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Hakikat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menyimpulkan</w:t>
            </w:r>
            <w:proofErr w:type="spellEnd"/>
            <w:r>
              <w:t xml:space="preserve"> </w:t>
            </w:r>
            <w:proofErr w:type="spellStart"/>
            <w:r>
              <w:t>sifat</w:t>
            </w:r>
            <w:proofErr w:type="spellEnd"/>
            <w:r>
              <w:t xml:space="preserve"> </w:t>
            </w:r>
            <w:proofErr w:type="spellStart"/>
            <w:r>
              <w:t>ilmu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studi</w:t>
            </w:r>
            <w:proofErr w:type="spellEnd"/>
            <w:r>
              <w:t xml:space="preserve"> </w:t>
            </w:r>
            <w:proofErr w:type="spellStart"/>
            <w:r>
              <w:t>kasus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F1126">
            <w:r>
              <w:t>C5</w:t>
            </w:r>
            <w:r w:rsidR="001E1470">
              <w:t xml:space="preserve"> (</w:t>
            </w:r>
            <w:proofErr w:type="spellStart"/>
            <w:r w:rsidR="001E1470">
              <w:t>Menganalisis</w:t>
            </w:r>
            <w:proofErr w:type="spellEnd"/>
            <w:r w:rsidR="001E1470"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Kompleks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ingin</w:t>
            </w:r>
            <w:proofErr w:type="spellEnd"/>
            <w:r>
              <w:t xml:space="preserve"> </w:t>
            </w:r>
            <w:proofErr w:type="spellStart"/>
            <w:r>
              <w:t>memperbarui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perilaku</w:t>
            </w:r>
            <w:proofErr w:type="spellEnd"/>
            <w:r>
              <w:t xml:space="preserve"> </w:t>
            </w:r>
            <w:proofErr w:type="spellStart"/>
            <w:r>
              <w:t>menyimpang</w:t>
            </w:r>
            <w:proofErr w:type="spellEnd"/>
            <w:r>
              <w:t xml:space="preserve"> </w:t>
            </w:r>
            <w:proofErr w:type="spellStart"/>
            <w:r>
              <w:t>remaja</w:t>
            </w:r>
            <w:proofErr w:type="spellEnd"/>
            <w:r>
              <w:t xml:space="preserve"> yang </w:t>
            </w:r>
            <w:proofErr w:type="spellStart"/>
            <w:r>
              <w:t>ditulis</w:t>
            </w:r>
            <w:proofErr w:type="spellEnd"/>
            <w:r>
              <w:t xml:space="preserve"> pada </w:t>
            </w:r>
            <w:proofErr w:type="spellStart"/>
            <w:r>
              <w:t>tahun</w:t>
            </w:r>
            <w:proofErr w:type="spellEnd"/>
            <w:r>
              <w:t xml:space="preserve"> 1990-an. 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menemukan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faktor</w:t>
            </w:r>
            <w:proofErr w:type="spellEnd"/>
            <w:r>
              <w:t xml:space="preserve"> </w:t>
            </w:r>
            <w:proofErr w:type="spellStart"/>
            <w:r>
              <w:t>penyebab</w:t>
            </w:r>
            <w:proofErr w:type="spellEnd"/>
            <w:r>
              <w:t xml:space="preserve"> </w:t>
            </w:r>
            <w:proofErr w:type="spellStart"/>
            <w:r>
              <w:t>penyimpangan</w:t>
            </w:r>
            <w:proofErr w:type="spellEnd"/>
            <w:r>
              <w:t xml:space="preserve">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bergeser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pengaruh</w:t>
            </w:r>
            <w:proofErr w:type="spellEnd"/>
            <w:r>
              <w:t xml:space="preserve"> </w:t>
            </w:r>
            <w:proofErr w:type="spellStart"/>
            <w:r>
              <w:t>teman</w:t>
            </w:r>
            <w:proofErr w:type="spellEnd"/>
            <w:r>
              <w:t xml:space="preserve"> </w:t>
            </w:r>
            <w:proofErr w:type="spellStart"/>
            <w:r>
              <w:t>sebaya</w:t>
            </w:r>
            <w:proofErr w:type="spellEnd"/>
            <w:r>
              <w:t xml:space="preserve"> di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pengaruh</w:t>
            </w:r>
            <w:proofErr w:type="spellEnd"/>
            <w:r>
              <w:t xml:space="preserve"> </w:t>
            </w:r>
            <w:proofErr w:type="spellStart"/>
            <w:r>
              <w:t>algoritma</w:t>
            </w:r>
            <w:proofErr w:type="spellEnd"/>
            <w:r>
              <w:t xml:space="preserve"> media </w:t>
            </w:r>
            <w:proofErr w:type="spellStart"/>
            <w:r>
              <w:t>sosial</w:t>
            </w:r>
            <w:proofErr w:type="spellEnd"/>
            <w:r>
              <w:t xml:space="preserve">.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kesimpulan</w:t>
            </w:r>
            <w:proofErr w:type="spellEnd"/>
            <w:r>
              <w:t xml:space="preserve"> </w:t>
            </w:r>
            <w:proofErr w:type="spellStart"/>
            <w:r>
              <w:t>baru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tetap</w:t>
            </w:r>
            <w:proofErr w:type="spellEnd"/>
            <w:r>
              <w:t xml:space="preserve"> </w:t>
            </w:r>
            <w:proofErr w:type="spellStart"/>
            <w:r>
              <w:t>merujuk</w:t>
            </w:r>
            <w:proofErr w:type="spellEnd"/>
            <w:r>
              <w:t xml:space="preserve"> pada </w:t>
            </w:r>
            <w:proofErr w:type="spellStart"/>
            <w:r>
              <w:t>kerangka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lama.</w:t>
            </w:r>
          </w:p>
          <w:p w:rsidR="00AA1A0E" w:rsidRDefault="001E1470"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ingin</w:t>
            </w:r>
            <w:proofErr w:type="spellEnd"/>
            <w:r>
              <w:t xml:space="preserve"> </w:t>
            </w:r>
            <w:proofErr w:type="spellStart"/>
            <w:r>
              <w:t>memperbarui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perilaku</w:t>
            </w:r>
            <w:proofErr w:type="spellEnd"/>
            <w:r>
              <w:t xml:space="preserve"> </w:t>
            </w:r>
            <w:proofErr w:type="spellStart"/>
            <w:r>
              <w:t>menyimpang</w:t>
            </w:r>
            <w:proofErr w:type="spellEnd"/>
            <w:r>
              <w:t xml:space="preserve"> </w:t>
            </w:r>
            <w:proofErr w:type="spellStart"/>
            <w:r>
              <w:t>remaja</w:t>
            </w:r>
            <w:proofErr w:type="spellEnd"/>
            <w:r>
              <w:t xml:space="preserve"> yang </w:t>
            </w:r>
            <w:proofErr w:type="spellStart"/>
            <w:r>
              <w:t>ditulis</w:t>
            </w:r>
            <w:proofErr w:type="spellEnd"/>
            <w:r>
              <w:t xml:space="preserve"> pada </w:t>
            </w:r>
            <w:proofErr w:type="spellStart"/>
            <w:r>
              <w:t>tahun</w:t>
            </w:r>
            <w:proofErr w:type="spellEnd"/>
            <w:r>
              <w:t xml:space="preserve"> 1990-an. </w:t>
            </w:r>
            <w:proofErr w:type="spellStart"/>
            <w:r>
              <w:t>Ia</w:t>
            </w:r>
            <w:proofErr w:type="spellEnd"/>
            <w:r>
              <w:t xml:space="preserve"> </w:t>
            </w:r>
            <w:proofErr w:type="spellStart"/>
            <w:r>
              <w:t>menemukan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faktor</w:t>
            </w:r>
            <w:proofErr w:type="spellEnd"/>
            <w:r>
              <w:t xml:space="preserve"> </w:t>
            </w:r>
            <w:proofErr w:type="spellStart"/>
            <w:r>
              <w:t>penyebab</w:t>
            </w:r>
            <w:proofErr w:type="spellEnd"/>
            <w:r>
              <w:t xml:space="preserve"> </w:t>
            </w:r>
            <w:proofErr w:type="spellStart"/>
            <w:r>
              <w:t>penyimpangan</w:t>
            </w:r>
            <w:proofErr w:type="spellEnd"/>
            <w:r>
              <w:t xml:space="preserve">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bergeser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pengaruh</w:t>
            </w:r>
            <w:proofErr w:type="spellEnd"/>
            <w:r>
              <w:t xml:space="preserve"> </w:t>
            </w:r>
            <w:proofErr w:type="spellStart"/>
            <w:r>
              <w:t>teman</w:t>
            </w:r>
            <w:proofErr w:type="spellEnd"/>
            <w:r>
              <w:t xml:space="preserve"> </w:t>
            </w:r>
            <w:proofErr w:type="spellStart"/>
            <w:r>
              <w:t>sebaya</w:t>
            </w:r>
            <w:proofErr w:type="spellEnd"/>
            <w:r>
              <w:t xml:space="preserve"> di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pengaruh</w:t>
            </w:r>
            <w:proofErr w:type="spellEnd"/>
            <w:r>
              <w:t xml:space="preserve"> </w:t>
            </w:r>
            <w:proofErr w:type="spellStart"/>
            <w:r>
              <w:t>algoritma</w:t>
            </w:r>
            <w:proofErr w:type="spellEnd"/>
            <w:r>
              <w:t xml:space="preserve"> media </w:t>
            </w:r>
            <w:proofErr w:type="spellStart"/>
            <w:r>
              <w:t>sosial</w:t>
            </w:r>
            <w:proofErr w:type="spellEnd"/>
            <w:r>
              <w:t xml:space="preserve">.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kesimpulan</w:t>
            </w:r>
            <w:proofErr w:type="spellEnd"/>
            <w:r>
              <w:t xml:space="preserve"> </w:t>
            </w:r>
            <w:proofErr w:type="spellStart"/>
            <w:r>
              <w:t>baru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tetap</w:t>
            </w:r>
            <w:proofErr w:type="spellEnd"/>
            <w:r>
              <w:t xml:space="preserve"> </w:t>
            </w:r>
            <w:proofErr w:type="spellStart"/>
            <w:r>
              <w:t>merujuk</w:t>
            </w:r>
            <w:proofErr w:type="spellEnd"/>
            <w:r>
              <w:t xml:space="preserve"> pada </w:t>
            </w:r>
            <w:proofErr w:type="spellStart"/>
            <w:r>
              <w:t>kerangka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lama.</w:t>
            </w:r>
          </w:p>
          <w:p w:rsidR="00AA1A0E" w:rsidRDefault="00AA1A0E"/>
          <w:p w:rsidR="00AA1A0E" w:rsidRDefault="001E1470"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tindakan</w:t>
            </w:r>
            <w:proofErr w:type="spell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, </w:t>
            </w:r>
            <w:proofErr w:type="spellStart"/>
            <w:r>
              <w:t>kesimpulan</w:t>
            </w:r>
            <w:proofErr w:type="spellEnd"/>
            <w:r>
              <w:t xml:space="preserve"> yang paling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hakikat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>...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ilmu</w:t>
            </w:r>
            <w:proofErr w:type="spellEnd"/>
            <w:r>
              <w:t xml:space="preserve"> </w:t>
            </w:r>
            <w:proofErr w:type="spellStart"/>
            <w:r>
              <w:t>pengetahuan</w:t>
            </w:r>
            <w:proofErr w:type="spellEnd"/>
            <w:r>
              <w:t xml:space="preserve"> yang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kumulatif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memperbaiki</w:t>
            </w:r>
            <w:proofErr w:type="spellEnd"/>
            <w:r>
              <w:t xml:space="preserve"> dan </w:t>
            </w:r>
            <w:proofErr w:type="spellStart"/>
            <w:r>
              <w:t>memperluas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lama.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ilmu</w:t>
            </w:r>
            <w:proofErr w:type="spellEnd"/>
            <w:r>
              <w:t xml:space="preserve"> </w:t>
            </w:r>
            <w:proofErr w:type="spellStart"/>
            <w:r>
              <w:t>pengetahuan</w:t>
            </w:r>
            <w:proofErr w:type="spellEnd"/>
            <w:r>
              <w:t xml:space="preserve"> </w:t>
            </w:r>
            <w:proofErr w:type="spellStart"/>
            <w:r>
              <w:t>murni</w:t>
            </w:r>
            <w:proofErr w:type="spellEnd"/>
            <w:r>
              <w:t xml:space="preserve"> (pure science) yang </w:t>
            </w:r>
            <w:proofErr w:type="spellStart"/>
            <w:r>
              <w:t>bertujuan</w:t>
            </w:r>
            <w:proofErr w:type="spellEnd"/>
            <w:r>
              <w:t xml:space="preserve"> </w:t>
            </w:r>
            <w:proofErr w:type="spellStart"/>
            <w:r>
              <w:t>mengembangkan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logis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empiris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kesimpulannya</w:t>
            </w:r>
            <w:proofErr w:type="spellEnd"/>
            <w:r>
              <w:t xml:space="preserve"> </w:t>
            </w:r>
            <w:proofErr w:type="spellStart"/>
            <w:r>
              <w:t>berpijak</w:t>
            </w:r>
            <w:proofErr w:type="spellEnd"/>
            <w:r>
              <w:t xml:space="preserve"> pada </w:t>
            </w:r>
            <w:proofErr w:type="spellStart"/>
            <w:r>
              <w:t>fakta</w:t>
            </w:r>
            <w:proofErr w:type="spellEnd"/>
            <w:r>
              <w:t xml:space="preserve"> </w:t>
            </w:r>
            <w:proofErr w:type="spellStart"/>
            <w:r>
              <w:t>lapangan</w:t>
            </w:r>
            <w:proofErr w:type="spellEnd"/>
            <w:r>
              <w:t xml:space="preserve"> yang </w:t>
            </w:r>
            <w:proofErr w:type="spellStart"/>
            <w:r>
              <w:t>ditemukan</w:t>
            </w:r>
            <w:proofErr w:type="spellEnd"/>
            <w:r>
              <w:t xml:space="preserve">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ilmu</w:t>
            </w:r>
            <w:proofErr w:type="spellEnd"/>
            <w:r>
              <w:t xml:space="preserve"> </w:t>
            </w:r>
            <w:proofErr w:type="spellStart"/>
            <w:r>
              <w:t>pengetahuan</w:t>
            </w:r>
            <w:proofErr w:type="spellEnd"/>
            <w:r>
              <w:t xml:space="preserve"> yang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konkret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mempelajari</w:t>
            </w:r>
            <w:proofErr w:type="spellEnd"/>
            <w:r>
              <w:t xml:space="preserve"> </w:t>
            </w:r>
            <w:proofErr w:type="spellStart"/>
            <w:r>
              <w:t>benda-benda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generalisasi</w:t>
            </w:r>
            <w:proofErr w:type="spellEnd"/>
            <w:r>
              <w:t xml:space="preserve"> </w:t>
            </w:r>
            <w:proofErr w:type="spellStart"/>
            <w:r>
              <w:t>fakta-fakta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ditemukan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sistematis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tindakan</w:t>
            </w:r>
            <w:proofErr w:type="spell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, </w:t>
            </w:r>
            <w:proofErr w:type="spellStart"/>
            <w:r>
              <w:t>kesimpulan</w:t>
            </w:r>
            <w:proofErr w:type="spellEnd"/>
            <w:r>
              <w:t xml:space="preserve"> yang paling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hakikat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>...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ilmu</w:t>
            </w:r>
            <w:proofErr w:type="spellEnd"/>
            <w:r>
              <w:t xml:space="preserve"> </w:t>
            </w:r>
            <w:proofErr w:type="spellStart"/>
            <w:r>
              <w:t>pengetahuan</w:t>
            </w:r>
            <w:proofErr w:type="spellEnd"/>
            <w:r>
              <w:t xml:space="preserve"> yang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kumulatif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memperbaiki</w:t>
            </w:r>
            <w:proofErr w:type="spellEnd"/>
            <w:r>
              <w:t xml:space="preserve"> dan </w:t>
            </w:r>
            <w:proofErr w:type="spellStart"/>
            <w:r>
              <w:t>memperluas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lama.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ilmu</w:t>
            </w:r>
            <w:proofErr w:type="spellEnd"/>
            <w:r>
              <w:t xml:space="preserve"> </w:t>
            </w:r>
            <w:proofErr w:type="spellStart"/>
            <w:r>
              <w:t>pengetahuan</w:t>
            </w:r>
            <w:proofErr w:type="spellEnd"/>
            <w:r>
              <w:t xml:space="preserve"> </w:t>
            </w:r>
            <w:proofErr w:type="spellStart"/>
            <w:r>
              <w:t>murni</w:t>
            </w:r>
            <w:proofErr w:type="spellEnd"/>
            <w:r>
              <w:t xml:space="preserve"> (pure science) yang </w:t>
            </w:r>
            <w:proofErr w:type="spellStart"/>
            <w:r>
              <w:t>bertujuan</w:t>
            </w:r>
            <w:proofErr w:type="spellEnd"/>
            <w:r>
              <w:t xml:space="preserve"> </w:t>
            </w:r>
            <w:proofErr w:type="spellStart"/>
            <w:r>
              <w:t>mengembangkan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logis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empiris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kesimpulannya</w:t>
            </w:r>
            <w:proofErr w:type="spellEnd"/>
            <w:r>
              <w:t xml:space="preserve"> </w:t>
            </w:r>
            <w:proofErr w:type="spellStart"/>
            <w:r>
              <w:t>berpijak</w:t>
            </w:r>
            <w:proofErr w:type="spellEnd"/>
            <w:r>
              <w:t xml:space="preserve"> pada </w:t>
            </w:r>
            <w:proofErr w:type="spellStart"/>
            <w:r>
              <w:t>fakta</w:t>
            </w:r>
            <w:proofErr w:type="spellEnd"/>
            <w:r>
              <w:t xml:space="preserve"> </w:t>
            </w:r>
            <w:proofErr w:type="spellStart"/>
            <w:r>
              <w:t>lapangan</w:t>
            </w:r>
            <w:proofErr w:type="spellEnd"/>
            <w:r>
              <w:t xml:space="preserve"> yang </w:t>
            </w:r>
            <w:proofErr w:type="spellStart"/>
            <w:r>
              <w:t>ditemukan</w:t>
            </w:r>
            <w:proofErr w:type="spellEnd"/>
            <w:r>
              <w:t xml:space="preserve">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ilmu</w:t>
            </w:r>
            <w:proofErr w:type="spellEnd"/>
            <w:r>
              <w:t xml:space="preserve"> </w:t>
            </w:r>
            <w:proofErr w:type="spellStart"/>
            <w:r>
              <w:t>pengetahuan</w:t>
            </w:r>
            <w:proofErr w:type="spellEnd"/>
            <w:r>
              <w:t xml:space="preserve"> yang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konkret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mempelajari</w:t>
            </w:r>
            <w:proofErr w:type="spellEnd"/>
            <w:r>
              <w:t xml:space="preserve"> </w:t>
            </w:r>
            <w:proofErr w:type="spellStart"/>
            <w:r>
              <w:t>benda-benda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generalisasi</w:t>
            </w:r>
            <w:proofErr w:type="spellEnd"/>
            <w:r>
              <w:t xml:space="preserve"> </w:t>
            </w:r>
            <w:proofErr w:type="spellStart"/>
            <w:r>
              <w:t>fakta-fakta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ditemukan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sistematis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Pernyataan</w:t>
            </w:r>
            <w:proofErr w:type="spellEnd"/>
            <w:r>
              <w:t xml:space="preserve"> 1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Memperbaiki</w:t>
            </w:r>
            <w:proofErr w:type="spellEnd"/>
            <w:r>
              <w:t xml:space="preserve"> dan </w:t>
            </w:r>
            <w:proofErr w:type="spellStart"/>
            <w:r>
              <w:t>memperluas</w:t>
            </w:r>
            <w:proofErr w:type="spellEnd"/>
            <w:r>
              <w:t xml:space="preserve"> </w:t>
            </w:r>
            <w:proofErr w:type="spellStart"/>
            <w:r>
              <w:t>kerangka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lama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temuan</w:t>
            </w:r>
            <w:proofErr w:type="spellEnd"/>
            <w:r>
              <w:t xml:space="preserve"> </w:t>
            </w:r>
            <w:proofErr w:type="spellStart"/>
            <w:r>
              <w:t>baru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ciri</w:t>
            </w:r>
            <w:proofErr w:type="spellEnd"/>
            <w:r>
              <w:t xml:space="preserve"> </w:t>
            </w:r>
            <w:proofErr w:type="spellStart"/>
            <w:r>
              <w:t>kumulatif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4"/>
        <w:gridCol w:w="6792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25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akibat</w:t>
            </w:r>
            <w:proofErr w:type="spellEnd"/>
            <w:r>
              <w:t xml:space="preserve"> e-commerce.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F1126">
            <w:r>
              <w:t>C4</w:t>
            </w:r>
            <w:r w:rsidR="001E1470">
              <w:t xml:space="preserve"> (</w:t>
            </w:r>
            <w:proofErr w:type="spellStart"/>
            <w:r w:rsidR="001E1470">
              <w:t>Menganalisis</w:t>
            </w:r>
            <w:proofErr w:type="spellEnd"/>
            <w:r w:rsidR="001E1470"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Kompleks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Dahulu</w:t>
            </w:r>
            <w:proofErr w:type="spellEnd"/>
            <w:r>
              <w:t xml:space="preserve">, pasar </w:t>
            </w:r>
            <w:proofErr w:type="spellStart"/>
            <w:r>
              <w:t>tradisional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pusat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primer di mana </w:t>
            </w:r>
            <w:proofErr w:type="spellStart"/>
            <w:r>
              <w:t>penjual</w:t>
            </w:r>
            <w:proofErr w:type="spellEnd"/>
            <w:r>
              <w:t xml:space="preserve"> dan </w:t>
            </w:r>
            <w:proofErr w:type="spellStart"/>
            <w:r>
              <w:t>pembeli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tawar-menawar</w:t>
            </w:r>
            <w:proofErr w:type="spellEnd"/>
            <w:r>
              <w:t xml:space="preserve"> yang </w:t>
            </w:r>
            <w:proofErr w:type="spellStart"/>
            <w:r>
              <w:t>disertai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obrolan</w:t>
            </w:r>
            <w:proofErr w:type="spellEnd"/>
            <w:r>
              <w:t xml:space="preserve"> personal.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,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belanja</w:t>
            </w:r>
            <w:proofErr w:type="spellEnd"/>
            <w:r>
              <w:t xml:space="preserve"> daring (e-commerce)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mengubah</w:t>
            </w:r>
            <w:proofErr w:type="spellEnd"/>
            <w:r>
              <w:t xml:space="preserve"> 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.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kini</w:t>
            </w:r>
            <w:proofErr w:type="spellEnd"/>
            <w:r>
              <w:t xml:space="preserve">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termediasi</w:t>
            </w:r>
            <w:proofErr w:type="spellEnd"/>
            <w:r>
              <w:t xml:space="preserve"> oleh </w:t>
            </w:r>
            <w:proofErr w:type="spellStart"/>
            <w:r>
              <w:t>aplikasi</w:t>
            </w:r>
            <w:proofErr w:type="spellEnd"/>
            <w:r>
              <w:t xml:space="preserve">, di mana </w:t>
            </w:r>
            <w:proofErr w:type="spellStart"/>
            <w:r>
              <w:t>komunikasi</w:t>
            </w:r>
            <w:proofErr w:type="spellEnd"/>
            <w:r>
              <w:t xml:space="preserve"> </w:t>
            </w:r>
            <w:proofErr w:type="spellStart"/>
            <w:r>
              <w:t>seringkali</w:t>
            </w:r>
            <w:proofErr w:type="spellEnd"/>
            <w:r>
              <w:t xml:space="preserve"> </w:t>
            </w:r>
            <w:proofErr w:type="spellStart"/>
            <w:r>
              <w:t>terbatas</w:t>
            </w:r>
            <w:proofErr w:type="spellEnd"/>
            <w:r>
              <w:t xml:space="preserve"> pada </w:t>
            </w:r>
            <w:proofErr w:type="spellStart"/>
            <w:r>
              <w:t>fungsi</w:t>
            </w:r>
            <w:proofErr w:type="spellEnd"/>
            <w:r>
              <w:t xml:space="preserve"> </w:t>
            </w:r>
            <w:proofErr w:type="spellStart"/>
            <w:r>
              <w:t>transaksional</w:t>
            </w:r>
            <w:proofErr w:type="spellEnd"/>
            <w:r>
              <w:t xml:space="preserve"> dan </w:t>
            </w:r>
            <w:proofErr w:type="spellStart"/>
            <w:r>
              <w:t>otomatisasi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'chatbot'.</w:t>
            </w:r>
          </w:p>
          <w:p w:rsidR="00AA1A0E" w:rsidRDefault="001E1470">
            <w:proofErr w:type="spellStart"/>
            <w:r>
              <w:t>Dahulu</w:t>
            </w:r>
            <w:proofErr w:type="spellEnd"/>
            <w:r>
              <w:t xml:space="preserve">, pasar </w:t>
            </w:r>
            <w:proofErr w:type="spellStart"/>
            <w:r>
              <w:t>tradisional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pusat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primer di mana </w:t>
            </w:r>
            <w:proofErr w:type="spellStart"/>
            <w:r>
              <w:t>penjual</w:t>
            </w:r>
            <w:proofErr w:type="spellEnd"/>
            <w:r>
              <w:t xml:space="preserve"> dan </w:t>
            </w:r>
            <w:proofErr w:type="spellStart"/>
            <w:r>
              <w:t>pembeli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tawar-menawar</w:t>
            </w:r>
            <w:proofErr w:type="spellEnd"/>
            <w:r>
              <w:t xml:space="preserve"> yang </w:t>
            </w:r>
            <w:proofErr w:type="spellStart"/>
            <w:r>
              <w:t>disertai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obrolan</w:t>
            </w:r>
            <w:proofErr w:type="spellEnd"/>
            <w:r>
              <w:t xml:space="preserve"> personal.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,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belanja</w:t>
            </w:r>
            <w:proofErr w:type="spellEnd"/>
            <w:r>
              <w:t xml:space="preserve"> daring (e-</w:t>
            </w:r>
            <w:r>
              <w:lastRenderedPageBreak/>
              <w:t xml:space="preserve">commerce)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mengubah</w:t>
            </w:r>
            <w:proofErr w:type="spellEnd"/>
            <w:r>
              <w:t xml:space="preserve"> 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.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kini</w:t>
            </w:r>
            <w:proofErr w:type="spellEnd"/>
            <w:r>
              <w:t xml:space="preserve">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termediasi</w:t>
            </w:r>
            <w:proofErr w:type="spellEnd"/>
            <w:r>
              <w:t xml:space="preserve"> oleh </w:t>
            </w:r>
            <w:proofErr w:type="spellStart"/>
            <w:r>
              <w:t>aplikasi</w:t>
            </w:r>
            <w:proofErr w:type="spellEnd"/>
            <w:r>
              <w:t xml:space="preserve">, di mana </w:t>
            </w:r>
            <w:proofErr w:type="spellStart"/>
            <w:r>
              <w:t>komunikasi</w:t>
            </w:r>
            <w:proofErr w:type="spellEnd"/>
            <w:r>
              <w:t xml:space="preserve"> </w:t>
            </w:r>
            <w:proofErr w:type="spellStart"/>
            <w:r>
              <w:t>seringkali</w:t>
            </w:r>
            <w:proofErr w:type="spellEnd"/>
            <w:r>
              <w:t xml:space="preserve"> </w:t>
            </w:r>
            <w:proofErr w:type="spellStart"/>
            <w:r>
              <w:t>terbatas</w:t>
            </w:r>
            <w:proofErr w:type="spellEnd"/>
            <w:r>
              <w:t xml:space="preserve"> pada </w:t>
            </w:r>
            <w:proofErr w:type="spellStart"/>
            <w:r>
              <w:t>fungsi</w:t>
            </w:r>
            <w:proofErr w:type="spellEnd"/>
            <w:r>
              <w:t xml:space="preserve"> </w:t>
            </w:r>
            <w:proofErr w:type="spellStart"/>
            <w:r>
              <w:t>transaksional</w:t>
            </w:r>
            <w:proofErr w:type="spellEnd"/>
            <w:r>
              <w:t xml:space="preserve"> dan </w:t>
            </w:r>
            <w:proofErr w:type="spellStart"/>
            <w:r>
              <w:t>otomatisasi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'chatbot'.</w:t>
            </w:r>
          </w:p>
          <w:p w:rsidR="00AA1A0E" w:rsidRDefault="00AA1A0E"/>
          <w:p w:rsidR="00AA1A0E" w:rsidRDefault="001E1470">
            <w:proofErr w:type="spellStart"/>
            <w:r>
              <w:t>Berdasarkan</w:t>
            </w:r>
            <w:proofErr w:type="spellEnd"/>
            <w:r>
              <w:t xml:space="preserve"> stimulus </w:t>
            </w:r>
            <w:proofErr w:type="spellStart"/>
            <w:r>
              <w:t>tersebut</w:t>
            </w:r>
            <w:proofErr w:type="spellEnd"/>
            <w:r>
              <w:t xml:space="preserve">, </w:t>
            </w:r>
            <w:proofErr w:type="spellStart"/>
            <w:r>
              <w:t>analisislah</w:t>
            </w:r>
            <w:proofErr w:type="spellEnd"/>
            <w:r>
              <w:t xml:space="preserve"> </w:t>
            </w:r>
            <w:proofErr w:type="spellStart"/>
            <w:r>
              <w:t>pernyataan</w:t>
            </w:r>
            <w:proofErr w:type="spellEnd"/>
            <w:r>
              <w:t xml:space="preserve"> mana </w:t>
            </w:r>
            <w:proofErr w:type="spellStart"/>
            <w:r>
              <w:t>saja</w:t>
            </w:r>
            <w:proofErr w:type="spellEnd"/>
            <w:r>
              <w:t xml:space="preserve"> yang </w:t>
            </w:r>
            <w:proofErr w:type="spellStart"/>
            <w:r>
              <w:t>menggambarkan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akibat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belanja</w:t>
            </w:r>
            <w:proofErr w:type="spellEnd"/>
            <w:r>
              <w:t xml:space="preserve"> daring!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pergeseran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yang </w:t>
            </w:r>
            <w:proofErr w:type="spellStart"/>
            <w:r>
              <w:t>bersifat</w:t>
            </w:r>
            <w:proofErr w:type="spellEnd"/>
            <w:r>
              <w:t xml:space="preserve"> primer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sekunder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Berkurangnya</w:t>
            </w:r>
            <w:proofErr w:type="spellEnd"/>
            <w:r>
              <w:t xml:space="preserve"> </w:t>
            </w:r>
            <w:proofErr w:type="spellStart"/>
            <w:r>
              <w:t>frekuensi</w:t>
            </w:r>
            <w:proofErr w:type="spellEnd"/>
            <w:r>
              <w:t xml:space="preserve"> </w:t>
            </w:r>
            <w:proofErr w:type="spellStart"/>
            <w:r>
              <w:t>kontak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memperluas</w:t>
            </w:r>
            <w:proofErr w:type="spellEnd"/>
            <w:r>
              <w:t xml:space="preserve"> </w:t>
            </w:r>
            <w:proofErr w:type="spellStart"/>
            <w:r>
              <w:t>jangkauan</w:t>
            </w:r>
            <w:proofErr w:type="spellEnd"/>
            <w:r>
              <w:t xml:space="preserve"> </w:t>
            </w:r>
            <w:proofErr w:type="spellStart"/>
            <w:r>
              <w:t>komunikasi</w:t>
            </w:r>
            <w:proofErr w:type="spellEnd"/>
            <w:r>
              <w:t xml:space="preserve"> </w:t>
            </w:r>
            <w:proofErr w:type="spellStart"/>
            <w:r>
              <w:t>lintas</w:t>
            </w:r>
            <w:proofErr w:type="spellEnd"/>
            <w:r>
              <w:t xml:space="preserve"> wilayah.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Hilangnya</w:t>
            </w:r>
            <w:proofErr w:type="spellEnd"/>
            <w:r>
              <w:t xml:space="preserve"> </w:t>
            </w:r>
            <w:proofErr w:type="spellStart"/>
            <w:r>
              <w:t>seluruh</w:t>
            </w:r>
            <w:proofErr w:type="spellEnd"/>
            <w:r>
              <w:t xml:space="preserve"> </w:t>
            </w:r>
            <w:proofErr w:type="spellStart"/>
            <w:r>
              <w:t>norma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bertransaksi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tatap</w:t>
            </w:r>
            <w:proofErr w:type="spellEnd"/>
            <w:r>
              <w:t xml:space="preserve"> </w:t>
            </w:r>
            <w:proofErr w:type="spellStart"/>
            <w:r>
              <w:t>muka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Munculnya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solidaritas</w:t>
            </w:r>
            <w:proofErr w:type="spellEnd"/>
            <w:r>
              <w:t xml:space="preserve"> </w:t>
            </w:r>
            <w:proofErr w:type="spellStart"/>
            <w:r>
              <w:t>baru</w:t>
            </w:r>
            <w:proofErr w:type="spellEnd"/>
            <w:r>
              <w:t xml:space="preserve"> yang </w:t>
            </w:r>
            <w:proofErr w:type="spellStart"/>
            <w:r>
              <w:t>didasarkan</w:t>
            </w:r>
            <w:proofErr w:type="spellEnd"/>
            <w:r>
              <w:t xml:space="preserve"> pada </w:t>
            </w:r>
            <w:proofErr w:type="spellStart"/>
            <w:r>
              <w:t>kesamaan</w:t>
            </w:r>
            <w:proofErr w:type="spellEnd"/>
            <w:r>
              <w:t xml:space="preserve"> </w:t>
            </w:r>
            <w:proofErr w:type="spellStart"/>
            <w:r>
              <w:t>minat</w:t>
            </w:r>
            <w:proofErr w:type="spellEnd"/>
            <w:r>
              <w:t xml:space="preserve"> </w:t>
            </w:r>
            <w:proofErr w:type="spellStart"/>
            <w:r>
              <w:t>belanja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komunitas</w:t>
            </w:r>
            <w:proofErr w:type="spellEnd"/>
            <w:r>
              <w:t xml:space="preserve"> virtual.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Masyarakat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mandiri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lagi</w:t>
            </w:r>
            <w:proofErr w:type="spellEnd"/>
            <w:r>
              <w:t xml:space="preserve"> </w:t>
            </w:r>
            <w:proofErr w:type="spellStart"/>
            <w:r>
              <w:t>membutuhkan</w:t>
            </w:r>
            <w:proofErr w:type="spellEnd"/>
            <w:r>
              <w:t xml:space="preserve"> </w:t>
            </w:r>
            <w:proofErr w:type="spellStart"/>
            <w:r>
              <w:t>bantuan</w:t>
            </w:r>
            <w:proofErr w:type="spellEnd"/>
            <w:r>
              <w:t xml:space="preserve"> orang lain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memenuhi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Berdasarkan</w:t>
            </w:r>
            <w:proofErr w:type="spellEnd"/>
            <w:r>
              <w:t xml:space="preserve"> stimulus </w:t>
            </w:r>
            <w:proofErr w:type="spellStart"/>
            <w:r>
              <w:t>tersebut</w:t>
            </w:r>
            <w:proofErr w:type="spellEnd"/>
            <w:r>
              <w:t xml:space="preserve">, </w:t>
            </w:r>
            <w:proofErr w:type="spellStart"/>
            <w:r>
              <w:t>analisislah</w:t>
            </w:r>
            <w:proofErr w:type="spellEnd"/>
            <w:r>
              <w:t xml:space="preserve"> </w:t>
            </w:r>
            <w:proofErr w:type="spellStart"/>
            <w:r>
              <w:t>pernyataan</w:t>
            </w:r>
            <w:proofErr w:type="spellEnd"/>
            <w:r>
              <w:t xml:space="preserve"> mana </w:t>
            </w:r>
            <w:proofErr w:type="spellStart"/>
            <w:r>
              <w:t>saja</w:t>
            </w:r>
            <w:proofErr w:type="spellEnd"/>
            <w:r>
              <w:t xml:space="preserve"> yang </w:t>
            </w:r>
            <w:proofErr w:type="spellStart"/>
            <w:r>
              <w:t>menggambarkan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akibat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belanja</w:t>
            </w:r>
            <w:proofErr w:type="spellEnd"/>
            <w:r>
              <w:t xml:space="preserve"> daring!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pergeseran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yang </w:t>
            </w:r>
            <w:proofErr w:type="spellStart"/>
            <w:r>
              <w:t>bersifat</w:t>
            </w:r>
            <w:proofErr w:type="spellEnd"/>
            <w:r>
              <w:t xml:space="preserve"> primer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sekunder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Berkurangnya</w:t>
            </w:r>
            <w:proofErr w:type="spellEnd"/>
            <w:r>
              <w:t xml:space="preserve"> </w:t>
            </w:r>
            <w:proofErr w:type="spellStart"/>
            <w:r>
              <w:t>frekuensi</w:t>
            </w:r>
            <w:proofErr w:type="spellEnd"/>
            <w:r>
              <w:t xml:space="preserve"> </w:t>
            </w:r>
            <w:proofErr w:type="spellStart"/>
            <w:r>
              <w:t>kontak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memperluas</w:t>
            </w:r>
            <w:proofErr w:type="spellEnd"/>
            <w:r>
              <w:t xml:space="preserve"> </w:t>
            </w:r>
            <w:proofErr w:type="spellStart"/>
            <w:r>
              <w:t>jangkauan</w:t>
            </w:r>
            <w:proofErr w:type="spellEnd"/>
            <w:r>
              <w:t xml:space="preserve"> </w:t>
            </w:r>
            <w:proofErr w:type="spellStart"/>
            <w:r>
              <w:t>komunikasi</w:t>
            </w:r>
            <w:proofErr w:type="spellEnd"/>
            <w:r>
              <w:t xml:space="preserve"> </w:t>
            </w:r>
            <w:proofErr w:type="spellStart"/>
            <w:r>
              <w:t>lintas</w:t>
            </w:r>
            <w:proofErr w:type="spellEnd"/>
            <w:r>
              <w:t xml:space="preserve"> wilayah.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Hilangnya</w:t>
            </w:r>
            <w:proofErr w:type="spellEnd"/>
            <w:r>
              <w:t xml:space="preserve"> </w:t>
            </w:r>
            <w:proofErr w:type="spellStart"/>
            <w:r>
              <w:t>seluruh</w:t>
            </w:r>
            <w:proofErr w:type="spellEnd"/>
            <w:r>
              <w:t xml:space="preserve"> </w:t>
            </w:r>
            <w:proofErr w:type="spellStart"/>
            <w:r>
              <w:t>norma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bertransaksi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tatap</w:t>
            </w:r>
            <w:proofErr w:type="spellEnd"/>
            <w:r>
              <w:t xml:space="preserve"> </w:t>
            </w:r>
            <w:proofErr w:type="spellStart"/>
            <w:r>
              <w:t>muka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Munculnya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solidaritas</w:t>
            </w:r>
            <w:proofErr w:type="spellEnd"/>
            <w:r>
              <w:t xml:space="preserve"> </w:t>
            </w:r>
            <w:proofErr w:type="spellStart"/>
            <w:r>
              <w:t>baru</w:t>
            </w:r>
            <w:proofErr w:type="spellEnd"/>
            <w:r>
              <w:t xml:space="preserve"> yang </w:t>
            </w:r>
            <w:proofErr w:type="spellStart"/>
            <w:r>
              <w:t>didasarkan</w:t>
            </w:r>
            <w:proofErr w:type="spellEnd"/>
            <w:r>
              <w:t xml:space="preserve"> pada </w:t>
            </w:r>
            <w:proofErr w:type="spellStart"/>
            <w:r>
              <w:t>kesamaan</w:t>
            </w:r>
            <w:proofErr w:type="spellEnd"/>
            <w:r>
              <w:t xml:space="preserve"> </w:t>
            </w:r>
            <w:proofErr w:type="spellStart"/>
            <w:r>
              <w:t>minat</w:t>
            </w:r>
            <w:proofErr w:type="spellEnd"/>
            <w:r>
              <w:t xml:space="preserve"> </w:t>
            </w:r>
            <w:proofErr w:type="spellStart"/>
            <w:r>
              <w:t>belanja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komunitas</w:t>
            </w:r>
            <w:proofErr w:type="spellEnd"/>
            <w:r>
              <w:t xml:space="preserve"> virtual.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Masyarakat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mandiri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lagi</w:t>
            </w:r>
            <w:proofErr w:type="spellEnd"/>
            <w:r>
              <w:t xml:space="preserve"> </w:t>
            </w:r>
            <w:proofErr w:type="spellStart"/>
            <w:r>
              <w:t>membutuhkan</w:t>
            </w:r>
            <w:proofErr w:type="spellEnd"/>
            <w:r>
              <w:t xml:space="preserve"> </w:t>
            </w:r>
            <w:proofErr w:type="spellStart"/>
            <w:r>
              <w:t>bantuan</w:t>
            </w:r>
            <w:proofErr w:type="spellEnd"/>
            <w:r>
              <w:t xml:space="preserve"> orang lain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memenuhi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Pernyataan</w:t>
            </w:r>
            <w:proofErr w:type="spellEnd"/>
            <w:r>
              <w:t xml:space="preserve"> 1 dan 2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primer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sekunder</w:t>
            </w:r>
            <w:proofErr w:type="spellEnd"/>
            <w:r>
              <w:t xml:space="preserve"> yang </w:t>
            </w:r>
            <w:proofErr w:type="spellStart"/>
            <w:r>
              <w:t>transaksional</w:t>
            </w:r>
            <w:proofErr w:type="spellEnd"/>
            <w:r>
              <w:t xml:space="preserve">, </w:t>
            </w:r>
            <w:proofErr w:type="spellStart"/>
            <w:r>
              <w:t>frekuensi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 </w:t>
            </w:r>
            <w:proofErr w:type="spellStart"/>
            <w:r>
              <w:t>berkurang</w:t>
            </w:r>
            <w:proofErr w:type="spellEnd"/>
            <w:r>
              <w:t xml:space="preserve">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jangkauan</w:t>
            </w:r>
            <w:proofErr w:type="spellEnd"/>
            <w:r>
              <w:t xml:space="preserve"> </w:t>
            </w:r>
            <w:proofErr w:type="spellStart"/>
            <w:r>
              <w:t>meluas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6"/>
        <w:gridCol w:w="6790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26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agraris-industri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F1126">
            <w:r>
              <w:t>C5</w:t>
            </w:r>
            <w:r w:rsidR="001E1470">
              <w:t xml:space="preserve"> (</w:t>
            </w:r>
            <w:proofErr w:type="spellStart"/>
            <w:r w:rsidR="001E1470">
              <w:t>Mengevaluasi</w:t>
            </w:r>
            <w:proofErr w:type="spellEnd"/>
            <w:r w:rsidR="001E1470"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Kompleks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Rencana</w:t>
            </w:r>
            <w:proofErr w:type="spellEnd"/>
            <w:r>
              <w:t xml:space="preserve"> </w:t>
            </w:r>
            <w:proofErr w:type="spellStart"/>
            <w:r>
              <w:t>pembangunan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pabrik</w:t>
            </w:r>
            <w:proofErr w:type="spellEnd"/>
            <w:r>
              <w:t xml:space="preserve"> semen di </w:t>
            </w:r>
            <w:proofErr w:type="spellStart"/>
            <w:r>
              <w:t>daerah</w:t>
            </w:r>
            <w:proofErr w:type="spellEnd"/>
            <w:r>
              <w:t xml:space="preserve"> </w:t>
            </w:r>
            <w:proofErr w:type="spellStart"/>
            <w:r>
              <w:t>pegunungan</w:t>
            </w:r>
            <w:proofErr w:type="spellEnd"/>
            <w:r>
              <w:t xml:space="preserve"> karst </w:t>
            </w:r>
            <w:proofErr w:type="spellStart"/>
            <w:r>
              <w:t>memicu</w:t>
            </w:r>
            <w:proofErr w:type="spellEnd"/>
            <w:r>
              <w:t xml:space="preserve"> </w:t>
            </w:r>
            <w:proofErr w:type="spellStart"/>
            <w:r>
              <w:t>reaksi</w:t>
            </w:r>
            <w:proofErr w:type="spellEnd"/>
            <w:r>
              <w:t xml:space="preserve"> </w:t>
            </w:r>
            <w:proofErr w:type="spellStart"/>
            <w:r>
              <w:t>beragam</w:t>
            </w:r>
            <w:proofErr w:type="spellEnd"/>
            <w:r>
              <w:t xml:space="preserve">.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pemuda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 xml:space="preserve"> </w:t>
            </w:r>
            <w:proofErr w:type="spellStart"/>
            <w:r>
              <w:t>mendukung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berharap</w:t>
            </w:r>
            <w:proofErr w:type="spellEnd"/>
            <w:r>
              <w:t xml:space="preserve">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lapangan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baru</w:t>
            </w:r>
            <w:proofErr w:type="spellEnd"/>
            <w:r>
              <w:t xml:space="preserve">. Di </w:t>
            </w:r>
            <w:proofErr w:type="spellStart"/>
            <w:r>
              <w:t>sisi</w:t>
            </w:r>
            <w:proofErr w:type="spellEnd"/>
            <w:r>
              <w:t xml:space="preserve"> </w:t>
            </w:r>
            <w:proofErr w:type="spellStart"/>
            <w:r>
              <w:t>lain</w:t>
            </w:r>
            <w:proofErr w:type="spellEnd"/>
            <w:r>
              <w:t xml:space="preserve">,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petani</w:t>
            </w:r>
            <w:proofErr w:type="spellEnd"/>
            <w:r>
              <w:t xml:space="preserve"> </w:t>
            </w:r>
            <w:proofErr w:type="spellStart"/>
            <w:r>
              <w:t>menolak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khawatir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hilangnya</w:t>
            </w:r>
            <w:proofErr w:type="spellEnd"/>
            <w:r>
              <w:t xml:space="preserve"> </w:t>
            </w:r>
            <w:proofErr w:type="spellStart"/>
            <w:r>
              <w:lastRenderedPageBreak/>
              <w:t>sumber</w:t>
            </w:r>
            <w:proofErr w:type="spellEnd"/>
            <w:r>
              <w:t xml:space="preserve"> </w:t>
            </w:r>
            <w:proofErr w:type="spellStart"/>
            <w:r>
              <w:t>mata</w:t>
            </w:r>
            <w:proofErr w:type="spellEnd"/>
            <w:r>
              <w:t xml:space="preserve"> air dan </w:t>
            </w:r>
            <w:proofErr w:type="spellStart"/>
            <w:r>
              <w:t>kerusakan</w:t>
            </w:r>
            <w:proofErr w:type="spellEnd"/>
            <w:r>
              <w:t xml:space="preserve"> </w:t>
            </w:r>
            <w:proofErr w:type="spellStart"/>
            <w:r>
              <w:t>ekosistem</w:t>
            </w:r>
            <w:proofErr w:type="spellEnd"/>
            <w:r>
              <w:t xml:space="preserve">. </w:t>
            </w:r>
            <w:proofErr w:type="spellStart"/>
            <w:r>
              <w:t>Situasi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menyebabkan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antarwarga</w:t>
            </w:r>
            <w:proofErr w:type="spellEnd"/>
            <w:r>
              <w:t xml:space="preserve"> yang </w:t>
            </w:r>
            <w:proofErr w:type="spellStart"/>
            <w:r>
              <w:t>semula</w:t>
            </w:r>
            <w:proofErr w:type="spellEnd"/>
            <w:r>
              <w:t xml:space="preserve"> </w:t>
            </w:r>
            <w:proofErr w:type="spellStart"/>
            <w:r>
              <w:t>harmonis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tegang</w:t>
            </w:r>
            <w:proofErr w:type="spellEnd"/>
            <w:r>
              <w:t>.</w:t>
            </w:r>
          </w:p>
          <w:p w:rsidR="00AA1A0E" w:rsidRDefault="001E1470">
            <w:proofErr w:type="spellStart"/>
            <w:r>
              <w:t>Rencana</w:t>
            </w:r>
            <w:proofErr w:type="spellEnd"/>
            <w:r>
              <w:t xml:space="preserve"> </w:t>
            </w:r>
            <w:proofErr w:type="spellStart"/>
            <w:r>
              <w:t>pembangunan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pabrik</w:t>
            </w:r>
            <w:proofErr w:type="spellEnd"/>
            <w:r>
              <w:t xml:space="preserve"> semen di </w:t>
            </w:r>
            <w:proofErr w:type="spellStart"/>
            <w:r>
              <w:t>daerah</w:t>
            </w:r>
            <w:proofErr w:type="spellEnd"/>
            <w:r>
              <w:t xml:space="preserve"> </w:t>
            </w:r>
            <w:proofErr w:type="spellStart"/>
            <w:r>
              <w:t>pegunungan</w:t>
            </w:r>
            <w:proofErr w:type="spellEnd"/>
            <w:r>
              <w:t xml:space="preserve"> karst </w:t>
            </w:r>
            <w:proofErr w:type="spellStart"/>
            <w:r>
              <w:t>memicu</w:t>
            </w:r>
            <w:proofErr w:type="spellEnd"/>
            <w:r>
              <w:t xml:space="preserve"> </w:t>
            </w:r>
            <w:proofErr w:type="spellStart"/>
            <w:r>
              <w:t>reaksi</w:t>
            </w:r>
            <w:proofErr w:type="spellEnd"/>
            <w:r>
              <w:t xml:space="preserve"> </w:t>
            </w:r>
            <w:proofErr w:type="spellStart"/>
            <w:r>
              <w:t>beragam</w:t>
            </w:r>
            <w:proofErr w:type="spellEnd"/>
            <w:r>
              <w:t xml:space="preserve">.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pemuda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 xml:space="preserve"> </w:t>
            </w:r>
            <w:proofErr w:type="spellStart"/>
            <w:r>
              <w:t>mendukung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berharap</w:t>
            </w:r>
            <w:proofErr w:type="spellEnd"/>
            <w:r>
              <w:t xml:space="preserve">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lapangan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baru</w:t>
            </w:r>
            <w:proofErr w:type="spellEnd"/>
            <w:r>
              <w:t xml:space="preserve">. Di </w:t>
            </w:r>
            <w:proofErr w:type="spellStart"/>
            <w:r>
              <w:t>sisi</w:t>
            </w:r>
            <w:proofErr w:type="spellEnd"/>
            <w:r>
              <w:t xml:space="preserve"> </w:t>
            </w:r>
            <w:proofErr w:type="spellStart"/>
            <w:r>
              <w:t>lain</w:t>
            </w:r>
            <w:proofErr w:type="spellEnd"/>
            <w:r>
              <w:t xml:space="preserve">,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petani</w:t>
            </w:r>
            <w:proofErr w:type="spellEnd"/>
            <w:r>
              <w:t xml:space="preserve"> </w:t>
            </w:r>
            <w:proofErr w:type="spellStart"/>
            <w:r>
              <w:t>menolak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khawatir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hilangnya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mata</w:t>
            </w:r>
            <w:proofErr w:type="spellEnd"/>
            <w:r>
              <w:t xml:space="preserve"> air dan </w:t>
            </w:r>
            <w:proofErr w:type="spellStart"/>
            <w:r>
              <w:t>kerusakan</w:t>
            </w:r>
            <w:proofErr w:type="spellEnd"/>
            <w:r>
              <w:t xml:space="preserve"> </w:t>
            </w:r>
            <w:proofErr w:type="spellStart"/>
            <w:r>
              <w:t>ekosistem</w:t>
            </w:r>
            <w:proofErr w:type="spellEnd"/>
            <w:r>
              <w:t xml:space="preserve">. </w:t>
            </w:r>
            <w:proofErr w:type="spellStart"/>
            <w:r>
              <w:t>Situasi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menyebabkan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antarwarga</w:t>
            </w:r>
            <w:proofErr w:type="spellEnd"/>
            <w:r>
              <w:t xml:space="preserve"> yang </w:t>
            </w:r>
            <w:proofErr w:type="spellStart"/>
            <w:r>
              <w:t>semula</w:t>
            </w:r>
            <w:proofErr w:type="spellEnd"/>
            <w:r>
              <w:t xml:space="preserve"> </w:t>
            </w:r>
            <w:proofErr w:type="spellStart"/>
            <w:r>
              <w:t>harmonis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tegang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Evaluasilah</w:t>
            </w:r>
            <w:proofErr w:type="spellEnd"/>
            <w:r>
              <w:t xml:space="preserve"> </w:t>
            </w:r>
            <w:proofErr w:type="spellStart"/>
            <w:r>
              <w:t>pernyataan-pernyataan</w:t>
            </w:r>
            <w:proofErr w:type="spellEnd"/>
            <w:r>
              <w:t xml:space="preserve"> </w:t>
            </w:r>
            <w:proofErr w:type="spellStart"/>
            <w:r>
              <w:t>berikut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gejala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perspektif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!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berakar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perbedaan</w:t>
            </w:r>
            <w:proofErr w:type="spellEnd"/>
            <w:r>
              <w:t xml:space="preserve"> </w:t>
            </w:r>
            <w:proofErr w:type="spellStart"/>
            <w:r>
              <w:t>kepentingan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pro-</w:t>
            </w:r>
            <w:proofErr w:type="spellStart"/>
            <w:r>
              <w:t>industri</w:t>
            </w:r>
            <w:proofErr w:type="spellEnd"/>
            <w:r>
              <w:t xml:space="preserve"> dan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agraris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Ketegangan</w:t>
            </w:r>
            <w:proofErr w:type="spellEnd"/>
            <w:r>
              <w:t xml:space="preserve"> yang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manifestasi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proses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disosiatif</w:t>
            </w:r>
            <w:proofErr w:type="spellEnd"/>
            <w:r>
              <w:t xml:space="preserve"> yang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mengancam</w:t>
            </w:r>
            <w:proofErr w:type="spellEnd"/>
            <w:r>
              <w:t xml:space="preserve"> </w:t>
            </w:r>
            <w:proofErr w:type="spellStart"/>
            <w:r>
              <w:t>integrasi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harus</w:t>
            </w:r>
            <w:proofErr w:type="spellEnd"/>
            <w:r>
              <w:t xml:space="preserve"> </w:t>
            </w:r>
            <w:proofErr w:type="spellStart"/>
            <w:r>
              <w:t>segera</w:t>
            </w:r>
            <w:proofErr w:type="spellEnd"/>
            <w:r>
              <w:t xml:space="preserve"> </w:t>
            </w:r>
            <w:proofErr w:type="spellStart"/>
            <w:r>
              <w:t>dihentikan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paksaan</w:t>
            </w:r>
            <w:proofErr w:type="spellEnd"/>
            <w:r>
              <w:t xml:space="preserve"> (</w:t>
            </w:r>
            <w:proofErr w:type="spellStart"/>
            <w:r>
              <w:t>koersi</w:t>
            </w:r>
            <w:proofErr w:type="spellEnd"/>
            <w:r>
              <w:t xml:space="preserve">) agar </w:t>
            </w:r>
            <w:proofErr w:type="spellStart"/>
            <w:r>
              <w:t>stabilitas</w:t>
            </w:r>
            <w:proofErr w:type="spellEnd"/>
            <w:r>
              <w:t xml:space="preserve"> </w:t>
            </w:r>
            <w:proofErr w:type="spellStart"/>
            <w:r>
              <w:t>pembangunan</w:t>
            </w:r>
            <w:proofErr w:type="spellEnd"/>
            <w:r>
              <w:t xml:space="preserve"> </w:t>
            </w:r>
            <w:proofErr w:type="spellStart"/>
            <w:r>
              <w:t>terjaga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tingkat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 xml:space="preserve"> </w:t>
            </w:r>
            <w:proofErr w:type="spellStart"/>
            <w:r>
              <w:t>seringkali</w:t>
            </w:r>
            <w:proofErr w:type="spellEnd"/>
            <w:r>
              <w:t xml:space="preserve"> </w:t>
            </w:r>
            <w:proofErr w:type="spellStart"/>
            <w:r>
              <w:t>memicu</w:t>
            </w:r>
            <w:proofErr w:type="spellEnd"/>
            <w:r>
              <w:t xml:space="preserve"> </w:t>
            </w:r>
            <w:proofErr w:type="spellStart"/>
            <w:r>
              <w:t>fragmentasi</w:t>
            </w:r>
            <w:proofErr w:type="spellEnd"/>
            <w:r>
              <w:t xml:space="preserve"> </w:t>
            </w:r>
            <w:proofErr w:type="spellStart"/>
            <w:r>
              <w:t>identitas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memperkuat</w:t>
            </w:r>
            <w:proofErr w:type="spellEnd"/>
            <w:r>
              <w:t xml:space="preserve"> </w:t>
            </w:r>
            <w:proofErr w:type="spellStart"/>
            <w:r>
              <w:t>solidaritas</w:t>
            </w:r>
            <w:proofErr w:type="spellEnd"/>
            <w:r>
              <w:t xml:space="preserve"> internal (in-group solidarity) di </w:t>
            </w:r>
            <w:proofErr w:type="spellStart"/>
            <w:r>
              <w:t>masing-masing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yang </w:t>
            </w:r>
            <w:proofErr w:type="spellStart"/>
            <w:r>
              <w:t>bertikai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Evaluasilah</w:t>
            </w:r>
            <w:proofErr w:type="spellEnd"/>
            <w:r>
              <w:t xml:space="preserve"> </w:t>
            </w:r>
            <w:proofErr w:type="spellStart"/>
            <w:r>
              <w:t>pernyataan-pernyataan</w:t>
            </w:r>
            <w:proofErr w:type="spellEnd"/>
            <w:r>
              <w:t xml:space="preserve"> </w:t>
            </w:r>
            <w:proofErr w:type="spellStart"/>
            <w:r>
              <w:t>berikut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gejala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perspektif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!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berakar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perbedaan</w:t>
            </w:r>
            <w:proofErr w:type="spellEnd"/>
            <w:r>
              <w:t xml:space="preserve"> </w:t>
            </w:r>
            <w:proofErr w:type="spellStart"/>
            <w:r>
              <w:t>kepentingan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pro-</w:t>
            </w:r>
            <w:proofErr w:type="spellStart"/>
            <w:r>
              <w:t>industri</w:t>
            </w:r>
            <w:proofErr w:type="spellEnd"/>
            <w:r>
              <w:t xml:space="preserve"> dan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agraris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Ketegangan</w:t>
            </w:r>
            <w:proofErr w:type="spellEnd"/>
            <w:r>
              <w:t xml:space="preserve"> yang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manifestasi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proses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disosiatif</w:t>
            </w:r>
            <w:proofErr w:type="spellEnd"/>
            <w:r>
              <w:t xml:space="preserve"> yang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mengancam</w:t>
            </w:r>
            <w:proofErr w:type="spellEnd"/>
            <w:r>
              <w:t xml:space="preserve"> </w:t>
            </w:r>
            <w:proofErr w:type="spellStart"/>
            <w:r>
              <w:t>integrasi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harus</w:t>
            </w:r>
            <w:proofErr w:type="spellEnd"/>
            <w:r>
              <w:t xml:space="preserve"> </w:t>
            </w:r>
            <w:proofErr w:type="spellStart"/>
            <w:r>
              <w:t>segera</w:t>
            </w:r>
            <w:proofErr w:type="spellEnd"/>
            <w:r>
              <w:t xml:space="preserve"> </w:t>
            </w:r>
            <w:proofErr w:type="spellStart"/>
            <w:r>
              <w:t>dihentikan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paksaan</w:t>
            </w:r>
            <w:proofErr w:type="spellEnd"/>
            <w:r>
              <w:t xml:space="preserve"> (</w:t>
            </w:r>
            <w:proofErr w:type="spellStart"/>
            <w:r>
              <w:t>koersi</w:t>
            </w:r>
            <w:proofErr w:type="spellEnd"/>
            <w:r>
              <w:t xml:space="preserve">) agar </w:t>
            </w:r>
            <w:proofErr w:type="spellStart"/>
            <w:r>
              <w:t>stabilitas</w:t>
            </w:r>
            <w:proofErr w:type="spellEnd"/>
            <w:r>
              <w:t xml:space="preserve"> </w:t>
            </w:r>
            <w:proofErr w:type="spellStart"/>
            <w:r>
              <w:t>pembangunan</w:t>
            </w:r>
            <w:proofErr w:type="spellEnd"/>
            <w:r>
              <w:t xml:space="preserve"> </w:t>
            </w:r>
            <w:proofErr w:type="spellStart"/>
            <w:r>
              <w:t>terjaga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tingkat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 xml:space="preserve"> </w:t>
            </w:r>
            <w:proofErr w:type="spellStart"/>
            <w:r>
              <w:t>seringkali</w:t>
            </w:r>
            <w:proofErr w:type="spellEnd"/>
            <w:r>
              <w:t xml:space="preserve"> </w:t>
            </w:r>
            <w:proofErr w:type="spellStart"/>
            <w:r>
              <w:t>memicu</w:t>
            </w:r>
            <w:proofErr w:type="spellEnd"/>
            <w:r>
              <w:t xml:space="preserve"> </w:t>
            </w:r>
            <w:proofErr w:type="spellStart"/>
            <w:r>
              <w:t>fragmentasi</w:t>
            </w:r>
            <w:proofErr w:type="spellEnd"/>
            <w:r>
              <w:t xml:space="preserve"> </w:t>
            </w:r>
            <w:proofErr w:type="spellStart"/>
            <w:r>
              <w:t>identitas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memperkuat</w:t>
            </w:r>
            <w:proofErr w:type="spellEnd"/>
            <w:r>
              <w:t xml:space="preserve"> </w:t>
            </w:r>
            <w:proofErr w:type="spellStart"/>
            <w:r>
              <w:t>solidaritas</w:t>
            </w:r>
            <w:proofErr w:type="spellEnd"/>
            <w:r>
              <w:t xml:space="preserve"> internal (in-group solidarity) di </w:t>
            </w:r>
            <w:proofErr w:type="spellStart"/>
            <w:r>
              <w:t>masing-masing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yang </w:t>
            </w:r>
            <w:proofErr w:type="spellStart"/>
            <w:r>
              <w:t>bertikai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Pernyataan</w:t>
            </w:r>
            <w:proofErr w:type="spellEnd"/>
            <w:r>
              <w:t xml:space="preserve"> 1, 2, dan 4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memicu</w:t>
            </w:r>
            <w:proofErr w:type="spellEnd"/>
            <w:r>
              <w:t xml:space="preserve"> </w:t>
            </w:r>
            <w:proofErr w:type="spellStart"/>
            <w:r>
              <w:t>perpecahan</w:t>
            </w:r>
            <w:proofErr w:type="spellEnd"/>
            <w:r>
              <w:t xml:space="preserve">, </w:t>
            </w:r>
            <w:proofErr w:type="spellStart"/>
            <w:r>
              <w:t>merupakan</w:t>
            </w:r>
            <w:proofErr w:type="spellEnd"/>
            <w:r>
              <w:t xml:space="preserve"> proses </w:t>
            </w:r>
            <w:proofErr w:type="spellStart"/>
            <w:r>
              <w:t>disosiatif</w:t>
            </w:r>
            <w:proofErr w:type="spellEnd"/>
            <w:r>
              <w:t xml:space="preserve">, dan </w:t>
            </w:r>
            <w:proofErr w:type="spellStart"/>
            <w:r>
              <w:t>bersumber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benturan</w:t>
            </w:r>
            <w:proofErr w:type="spellEnd"/>
            <w:r>
              <w:t xml:space="preserve"> </w:t>
            </w:r>
            <w:proofErr w:type="spellStart"/>
            <w:r>
              <w:t>kepentingan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6"/>
        <w:gridCol w:w="6790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27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Gejala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dampak</w:t>
            </w:r>
            <w:proofErr w:type="spellEnd"/>
            <w:r>
              <w:t xml:space="preserve"> flexing di media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F1126">
            <w:r>
              <w:t>C5</w:t>
            </w:r>
            <w:r w:rsidR="001E1470">
              <w:t xml:space="preserve"> (</w:t>
            </w:r>
            <w:proofErr w:type="spellStart"/>
            <w:r w:rsidR="001E1470">
              <w:t>Mengevaluasi</w:t>
            </w:r>
            <w:proofErr w:type="spellEnd"/>
            <w:r w:rsidR="001E1470"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Kompleks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lastRenderedPageBreak/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Fenomena</w:t>
            </w:r>
            <w:proofErr w:type="spellEnd"/>
            <w:r>
              <w:t xml:space="preserve"> 'flexing'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memamerkan</w:t>
            </w:r>
            <w:proofErr w:type="spellEnd"/>
            <w:r>
              <w:t xml:space="preserve"> </w:t>
            </w:r>
            <w:proofErr w:type="spellStart"/>
            <w:r>
              <w:t>kekayaan</w:t>
            </w:r>
            <w:proofErr w:type="spellEnd"/>
            <w:r>
              <w:t xml:space="preserve"> di media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gejala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lazim</w:t>
            </w:r>
            <w:proofErr w:type="spellEnd"/>
            <w:r>
              <w:t xml:space="preserve">. Banyak </w:t>
            </w:r>
            <w:proofErr w:type="spellStart"/>
            <w:r>
              <w:t>individu</w:t>
            </w:r>
            <w:proofErr w:type="spellEnd"/>
            <w:r>
              <w:t xml:space="preserve"> </w:t>
            </w:r>
            <w:proofErr w:type="spellStart"/>
            <w:r>
              <w:t>berlomba-lomba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simbol</w:t>
            </w:r>
            <w:proofErr w:type="spellEnd"/>
            <w:r>
              <w:t xml:space="preserve"> status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barang</w:t>
            </w:r>
            <w:proofErr w:type="spellEnd"/>
            <w:r>
              <w:t xml:space="preserve"> </w:t>
            </w:r>
            <w:proofErr w:type="spellStart"/>
            <w:r>
              <w:t>mewah</w:t>
            </w:r>
            <w:proofErr w:type="spellEnd"/>
            <w:r>
              <w:t xml:space="preserve"> demi </w:t>
            </w:r>
            <w:proofErr w:type="spellStart"/>
            <w:r>
              <w:t>mendapatkan</w:t>
            </w:r>
            <w:proofErr w:type="spellEnd"/>
            <w:r>
              <w:t xml:space="preserve"> </w:t>
            </w:r>
            <w:proofErr w:type="spellStart"/>
            <w:r>
              <w:t>pengakuan</w:t>
            </w:r>
            <w:proofErr w:type="spellEnd"/>
            <w:r>
              <w:t xml:space="preserve"> dan </w:t>
            </w:r>
            <w:proofErr w:type="spellStart"/>
            <w:r>
              <w:t>pengikut</w:t>
            </w:r>
            <w:proofErr w:type="spellEnd"/>
            <w:r>
              <w:t xml:space="preserve"> (followers). Hal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persepsi</w:t>
            </w:r>
            <w:proofErr w:type="spellEnd"/>
            <w:r>
              <w:t xml:space="preserve"> </w:t>
            </w:r>
            <w:proofErr w:type="spellStart"/>
            <w:r>
              <w:t>publik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kesuksesan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diukur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materi</w:t>
            </w:r>
            <w:proofErr w:type="spellEnd"/>
            <w:r>
              <w:t xml:space="preserve"> yang </w:t>
            </w:r>
            <w:proofErr w:type="spellStart"/>
            <w:r>
              <w:t>tampak</w:t>
            </w:r>
            <w:proofErr w:type="spellEnd"/>
            <w:r>
              <w:t>.</w:t>
            </w:r>
          </w:p>
          <w:p w:rsidR="00AA1A0E" w:rsidRDefault="001E1470">
            <w:proofErr w:type="spellStart"/>
            <w:r>
              <w:t>Fenomena</w:t>
            </w:r>
            <w:proofErr w:type="spellEnd"/>
            <w:r>
              <w:t xml:space="preserve"> 'flexing'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memamerkan</w:t>
            </w:r>
            <w:proofErr w:type="spellEnd"/>
            <w:r>
              <w:t xml:space="preserve"> </w:t>
            </w:r>
            <w:proofErr w:type="spellStart"/>
            <w:r>
              <w:t>kekayaan</w:t>
            </w:r>
            <w:proofErr w:type="spellEnd"/>
            <w:r>
              <w:t xml:space="preserve"> di media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gejala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lazim</w:t>
            </w:r>
            <w:proofErr w:type="spellEnd"/>
            <w:r>
              <w:t xml:space="preserve">. Banyak </w:t>
            </w:r>
            <w:proofErr w:type="spellStart"/>
            <w:r>
              <w:t>individu</w:t>
            </w:r>
            <w:proofErr w:type="spellEnd"/>
            <w:r>
              <w:t xml:space="preserve"> </w:t>
            </w:r>
            <w:proofErr w:type="spellStart"/>
            <w:r>
              <w:t>berlomba-lomba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simbol</w:t>
            </w:r>
            <w:proofErr w:type="spellEnd"/>
            <w:r>
              <w:t xml:space="preserve"> status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barang</w:t>
            </w:r>
            <w:proofErr w:type="spellEnd"/>
            <w:r>
              <w:t xml:space="preserve"> </w:t>
            </w:r>
            <w:proofErr w:type="spellStart"/>
            <w:r>
              <w:t>mewah</w:t>
            </w:r>
            <w:proofErr w:type="spellEnd"/>
            <w:r>
              <w:t xml:space="preserve"> demi </w:t>
            </w:r>
            <w:proofErr w:type="spellStart"/>
            <w:r>
              <w:t>mendapatkan</w:t>
            </w:r>
            <w:proofErr w:type="spellEnd"/>
            <w:r>
              <w:t xml:space="preserve"> </w:t>
            </w:r>
            <w:proofErr w:type="spellStart"/>
            <w:r>
              <w:t>pengakuan</w:t>
            </w:r>
            <w:proofErr w:type="spellEnd"/>
            <w:r>
              <w:t xml:space="preserve"> dan </w:t>
            </w:r>
            <w:proofErr w:type="spellStart"/>
            <w:r>
              <w:t>pengikut</w:t>
            </w:r>
            <w:proofErr w:type="spellEnd"/>
            <w:r>
              <w:t xml:space="preserve"> (followers). Hal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persepsi</w:t>
            </w:r>
            <w:proofErr w:type="spellEnd"/>
            <w:r>
              <w:t xml:space="preserve"> </w:t>
            </w:r>
            <w:proofErr w:type="spellStart"/>
            <w:r>
              <w:t>publik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kesuksesan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diukur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materi</w:t>
            </w:r>
            <w:proofErr w:type="spellEnd"/>
            <w:r>
              <w:t xml:space="preserve"> yang </w:t>
            </w:r>
            <w:proofErr w:type="spellStart"/>
            <w:r>
              <w:t>tampak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Evaluasilah</w:t>
            </w:r>
            <w:proofErr w:type="spellEnd"/>
            <w:r>
              <w:t xml:space="preserve"> </w:t>
            </w:r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sosiologis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gejala</w:t>
            </w:r>
            <w:proofErr w:type="spellEnd"/>
            <w:r>
              <w:t xml:space="preserve"> 'flexing'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dan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>!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Mendorong</w:t>
            </w:r>
            <w:proofErr w:type="spellEnd"/>
            <w:r>
              <w:t xml:space="preserve"> </w:t>
            </w:r>
            <w:proofErr w:type="spellStart"/>
            <w:r>
              <w:t>timbulnya</w:t>
            </w:r>
            <w:proofErr w:type="spellEnd"/>
            <w:r>
              <w:t xml:space="preserve"> </w:t>
            </w:r>
            <w:proofErr w:type="spellStart"/>
            <w:r>
              <w:t>jarak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(social distance) yang </w:t>
            </w:r>
            <w:proofErr w:type="spellStart"/>
            <w:r>
              <w:t>semakin</w:t>
            </w:r>
            <w:proofErr w:type="spellEnd"/>
            <w:r>
              <w:t xml:space="preserve"> </w:t>
            </w:r>
            <w:proofErr w:type="spellStart"/>
            <w:r>
              <w:t>lebar</w:t>
            </w:r>
            <w:proofErr w:type="spellEnd"/>
            <w:r>
              <w:t xml:space="preserve"> </w:t>
            </w:r>
            <w:proofErr w:type="spellStart"/>
            <w:r>
              <w:t>antar</w:t>
            </w:r>
            <w:proofErr w:type="spellEnd"/>
            <w:r>
              <w:t xml:space="preserve"> </w:t>
            </w:r>
            <w:proofErr w:type="spellStart"/>
            <w:r>
              <w:t>kelas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standar</w:t>
            </w:r>
            <w:proofErr w:type="spellEnd"/>
            <w:r>
              <w:t xml:space="preserve"> </w:t>
            </w:r>
            <w:proofErr w:type="spellStart"/>
            <w:r>
              <w:t>semu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kesuksesan</w:t>
            </w:r>
            <w:proofErr w:type="spellEnd"/>
            <w:r>
              <w:t xml:space="preserve"> yang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memicu</w:t>
            </w:r>
            <w:proofErr w:type="spellEnd"/>
            <w:r>
              <w:t xml:space="preserve"> </w:t>
            </w:r>
            <w:proofErr w:type="spellStart"/>
            <w:r>
              <w:t>kecemasan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pada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menengah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bawah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Meningkatkan</w:t>
            </w:r>
            <w:proofErr w:type="spellEnd"/>
            <w:r>
              <w:t xml:space="preserve"> </w:t>
            </w:r>
            <w:proofErr w:type="spellStart"/>
            <w:r>
              <w:t>kualitas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kejujuran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kondisi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 </w:t>
            </w:r>
            <w:proofErr w:type="spellStart"/>
            <w:r>
              <w:t>individu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Memicu</w:t>
            </w:r>
            <w:proofErr w:type="spellEnd"/>
            <w:r>
              <w:t xml:space="preserve"> </w:t>
            </w:r>
            <w:proofErr w:type="spellStart"/>
            <w:r>
              <w:t>perilaku</w:t>
            </w:r>
            <w:proofErr w:type="spellEnd"/>
            <w:r>
              <w:t xml:space="preserve"> </w:t>
            </w:r>
            <w:proofErr w:type="spellStart"/>
            <w:r>
              <w:t>konsumsi</w:t>
            </w:r>
            <w:proofErr w:type="spellEnd"/>
            <w:r>
              <w:t xml:space="preserve"> </w:t>
            </w:r>
            <w:proofErr w:type="spellStart"/>
            <w:r>
              <w:t>berlebihan</w:t>
            </w:r>
            <w:proofErr w:type="spellEnd"/>
            <w:r>
              <w:t xml:space="preserve"> (conspicuous consumption) demi </w:t>
            </w:r>
            <w:proofErr w:type="spellStart"/>
            <w:r>
              <w:t>menjaga</w:t>
            </w:r>
            <w:proofErr w:type="spellEnd"/>
            <w:r>
              <w:t xml:space="preserve"> </w:t>
            </w:r>
            <w:proofErr w:type="spellStart"/>
            <w:r>
              <w:t>citra</w:t>
            </w:r>
            <w:proofErr w:type="spellEnd"/>
            <w:r>
              <w:t xml:space="preserve"> di media </w:t>
            </w:r>
            <w:proofErr w:type="spellStart"/>
            <w:r>
              <w:t>sosial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Menghilangkan</w:t>
            </w:r>
            <w:proofErr w:type="spellEnd"/>
            <w:r>
              <w:t xml:space="preserve"> </w:t>
            </w:r>
            <w:proofErr w:type="spellStart"/>
            <w:r>
              <w:t>stratifikasi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semua</w:t>
            </w:r>
            <w:proofErr w:type="spellEnd"/>
            <w:r>
              <w:t xml:space="preserve"> orang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kesempatan</w:t>
            </w:r>
            <w:proofErr w:type="spellEnd"/>
            <w:r>
              <w:t xml:space="preserve"> yang </w:t>
            </w:r>
            <w:proofErr w:type="spellStart"/>
            <w:r>
              <w:t>sama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pamer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Evaluasilah</w:t>
            </w:r>
            <w:proofErr w:type="spellEnd"/>
            <w:r>
              <w:t xml:space="preserve"> </w:t>
            </w:r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sosiologis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gejala</w:t>
            </w:r>
            <w:proofErr w:type="spellEnd"/>
            <w:r>
              <w:t xml:space="preserve"> 'flexing'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dan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>!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Mendorong</w:t>
            </w:r>
            <w:proofErr w:type="spellEnd"/>
            <w:r>
              <w:t xml:space="preserve"> </w:t>
            </w:r>
            <w:proofErr w:type="spellStart"/>
            <w:r>
              <w:t>timbulnya</w:t>
            </w:r>
            <w:proofErr w:type="spellEnd"/>
            <w:r>
              <w:t xml:space="preserve"> </w:t>
            </w:r>
            <w:proofErr w:type="spellStart"/>
            <w:r>
              <w:t>jarak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(social distance) yang </w:t>
            </w:r>
            <w:proofErr w:type="spellStart"/>
            <w:r>
              <w:t>semakin</w:t>
            </w:r>
            <w:proofErr w:type="spellEnd"/>
            <w:r>
              <w:t xml:space="preserve"> </w:t>
            </w:r>
            <w:proofErr w:type="spellStart"/>
            <w:r>
              <w:t>lebar</w:t>
            </w:r>
            <w:proofErr w:type="spellEnd"/>
            <w:r>
              <w:t xml:space="preserve"> </w:t>
            </w:r>
            <w:proofErr w:type="spellStart"/>
            <w:r>
              <w:t>antar</w:t>
            </w:r>
            <w:proofErr w:type="spellEnd"/>
            <w:r>
              <w:t xml:space="preserve"> </w:t>
            </w:r>
            <w:proofErr w:type="spellStart"/>
            <w:r>
              <w:t>kelas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standar</w:t>
            </w:r>
            <w:proofErr w:type="spellEnd"/>
            <w:r>
              <w:t xml:space="preserve"> </w:t>
            </w:r>
            <w:proofErr w:type="spellStart"/>
            <w:r>
              <w:t>semu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kesuksesan</w:t>
            </w:r>
            <w:proofErr w:type="spellEnd"/>
            <w:r>
              <w:t xml:space="preserve"> yang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memicu</w:t>
            </w:r>
            <w:proofErr w:type="spellEnd"/>
            <w:r>
              <w:t xml:space="preserve"> </w:t>
            </w:r>
            <w:proofErr w:type="spellStart"/>
            <w:r>
              <w:t>kecemasan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pada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menengah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bawah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Meningkatkan</w:t>
            </w:r>
            <w:proofErr w:type="spellEnd"/>
            <w:r>
              <w:t xml:space="preserve"> </w:t>
            </w:r>
            <w:proofErr w:type="spellStart"/>
            <w:r>
              <w:t>kualitas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kejujuran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kondisi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 </w:t>
            </w:r>
            <w:proofErr w:type="spellStart"/>
            <w:r>
              <w:t>individu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Memicu</w:t>
            </w:r>
            <w:proofErr w:type="spellEnd"/>
            <w:r>
              <w:t xml:space="preserve"> </w:t>
            </w:r>
            <w:proofErr w:type="spellStart"/>
            <w:r>
              <w:t>perilaku</w:t>
            </w:r>
            <w:proofErr w:type="spellEnd"/>
            <w:r>
              <w:t xml:space="preserve"> </w:t>
            </w:r>
            <w:proofErr w:type="spellStart"/>
            <w:r>
              <w:t>konsumsi</w:t>
            </w:r>
            <w:proofErr w:type="spellEnd"/>
            <w:r>
              <w:t xml:space="preserve"> </w:t>
            </w:r>
            <w:proofErr w:type="spellStart"/>
            <w:r>
              <w:t>berlebihan</w:t>
            </w:r>
            <w:proofErr w:type="spellEnd"/>
            <w:r>
              <w:t xml:space="preserve"> (conspicuous consumption) demi </w:t>
            </w:r>
            <w:proofErr w:type="spellStart"/>
            <w:r>
              <w:t>menjaga</w:t>
            </w:r>
            <w:proofErr w:type="spellEnd"/>
            <w:r>
              <w:t xml:space="preserve"> </w:t>
            </w:r>
            <w:proofErr w:type="spellStart"/>
            <w:r>
              <w:t>citra</w:t>
            </w:r>
            <w:proofErr w:type="spellEnd"/>
            <w:r>
              <w:t xml:space="preserve"> di media </w:t>
            </w:r>
            <w:proofErr w:type="spellStart"/>
            <w:r>
              <w:t>sosial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Menghilangkan</w:t>
            </w:r>
            <w:proofErr w:type="spellEnd"/>
            <w:r>
              <w:t xml:space="preserve"> </w:t>
            </w:r>
            <w:proofErr w:type="spellStart"/>
            <w:r>
              <w:t>stratifikasi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semua</w:t>
            </w:r>
            <w:proofErr w:type="spellEnd"/>
            <w:r>
              <w:t xml:space="preserve"> orang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kesempatan</w:t>
            </w:r>
            <w:proofErr w:type="spellEnd"/>
            <w:r>
              <w:t xml:space="preserve"> yang </w:t>
            </w:r>
            <w:proofErr w:type="spellStart"/>
            <w:r>
              <w:t>sama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pamer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Pernyataan</w:t>
            </w:r>
            <w:proofErr w:type="spellEnd"/>
            <w:r>
              <w:t xml:space="preserve"> 1, 2, dan 4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 xml:space="preserve">Flexing </w:t>
            </w:r>
            <w:proofErr w:type="spellStart"/>
            <w:r>
              <w:t>melahirkan</w:t>
            </w:r>
            <w:proofErr w:type="spellEnd"/>
            <w:r>
              <w:t xml:space="preserve"> </w:t>
            </w:r>
            <w:proofErr w:type="spellStart"/>
            <w:r>
              <w:t>jarak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, </w:t>
            </w:r>
            <w:proofErr w:type="spellStart"/>
            <w:r>
              <w:t>standar</w:t>
            </w:r>
            <w:proofErr w:type="spellEnd"/>
            <w:r>
              <w:t xml:space="preserve"> </w:t>
            </w:r>
            <w:proofErr w:type="spellStart"/>
            <w:r>
              <w:t>hidup</w:t>
            </w:r>
            <w:proofErr w:type="spellEnd"/>
            <w:r>
              <w:t xml:space="preserve"> yang </w:t>
            </w:r>
            <w:proofErr w:type="spellStart"/>
            <w:r>
              <w:t>semu</w:t>
            </w:r>
            <w:proofErr w:type="spellEnd"/>
            <w:r>
              <w:t xml:space="preserve">, dan </w:t>
            </w:r>
            <w:proofErr w:type="spellStart"/>
            <w:r>
              <w:t>konsumerisme</w:t>
            </w:r>
            <w:proofErr w:type="spellEnd"/>
            <w:r>
              <w:t xml:space="preserve"> (conspicuous consumption).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7"/>
        <w:gridCol w:w="6789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28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Identitas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fungsi</w:t>
            </w:r>
            <w:proofErr w:type="spellEnd"/>
            <w:r>
              <w:t xml:space="preserve"> code-mixing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lastRenderedPageBreak/>
              <w:t>sosial</w:t>
            </w:r>
            <w:proofErr w:type="spellEnd"/>
            <w:r>
              <w:t xml:space="preserve"> </w:t>
            </w:r>
            <w:proofErr w:type="spellStart"/>
            <w:r>
              <w:t>remaja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lastRenderedPageBreak/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F1126">
            <w:r>
              <w:t>C4</w:t>
            </w:r>
            <w:r w:rsidR="001E1470">
              <w:t xml:space="preserve"> (</w:t>
            </w:r>
            <w:proofErr w:type="spellStart"/>
            <w:r w:rsidR="001E1470">
              <w:t>Menganalisis</w:t>
            </w:r>
            <w:proofErr w:type="spellEnd"/>
            <w:r w:rsidR="001E1470"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Kompleks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campuran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Bahasa Indonesia dan Bahasa </w:t>
            </w:r>
            <w:proofErr w:type="spellStart"/>
            <w:r>
              <w:t>Inggris</w:t>
            </w:r>
            <w:proofErr w:type="spellEnd"/>
            <w:r>
              <w:t xml:space="preserve"> (code-mixing) oleh </w:t>
            </w:r>
            <w:proofErr w:type="spellStart"/>
            <w:r>
              <w:t>remaja</w:t>
            </w:r>
            <w:proofErr w:type="spellEnd"/>
            <w:r>
              <w:t xml:space="preserve"> di wilayah Jakarta Selatan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identitas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tersendiri</w:t>
            </w:r>
            <w:proofErr w:type="spellEnd"/>
            <w:r>
              <w:t xml:space="preserve">.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sekadar</w:t>
            </w:r>
            <w:proofErr w:type="spellEnd"/>
            <w:r>
              <w:t xml:space="preserve"> </w:t>
            </w:r>
            <w:proofErr w:type="spellStart"/>
            <w:r>
              <w:t>gaya</w:t>
            </w:r>
            <w:proofErr w:type="spellEnd"/>
            <w:r>
              <w:t xml:space="preserve"> </w:t>
            </w:r>
            <w:proofErr w:type="spellStart"/>
            <w:r>
              <w:t>bicara</w:t>
            </w:r>
            <w:proofErr w:type="spellEnd"/>
            <w:r>
              <w:t xml:space="preserve">, </w:t>
            </w:r>
            <w:proofErr w:type="spellStart"/>
            <w:r>
              <w:t>tetapi</w:t>
            </w:r>
            <w:proofErr w:type="spellEnd"/>
            <w:r>
              <w:t xml:space="preserve"> juga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seleksi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siapa</w:t>
            </w:r>
            <w:proofErr w:type="spellEnd"/>
            <w:r>
              <w:t xml:space="preserve"> yang </w:t>
            </w:r>
            <w:proofErr w:type="spellStart"/>
            <w:r>
              <w:t>dianggap</w:t>
            </w:r>
            <w:proofErr w:type="spellEnd"/>
            <w:r>
              <w:t xml:space="preserve"> '</w:t>
            </w:r>
            <w:proofErr w:type="spellStart"/>
            <w:r>
              <w:t>sefrekuensi</w:t>
            </w:r>
            <w:proofErr w:type="spellEnd"/>
            <w:r>
              <w:t xml:space="preserve">'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masuk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tertentu</w:t>
            </w:r>
            <w:proofErr w:type="spellEnd"/>
            <w:r>
              <w:t>.</w:t>
            </w:r>
          </w:p>
          <w:p w:rsidR="00AA1A0E" w:rsidRDefault="001E1470"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campuran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Bahasa Indonesia dan Bahasa </w:t>
            </w:r>
            <w:proofErr w:type="spellStart"/>
            <w:r>
              <w:t>Inggris</w:t>
            </w:r>
            <w:proofErr w:type="spellEnd"/>
            <w:r>
              <w:t xml:space="preserve"> (code-mixing) oleh </w:t>
            </w:r>
            <w:proofErr w:type="spellStart"/>
            <w:r>
              <w:t>remaja</w:t>
            </w:r>
            <w:proofErr w:type="spellEnd"/>
            <w:r>
              <w:t xml:space="preserve"> di wilayah Jakarta Selatan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identitas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tersendiri</w:t>
            </w:r>
            <w:proofErr w:type="spellEnd"/>
            <w:r>
              <w:t xml:space="preserve">.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sekadar</w:t>
            </w:r>
            <w:proofErr w:type="spellEnd"/>
            <w:r>
              <w:t xml:space="preserve"> </w:t>
            </w:r>
            <w:proofErr w:type="spellStart"/>
            <w:r>
              <w:t>gaya</w:t>
            </w:r>
            <w:proofErr w:type="spellEnd"/>
            <w:r>
              <w:t xml:space="preserve"> </w:t>
            </w:r>
            <w:proofErr w:type="spellStart"/>
            <w:r>
              <w:t>bicara</w:t>
            </w:r>
            <w:proofErr w:type="spellEnd"/>
            <w:r>
              <w:t xml:space="preserve">, </w:t>
            </w:r>
            <w:proofErr w:type="spellStart"/>
            <w:r>
              <w:t>tetapi</w:t>
            </w:r>
            <w:proofErr w:type="spellEnd"/>
            <w:r>
              <w:t xml:space="preserve"> juga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seleksi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siapa</w:t>
            </w:r>
            <w:proofErr w:type="spellEnd"/>
            <w:r>
              <w:t xml:space="preserve"> yang </w:t>
            </w:r>
            <w:proofErr w:type="spellStart"/>
            <w:r>
              <w:t>dianggap</w:t>
            </w:r>
            <w:proofErr w:type="spellEnd"/>
            <w:r>
              <w:t xml:space="preserve"> '</w:t>
            </w:r>
            <w:proofErr w:type="spellStart"/>
            <w:r>
              <w:t>sefrekuensi</w:t>
            </w:r>
            <w:proofErr w:type="spellEnd"/>
            <w:r>
              <w:t xml:space="preserve">'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masuk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tertentu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Analisislah</w:t>
            </w:r>
            <w:proofErr w:type="spellEnd"/>
            <w:r>
              <w:t xml:space="preserve"> </w:t>
            </w:r>
            <w:proofErr w:type="spellStart"/>
            <w:r>
              <w:t>fungsi</w:t>
            </w:r>
            <w:proofErr w:type="spellEnd"/>
            <w:r>
              <w:t xml:space="preserve"> </w:t>
            </w:r>
            <w:proofErr w:type="spellStart"/>
            <w:r>
              <w:t>sosiologis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remaja</w:t>
            </w:r>
            <w:proofErr w:type="spellEnd"/>
            <w:r>
              <w:t>!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simbol</w:t>
            </w:r>
            <w:proofErr w:type="spellEnd"/>
            <w:r>
              <w:t xml:space="preserve"> </w:t>
            </w:r>
            <w:proofErr w:type="spellStart"/>
            <w:r>
              <w:t>identitas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yang </w:t>
            </w:r>
            <w:proofErr w:type="spellStart"/>
            <w:r>
              <w:t>membedakan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remaja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wilayah lain.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adaptasi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pengaruh</w:t>
            </w:r>
            <w:proofErr w:type="spell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 xml:space="preserve"> yang </w:t>
            </w:r>
            <w:proofErr w:type="spellStart"/>
            <w:r>
              <w:t>masuk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</w:t>
            </w:r>
            <w:proofErr w:type="spellStart"/>
            <w:r>
              <w:t>populer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kegagalan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sosialisasi</w:t>
            </w:r>
            <w:proofErr w:type="spellEnd"/>
            <w:r>
              <w:t xml:space="preserve"> primer di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Berfungsi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inklusi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dan </w:t>
            </w:r>
            <w:proofErr w:type="spellStart"/>
            <w:r>
              <w:t>eksklusi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menguasainya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gejala</w:t>
            </w:r>
            <w:proofErr w:type="spellEnd"/>
            <w:r>
              <w:t xml:space="preserve"> </w:t>
            </w:r>
            <w:proofErr w:type="spellStart"/>
            <w:r>
              <w:t>sementara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dampak</w:t>
            </w:r>
            <w:proofErr w:type="spellEnd"/>
            <w:r>
              <w:t xml:space="preserve"> pada </w:t>
            </w: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remaja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Analisislah</w:t>
            </w:r>
            <w:proofErr w:type="spellEnd"/>
            <w:r>
              <w:t xml:space="preserve"> </w:t>
            </w:r>
            <w:proofErr w:type="spellStart"/>
            <w:r>
              <w:t>fungsi</w:t>
            </w:r>
            <w:proofErr w:type="spellEnd"/>
            <w:r>
              <w:t xml:space="preserve"> </w:t>
            </w:r>
            <w:proofErr w:type="spellStart"/>
            <w:r>
              <w:t>sosiologis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remaja</w:t>
            </w:r>
            <w:proofErr w:type="spellEnd"/>
            <w:r>
              <w:t>!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simbol</w:t>
            </w:r>
            <w:proofErr w:type="spellEnd"/>
            <w:r>
              <w:t xml:space="preserve"> </w:t>
            </w:r>
            <w:proofErr w:type="spellStart"/>
            <w:r>
              <w:t>identitas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yang </w:t>
            </w:r>
            <w:proofErr w:type="spellStart"/>
            <w:r>
              <w:t>membedakan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remaja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wilayah lain.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adaptasi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pengaruh</w:t>
            </w:r>
            <w:proofErr w:type="spell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 xml:space="preserve"> yang </w:t>
            </w:r>
            <w:proofErr w:type="spellStart"/>
            <w:r>
              <w:t>masuk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</w:t>
            </w:r>
            <w:proofErr w:type="spellStart"/>
            <w:r>
              <w:t>populer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kegagalan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sosialisasi</w:t>
            </w:r>
            <w:proofErr w:type="spellEnd"/>
            <w:r>
              <w:t xml:space="preserve"> primer di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Berfungsi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inklusi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dan </w:t>
            </w:r>
            <w:proofErr w:type="spellStart"/>
            <w:r>
              <w:t>eksklusi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menguasainya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gejala</w:t>
            </w:r>
            <w:proofErr w:type="spellEnd"/>
            <w:r>
              <w:t xml:space="preserve"> </w:t>
            </w:r>
            <w:proofErr w:type="spellStart"/>
            <w:r>
              <w:t>sementara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dampak</w:t>
            </w:r>
            <w:proofErr w:type="spellEnd"/>
            <w:r>
              <w:t xml:space="preserve"> pada </w:t>
            </w: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remaja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Pernyataan</w:t>
            </w:r>
            <w:proofErr w:type="spellEnd"/>
            <w:r>
              <w:t xml:space="preserve"> 1 dan 4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r>
              <w:t xml:space="preserve">Bahasa </w:t>
            </w:r>
            <w:proofErr w:type="spellStart"/>
            <w:r>
              <w:t>berfungsi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simbol</w:t>
            </w:r>
            <w:proofErr w:type="spellEnd"/>
            <w:r>
              <w:t xml:space="preserve"> </w:t>
            </w:r>
            <w:proofErr w:type="spellStart"/>
            <w:r>
              <w:t>identitas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sekaligus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inklusi</w:t>
            </w:r>
            <w:proofErr w:type="spellEnd"/>
            <w:r>
              <w:t xml:space="preserve"> </w:t>
            </w:r>
            <w:proofErr w:type="spellStart"/>
            <w:r>
              <w:t>maupun</w:t>
            </w:r>
            <w:proofErr w:type="spellEnd"/>
            <w:r>
              <w:t xml:space="preserve"> </w:t>
            </w:r>
            <w:proofErr w:type="spellStart"/>
            <w:r>
              <w:t>eksklusi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6791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29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lastRenderedPageBreak/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lastRenderedPageBreak/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lastRenderedPageBreak/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strategi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menjaga</w:t>
            </w:r>
            <w:proofErr w:type="spellEnd"/>
            <w:r>
              <w:t xml:space="preserve"> </w:t>
            </w:r>
            <w:proofErr w:type="spellStart"/>
            <w:r>
              <w:t>validitas</w:t>
            </w:r>
            <w:proofErr w:type="spellEnd"/>
            <w:r>
              <w:t xml:space="preserve"> data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kualitatif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F1126">
            <w:r>
              <w:t>C4</w:t>
            </w:r>
            <w:r w:rsidR="001E1470">
              <w:t xml:space="preserve"> (</w:t>
            </w:r>
            <w:proofErr w:type="spellStart"/>
            <w:r w:rsidR="001E1470">
              <w:t>Menganalisis</w:t>
            </w:r>
            <w:proofErr w:type="spellEnd"/>
            <w:r w:rsidR="001E1470"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Kompleks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adaptasi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pinggiran</w:t>
            </w:r>
            <w:proofErr w:type="spellEnd"/>
            <w:r>
              <w:t xml:space="preserve"> </w:t>
            </w:r>
            <w:proofErr w:type="spellStart"/>
            <w:r>
              <w:t>sungai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banjir</w:t>
            </w:r>
            <w:proofErr w:type="spellEnd"/>
            <w:r>
              <w:t xml:space="preserve"> </w:t>
            </w:r>
            <w:proofErr w:type="spellStart"/>
            <w:r>
              <w:t>tahunan</w:t>
            </w:r>
            <w:proofErr w:type="spellEnd"/>
            <w:r>
              <w:t xml:space="preserve">.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memutuskan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tinggal</w:t>
            </w:r>
            <w:proofErr w:type="spellEnd"/>
            <w:r>
              <w:t xml:space="preserve"> </w:t>
            </w:r>
            <w:proofErr w:type="spellStart"/>
            <w:r>
              <w:t>bersama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selama</w:t>
            </w:r>
            <w:proofErr w:type="spellEnd"/>
            <w:r>
              <w:t xml:space="preserve"> </w:t>
            </w:r>
            <w:proofErr w:type="spellStart"/>
            <w:r>
              <w:t>tiga</w:t>
            </w:r>
            <w:proofErr w:type="spellEnd"/>
            <w:r>
              <w:t xml:space="preserve"> </w:t>
            </w:r>
            <w:proofErr w:type="spellStart"/>
            <w:r>
              <w:t>bulan</w:t>
            </w:r>
            <w:proofErr w:type="spellEnd"/>
            <w:r>
              <w:t xml:space="preserve"> (</w:t>
            </w:r>
            <w:proofErr w:type="spellStart"/>
            <w:r>
              <w:t>observasi</w:t>
            </w:r>
            <w:proofErr w:type="spellEnd"/>
            <w:r>
              <w:t xml:space="preserve"> </w:t>
            </w:r>
            <w:proofErr w:type="spellStart"/>
            <w:r>
              <w:t>partisipan</w:t>
            </w:r>
            <w:proofErr w:type="spellEnd"/>
            <w:r>
              <w:t xml:space="preserve">),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wawancara</w:t>
            </w:r>
            <w:proofErr w:type="spellEnd"/>
            <w:r>
              <w:t xml:space="preserve"> </w:t>
            </w:r>
            <w:proofErr w:type="spellStart"/>
            <w:r>
              <w:t>mendalam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, dan juga </w:t>
            </w:r>
            <w:proofErr w:type="spellStart"/>
            <w:r>
              <w:t>mengumpulkan</w:t>
            </w:r>
            <w:proofErr w:type="spellEnd"/>
            <w:r>
              <w:t xml:space="preserve"> </w:t>
            </w:r>
            <w:proofErr w:type="spellStart"/>
            <w:r>
              <w:t>arsip</w:t>
            </w:r>
            <w:proofErr w:type="spellEnd"/>
            <w:r>
              <w:t xml:space="preserve"> </w:t>
            </w:r>
            <w:proofErr w:type="spellStart"/>
            <w:r>
              <w:t>berita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banjir</w:t>
            </w:r>
            <w:proofErr w:type="spellEnd"/>
            <w:r>
              <w:t xml:space="preserve"> di wilayah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selama</w:t>
            </w:r>
            <w:proofErr w:type="spellEnd"/>
            <w:r>
              <w:t xml:space="preserve"> 10 </w:t>
            </w:r>
            <w:proofErr w:type="spellStart"/>
            <w:r>
              <w:t>tahun</w:t>
            </w:r>
            <w:proofErr w:type="spellEnd"/>
            <w:r>
              <w:t xml:space="preserve"> </w:t>
            </w:r>
            <w:proofErr w:type="spellStart"/>
            <w:r>
              <w:t>terakhir</w:t>
            </w:r>
            <w:proofErr w:type="spellEnd"/>
            <w:r>
              <w:t>.</w:t>
            </w:r>
          </w:p>
          <w:p w:rsidR="00AA1A0E" w:rsidRDefault="001E1470"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adaptasi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pinggiran</w:t>
            </w:r>
            <w:proofErr w:type="spellEnd"/>
            <w:r>
              <w:t xml:space="preserve"> </w:t>
            </w:r>
            <w:proofErr w:type="spellStart"/>
            <w:r>
              <w:t>sungai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banjir</w:t>
            </w:r>
            <w:proofErr w:type="spellEnd"/>
            <w:r>
              <w:t xml:space="preserve"> </w:t>
            </w:r>
            <w:proofErr w:type="spellStart"/>
            <w:r>
              <w:t>tahunan</w:t>
            </w:r>
            <w:proofErr w:type="spellEnd"/>
            <w:r>
              <w:t xml:space="preserve">.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memutuskan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tinggal</w:t>
            </w:r>
            <w:proofErr w:type="spellEnd"/>
            <w:r>
              <w:t xml:space="preserve"> </w:t>
            </w:r>
            <w:proofErr w:type="spellStart"/>
            <w:r>
              <w:t>bersama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selama</w:t>
            </w:r>
            <w:proofErr w:type="spellEnd"/>
            <w:r>
              <w:t xml:space="preserve"> </w:t>
            </w:r>
            <w:proofErr w:type="spellStart"/>
            <w:r>
              <w:t>tiga</w:t>
            </w:r>
            <w:proofErr w:type="spellEnd"/>
            <w:r>
              <w:t xml:space="preserve"> </w:t>
            </w:r>
            <w:proofErr w:type="spellStart"/>
            <w:r>
              <w:t>bulan</w:t>
            </w:r>
            <w:proofErr w:type="spellEnd"/>
            <w:r>
              <w:t xml:space="preserve"> (</w:t>
            </w:r>
            <w:proofErr w:type="spellStart"/>
            <w:r>
              <w:t>observasi</w:t>
            </w:r>
            <w:proofErr w:type="spellEnd"/>
            <w:r>
              <w:t xml:space="preserve"> </w:t>
            </w:r>
            <w:proofErr w:type="spellStart"/>
            <w:r>
              <w:t>partisipan</w:t>
            </w:r>
            <w:proofErr w:type="spellEnd"/>
            <w:r>
              <w:t xml:space="preserve">),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wawancara</w:t>
            </w:r>
            <w:proofErr w:type="spellEnd"/>
            <w:r>
              <w:t xml:space="preserve"> </w:t>
            </w:r>
            <w:proofErr w:type="spellStart"/>
            <w:r>
              <w:t>mendalam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tokoh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, dan juga </w:t>
            </w:r>
            <w:proofErr w:type="spellStart"/>
            <w:r>
              <w:t>mengumpulkan</w:t>
            </w:r>
            <w:proofErr w:type="spellEnd"/>
            <w:r>
              <w:t xml:space="preserve"> </w:t>
            </w:r>
            <w:proofErr w:type="spellStart"/>
            <w:r>
              <w:t>arsip</w:t>
            </w:r>
            <w:proofErr w:type="spellEnd"/>
            <w:r>
              <w:t xml:space="preserve"> </w:t>
            </w:r>
            <w:proofErr w:type="spellStart"/>
            <w:r>
              <w:t>berita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banjir</w:t>
            </w:r>
            <w:proofErr w:type="spellEnd"/>
            <w:r>
              <w:t xml:space="preserve"> di wilayah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selama</w:t>
            </w:r>
            <w:proofErr w:type="spellEnd"/>
            <w:r>
              <w:t xml:space="preserve"> 10 </w:t>
            </w:r>
            <w:proofErr w:type="spellStart"/>
            <w:r>
              <w:t>tahun</w:t>
            </w:r>
            <w:proofErr w:type="spellEnd"/>
            <w:r>
              <w:t xml:space="preserve"> </w:t>
            </w:r>
            <w:proofErr w:type="spellStart"/>
            <w:r>
              <w:t>terakhir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ilustrasi</w:t>
            </w:r>
            <w:proofErr w:type="spellEnd"/>
            <w:r>
              <w:t xml:space="preserve"> di </w:t>
            </w:r>
            <w:proofErr w:type="spellStart"/>
            <w:r>
              <w:t>atas</w:t>
            </w:r>
            <w:proofErr w:type="spellEnd"/>
            <w:r>
              <w:t xml:space="preserve">, </w:t>
            </w:r>
            <w:proofErr w:type="spellStart"/>
            <w:r>
              <w:t>manakah</w:t>
            </w:r>
            <w:proofErr w:type="spellEnd"/>
            <w:r>
              <w:t xml:space="preserve"> </w:t>
            </w:r>
            <w:proofErr w:type="spellStart"/>
            <w:r>
              <w:t>pernyataan</w:t>
            </w:r>
            <w:proofErr w:type="spellEnd"/>
            <w:r>
              <w:t xml:space="preserve"> </w:t>
            </w:r>
            <w:proofErr w:type="spellStart"/>
            <w:r>
              <w:t>berikut</w:t>
            </w:r>
            <w:proofErr w:type="spellEnd"/>
            <w:r>
              <w:t xml:space="preserve"> yang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upaya</w:t>
            </w:r>
            <w:proofErr w:type="spell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menjaga</w:t>
            </w:r>
            <w:proofErr w:type="spellEnd"/>
            <w:r>
              <w:t xml:space="preserve"> </w:t>
            </w:r>
            <w:proofErr w:type="spellStart"/>
            <w:r>
              <w:t>kredibilitas</w:t>
            </w:r>
            <w:proofErr w:type="spellEnd"/>
            <w:r>
              <w:t xml:space="preserve"> dan </w:t>
            </w:r>
            <w:proofErr w:type="spellStart"/>
            <w:r>
              <w:t>keabsahan</w:t>
            </w:r>
            <w:proofErr w:type="spellEnd"/>
            <w:r>
              <w:t xml:space="preserve"> data </w:t>
            </w:r>
            <w:proofErr w:type="spellStart"/>
            <w:r>
              <w:t>penelitiannya</w:t>
            </w:r>
            <w:proofErr w:type="spellEnd"/>
            <w:r>
              <w:t>?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triangulasi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membandingkan</w:t>
            </w:r>
            <w:proofErr w:type="spellEnd"/>
            <w:r>
              <w:t xml:space="preserve"> data </w:t>
            </w:r>
            <w:proofErr w:type="spellStart"/>
            <w:r>
              <w:t>wawancara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arsip</w:t>
            </w:r>
            <w:proofErr w:type="spellEnd"/>
            <w:r>
              <w:t xml:space="preserve"> </w:t>
            </w:r>
            <w:proofErr w:type="spellStart"/>
            <w:r>
              <w:t>berita</w:t>
            </w:r>
            <w:proofErr w:type="spellEnd"/>
            <w:r>
              <w:t xml:space="preserve"> </w:t>
            </w:r>
            <w:proofErr w:type="spellStart"/>
            <w:r>
              <w:t>sejarah</w:t>
            </w:r>
            <w:proofErr w:type="spellEnd"/>
            <w:r>
              <w:t xml:space="preserve"> </w:t>
            </w:r>
            <w:proofErr w:type="spellStart"/>
            <w:r>
              <w:t>banjir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meningkatkan</w:t>
            </w:r>
            <w:proofErr w:type="spellEnd"/>
            <w:r>
              <w:t xml:space="preserve"> </w:t>
            </w:r>
            <w:proofErr w:type="spellStart"/>
            <w:r>
              <w:t>ketekunan</w:t>
            </w:r>
            <w:proofErr w:type="spellEnd"/>
            <w:r>
              <w:t xml:space="preserve"> </w:t>
            </w:r>
            <w:proofErr w:type="spellStart"/>
            <w:r>
              <w:t>pengamatan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tinggal</w:t>
            </w:r>
            <w:proofErr w:type="spellEnd"/>
            <w:r>
              <w:t xml:space="preserve"> </w:t>
            </w:r>
            <w:proofErr w:type="spellStart"/>
            <w:r>
              <w:t>bersama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durasi</w:t>
            </w:r>
            <w:proofErr w:type="spellEnd"/>
            <w:r>
              <w:t xml:space="preserve"> </w:t>
            </w:r>
            <w:proofErr w:type="spellStart"/>
            <w:r>
              <w:t>waktu</w:t>
            </w:r>
            <w:proofErr w:type="spellEnd"/>
            <w:r>
              <w:t xml:space="preserve"> yang </w:t>
            </w:r>
            <w:proofErr w:type="spellStart"/>
            <w:r>
              <w:t>cukup</w:t>
            </w:r>
            <w:proofErr w:type="spellEnd"/>
            <w:r>
              <w:t xml:space="preserve"> lama.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menjaga</w:t>
            </w:r>
            <w:proofErr w:type="spellEnd"/>
            <w:r>
              <w:t xml:space="preserve"> </w:t>
            </w:r>
            <w:proofErr w:type="spellStart"/>
            <w:r>
              <w:t>jarak</w:t>
            </w:r>
            <w:proofErr w:type="spellEnd"/>
            <w:r>
              <w:t xml:space="preserve"> </w:t>
            </w:r>
            <w:proofErr w:type="spellStart"/>
            <w:r>
              <w:t>emosional</w:t>
            </w:r>
            <w:proofErr w:type="spellEnd"/>
            <w:r>
              <w:t xml:space="preserve"> </w:t>
            </w:r>
            <w:proofErr w:type="spellStart"/>
            <w:r>
              <w:t>sepenuhnya</w:t>
            </w:r>
            <w:proofErr w:type="spellEnd"/>
            <w:r>
              <w:t xml:space="preserve"> agar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tetap</w:t>
            </w:r>
            <w:proofErr w:type="spellEnd"/>
            <w:r>
              <w:t xml:space="preserve"> </w:t>
            </w:r>
            <w:proofErr w:type="spellStart"/>
            <w:r>
              <w:t>objektif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keterlibatan</w:t>
            </w:r>
            <w:proofErr w:type="spellEnd"/>
            <w:r>
              <w:t xml:space="preserve"> </w:t>
            </w:r>
            <w:proofErr w:type="spellStart"/>
            <w:r>
              <w:t>perasaan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triangulasi</w:t>
            </w:r>
            <w:proofErr w:type="spellEnd"/>
            <w:r>
              <w:t xml:space="preserve"> </w:t>
            </w:r>
            <w:proofErr w:type="spellStart"/>
            <w:r>
              <w:t>teknik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menggabungkan</w:t>
            </w:r>
            <w:proofErr w:type="spellEnd"/>
            <w:r>
              <w:t xml:space="preserve"> </w:t>
            </w:r>
            <w:proofErr w:type="spellStart"/>
            <w:r>
              <w:t>observasi</w:t>
            </w:r>
            <w:proofErr w:type="spellEnd"/>
            <w:r>
              <w:t xml:space="preserve"> </w:t>
            </w:r>
            <w:proofErr w:type="spellStart"/>
            <w:r>
              <w:t>partisipan</w:t>
            </w:r>
            <w:proofErr w:type="spellEnd"/>
            <w:r>
              <w:t xml:space="preserve"> dan </w:t>
            </w:r>
            <w:proofErr w:type="spellStart"/>
            <w:r>
              <w:t>wawancara</w:t>
            </w:r>
            <w:proofErr w:type="spellEnd"/>
            <w:r>
              <w:t xml:space="preserve"> </w:t>
            </w:r>
            <w:proofErr w:type="spellStart"/>
            <w:r>
              <w:t>mendalam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data yang paling </w:t>
            </w:r>
            <w:proofErr w:type="spellStart"/>
            <w:r>
              <w:t>tepercaya</w:t>
            </w:r>
            <w:proofErr w:type="spellEnd"/>
            <w:r>
              <w:t xml:space="preserve"> agar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kontradiksi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ilustrasi</w:t>
            </w:r>
            <w:proofErr w:type="spellEnd"/>
            <w:r>
              <w:t xml:space="preserve"> di </w:t>
            </w:r>
            <w:proofErr w:type="spellStart"/>
            <w:r>
              <w:t>atas</w:t>
            </w:r>
            <w:proofErr w:type="spellEnd"/>
            <w:r>
              <w:t xml:space="preserve">, </w:t>
            </w:r>
            <w:proofErr w:type="spellStart"/>
            <w:r>
              <w:t>manakah</w:t>
            </w:r>
            <w:proofErr w:type="spellEnd"/>
            <w:r>
              <w:t xml:space="preserve"> </w:t>
            </w:r>
            <w:proofErr w:type="spellStart"/>
            <w:r>
              <w:t>pernyataan</w:t>
            </w:r>
            <w:proofErr w:type="spellEnd"/>
            <w:r>
              <w:t xml:space="preserve"> </w:t>
            </w:r>
            <w:proofErr w:type="spellStart"/>
            <w:r>
              <w:t>berikut</w:t>
            </w:r>
            <w:proofErr w:type="spellEnd"/>
            <w:r>
              <w:t xml:space="preserve"> yang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upaya</w:t>
            </w:r>
            <w:proofErr w:type="spell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menjaga</w:t>
            </w:r>
            <w:proofErr w:type="spellEnd"/>
            <w:r>
              <w:t xml:space="preserve"> </w:t>
            </w:r>
            <w:proofErr w:type="spellStart"/>
            <w:r>
              <w:t>kredibilitas</w:t>
            </w:r>
            <w:proofErr w:type="spellEnd"/>
            <w:r>
              <w:t xml:space="preserve"> dan </w:t>
            </w:r>
            <w:proofErr w:type="spellStart"/>
            <w:r>
              <w:t>keabsahan</w:t>
            </w:r>
            <w:proofErr w:type="spellEnd"/>
            <w:r>
              <w:t xml:space="preserve"> data </w:t>
            </w:r>
            <w:proofErr w:type="spellStart"/>
            <w:r>
              <w:t>penelitiannya</w:t>
            </w:r>
            <w:proofErr w:type="spellEnd"/>
            <w:r>
              <w:t>?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triangulasi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membandingkan</w:t>
            </w:r>
            <w:proofErr w:type="spellEnd"/>
            <w:r>
              <w:t xml:space="preserve"> data </w:t>
            </w:r>
            <w:proofErr w:type="spellStart"/>
            <w:r>
              <w:t>wawancara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arsip</w:t>
            </w:r>
            <w:proofErr w:type="spellEnd"/>
            <w:r>
              <w:t xml:space="preserve"> </w:t>
            </w:r>
            <w:proofErr w:type="spellStart"/>
            <w:r>
              <w:t>berita</w:t>
            </w:r>
            <w:proofErr w:type="spellEnd"/>
            <w:r>
              <w:t xml:space="preserve"> </w:t>
            </w:r>
            <w:proofErr w:type="spellStart"/>
            <w:r>
              <w:t>sejarah</w:t>
            </w:r>
            <w:proofErr w:type="spellEnd"/>
            <w:r>
              <w:t xml:space="preserve"> </w:t>
            </w:r>
            <w:proofErr w:type="spellStart"/>
            <w:r>
              <w:t>banjir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meningkatkan</w:t>
            </w:r>
            <w:proofErr w:type="spellEnd"/>
            <w:r>
              <w:t xml:space="preserve"> </w:t>
            </w:r>
            <w:proofErr w:type="spellStart"/>
            <w:r>
              <w:t>ketekunan</w:t>
            </w:r>
            <w:proofErr w:type="spellEnd"/>
            <w:r>
              <w:t xml:space="preserve"> </w:t>
            </w:r>
            <w:proofErr w:type="spellStart"/>
            <w:r>
              <w:t>pengamatan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tinggal</w:t>
            </w:r>
            <w:proofErr w:type="spellEnd"/>
            <w:r>
              <w:t xml:space="preserve"> </w:t>
            </w:r>
            <w:proofErr w:type="spellStart"/>
            <w:r>
              <w:t>bersama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durasi</w:t>
            </w:r>
            <w:proofErr w:type="spellEnd"/>
            <w:r>
              <w:t xml:space="preserve"> </w:t>
            </w:r>
            <w:proofErr w:type="spellStart"/>
            <w:r>
              <w:t>waktu</w:t>
            </w:r>
            <w:proofErr w:type="spellEnd"/>
            <w:r>
              <w:t xml:space="preserve"> yang </w:t>
            </w:r>
            <w:proofErr w:type="spellStart"/>
            <w:r>
              <w:t>cukup</w:t>
            </w:r>
            <w:proofErr w:type="spellEnd"/>
            <w:r>
              <w:t xml:space="preserve"> lama.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menjaga</w:t>
            </w:r>
            <w:proofErr w:type="spellEnd"/>
            <w:r>
              <w:t xml:space="preserve"> </w:t>
            </w:r>
            <w:proofErr w:type="spellStart"/>
            <w:r>
              <w:t>jarak</w:t>
            </w:r>
            <w:proofErr w:type="spellEnd"/>
            <w:r>
              <w:t xml:space="preserve"> </w:t>
            </w:r>
            <w:proofErr w:type="spellStart"/>
            <w:r>
              <w:t>emosional</w:t>
            </w:r>
            <w:proofErr w:type="spellEnd"/>
            <w:r>
              <w:t xml:space="preserve"> </w:t>
            </w:r>
            <w:proofErr w:type="spellStart"/>
            <w:r>
              <w:t>sepenuhnya</w:t>
            </w:r>
            <w:proofErr w:type="spellEnd"/>
            <w:r>
              <w:t xml:space="preserve"> agar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tetap</w:t>
            </w:r>
            <w:proofErr w:type="spellEnd"/>
            <w:r>
              <w:t xml:space="preserve"> </w:t>
            </w:r>
            <w:proofErr w:type="spellStart"/>
            <w:r>
              <w:t>objektif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keterlibatan</w:t>
            </w:r>
            <w:proofErr w:type="spellEnd"/>
            <w:r>
              <w:t xml:space="preserve"> </w:t>
            </w:r>
            <w:proofErr w:type="spellStart"/>
            <w:r>
              <w:t>perasaan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triangulasi</w:t>
            </w:r>
            <w:proofErr w:type="spellEnd"/>
            <w:r>
              <w:t xml:space="preserve"> </w:t>
            </w:r>
            <w:proofErr w:type="spellStart"/>
            <w:r>
              <w:t>teknik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menggabungkan</w:t>
            </w:r>
            <w:proofErr w:type="spellEnd"/>
            <w:r>
              <w:t xml:space="preserve"> </w:t>
            </w:r>
            <w:proofErr w:type="spellStart"/>
            <w:r>
              <w:t>observasi</w:t>
            </w:r>
            <w:proofErr w:type="spellEnd"/>
            <w:r>
              <w:t xml:space="preserve"> </w:t>
            </w:r>
            <w:proofErr w:type="spellStart"/>
            <w:r>
              <w:t>partisipan</w:t>
            </w:r>
            <w:proofErr w:type="spellEnd"/>
            <w:r>
              <w:t xml:space="preserve"> dan </w:t>
            </w:r>
            <w:proofErr w:type="spellStart"/>
            <w:r>
              <w:t>wawancara</w:t>
            </w:r>
            <w:proofErr w:type="spellEnd"/>
            <w:r>
              <w:t xml:space="preserve"> </w:t>
            </w:r>
            <w:proofErr w:type="spellStart"/>
            <w:r>
              <w:t>mendalam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data yang paling </w:t>
            </w:r>
            <w:proofErr w:type="spellStart"/>
            <w:r>
              <w:t>tepercaya</w:t>
            </w:r>
            <w:proofErr w:type="spellEnd"/>
            <w:r>
              <w:t xml:space="preserve"> agar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kontradiksi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Pernyataan</w:t>
            </w:r>
            <w:proofErr w:type="spellEnd"/>
            <w:r>
              <w:t xml:space="preserve"> 1, 2, dan 4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triangulasi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, </w:t>
            </w:r>
            <w:proofErr w:type="spellStart"/>
            <w:r>
              <w:t>teknik</w:t>
            </w:r>
            <w:proofErr w:type="spellEnd"/>
            <w:r>
              <w:t xml:space="preserve"> (</w:t>
            </w:r>
            <w:proofErr w:type="spellStart"/>
            <w:r>
              <w:t>observasi</w:t>
            </w:r>
            <w:proofErr w:type="spellEnd"/>
            <w:r>
              <w:t xml:space="preserve"> </w:t>
            </w:r>
            <w:proofErr w:type="spellStart"/>
            <w:r>
              <w:t>partisipan</w:t>
            </w:r>
            <w:proofErr w:type="spellEnd"/>
            <w:r>
              <w:t xml:space="preserve"> &amp; </w:t>
            </w:r>
            <w:proofErr w:type="spellStart"/>
            <w:r>
              <w:t>wawancara</w:t>
            </w:r>
            <w:proofErr w:type="spellEnd"/>
            <w:r>
              <w:t xml:space="preserve">),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ketekunan</w:t>
            </w:r>
            <w:proofErr w:type="spellEnd"/>
            <w:r>
              <w:t xml:space="preserve"> </w:t>
            </w:r>
            <w:proofErr w:type="spellStart"/>
            <w:r>
              <w:t>lapangan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6"/>
        <w:gridCol w:w="6790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lastRenderedPageBreak/>
              <w:t>KARTU SOAL NOMOR 30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kelemahan</w:t>
            </w:r>
            <w:proofErr w:type="spellEnd"/>
            <w:r>
              <w:t xml:space="preserve"> </w:t>
            </w:r>
            <w:proofErr w:type="spellStart"/>
            <w:r>
              <w:t>teknik</w:t>
            </w:r>
            <w:proofErr w:type="spellEnd"/>
            <w:r>
              <w:t xml:space="preserve"> sampling </w:t>
            </w:r>
            <w:proofErr w:type="spellStart"/>
            <w:r>
              <w:t>secara</w:t>
            </w:r>
            <w:proofErr w:type="spellEnd"/>
            <w:r>
              <w:t xml:space="preserve"> online.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F1126">
            <w:r>
              <w:t>C5</w:t>
            </w:r>
            <w:r w:rsidR="001E1470">
              <w:t xml:space="preserve"> (</w:t>
            </w:r>
            <w:proofErr w:type="spellStart"/>
            <w:r w:rsidR="001E1470">
              <w:t>Mengevaluasi</w:t>
            </w:r>
            <w:proofErr w:type="spellEnd"/>
            <w:r w:rsidR="001E1470"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Kompleks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lembaga</w:t>
            </w:r>
            <w:proofErr w:type="spellEnd"/>
            <w:r>
              <w:t xml:space="preserve"> </w:t>
            </w:r>
            <w:proofErr w:type="spellStart"/>
            <w:r>
              <w:t>riset</w:t>
            </w:r>
            <w:proofErr w:type="spellEnd"/>
            <w:r>
              <w:t xml:space="preserve"> </w:t>
            </w:r>
            <w:proofErr w:type="spellStart"/>
            <w:r>
              <w:t>ingin</w:t>
            </w:r>
            <w:proofErr w:type="spellEnd"/>
            <w:r>
              <w:t xml:space="preserve"> </w:t>
            </w:r>
            <w:proofErr w:type="spellStart"/>
            <w:r>
              <w:t>mengetahui</w:t>
            </w:r>
            <w:proofErr w:type="spellEnd"/>
            <w:r>
              <w:t xml:space="preserve"> </w:t>
            </w:r>
            <w:proofErr w:type="spellStart"/>
            <w:r>
              <w:t>tingkat</w:t>
            </w:r>
            <w:proofErr w:type="spellEnd"/>
            <w:r>
              <w:t xml:space="preserve"> </w:t>
            </w:r>
            <w:proofErr w:type="spellStart"/>
            <w:r>
              <w:t>kepuasan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kota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layanan</w:t>
            </w:r>
            <w:proofErr w:type="spellEnd"/>
            <w:r>
              <w:t xml:space="preserve"> </w:t>
            </w:r>
            <w:proofErr w:type="spellStart"/>
            <w:r>
              <w:t>transportasi</w:t>
            </w:r>
            <w:proofErr w:type="spellEnd"/>
            <w:r>
              <w:t xml:space="preserve"> </w:t>
            </w:r>
            <w:proofErr w:type="spellStart"/>
            <w:r>
              <w:t>publik</w:t>
            </w:r>
            <w:proofErr w:type="spellEnd"/>
            <w:r>
              <w:t xml:space="preserve">. Karena </w:t>
            </w:r>
            <w:proofErr w:type="spellStart"/>
            <w:r>
              <w:t>keterbatasan</w:t>
            </w:r>
            <w:proofErr w:type="spellEnd"/>
            <w:r>
              <w:t xml:space="preserve"> </w:t>
            </w:r>
            <w:proofErr w:type="spellStart"/>
            <w:r>
              <w:t>biaya</w:t>
            </w:r>
            <w:proofErr w:type="spellEnd"/>
            <w:r>
              <w:t xml:space="preserve">,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menyebarkan</w:t>
            </w:r>
            <w:proofErr w:type="spellEnd"/>
            <w:r>
              <w:t xml:space="preserve"> </w:t>
            </w:r>
            <w:proofErr w:type="spellStart"/>
            <w:r>
              <w:t>kuesioner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fitur</w:t>
            </w:r>
            <w:proofErr w:type="spellEnd"/>
            <w:r>
              <w:t xml:space="preserve"> 'Instagram Story' di </w:t>
            </w:r>
            <w:proofErr w:type="spellStart"/>
            <w:r>
              <w:t>akun</w:t>
            </w:r>
            <w:proofErr w:type="spellEnd"/>
            <w:r>
              <w:t xml:space="preserve"> </w:t>
            </w:r>
            <w:proofErr w:type="spellStart"/>
            <w:r>
              <w:t>resmi</w:t>
            </w:r>
            <w:proofErr w:type="spellEnd"/>
            <w:r>
              <w:t xml:space="preserve"> </w:t>
            </w:r>
            <w:proofErr w:type="spellStart"/>
            <w:r>
              <w:t>milik</w:t>
            </w:r>
            <w:proofErr w:type="spellEnd"/>
            <w:r>
              <w:t xml:space="preserve"> </w:t>
            </w:r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kota</w:t>
            </w:r>
            <w:proofErr w:type="spellEnd"/>
            <w:r>
              <w:t xml:space="preserve">.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dua</w:t>
            </w:r>
            <w:proofErr w:type="spellEnd"/>
            <w:r>
              <w:t xml:space="preserve"> </w:t>
            </w:r>
            <w:proofErr w:type="spellStart"/>
            <w:r>
              <w:t>hari</w:t>
            </w:r>
            <w:proofErr w:type="spellEnd"/>
            <w:r>
              <w:t xml:space="preserve">, </w:t>
            </w:r>
            <w:proofErr w:type="spellStart"/>
            <w:r>
              <w:t>terkumpul</w:t>
            </w:r>
            <w:proofErr w:type="spellEnd"/>
            <w:r>
              <w:t xml:space="preserve"> 2.000 </w:t>
            </w:r>
            <w:proofErr w:type="spellStart"/>
            <w:r>
              <w:t>responden</w:t>
            </w:r>
            <w:proofErr w:type="spellEnd"/>
            <w:r>
              <w:t xml:space="preserve"> yang </w:t>
            </w:r>
            <w:proofErr w:type="spellStart"/>
            <w:r>
              <w:t>mayoritas</w:t>
            </w:r>
            <w:proofErr w:type="spellEnd"/>
            <w:r>
              <w:t xml:space="preserve"> </w:t>
            </w:r>
            <w:proofErr w:type="spellStart"/>
            <w:r>
              <w:t>berusia</w:t>
            </w:r>
            <w:proofErr w:type="spellEnd"/>
            <w:r>
              <w:t xml:space="preserve"> 17-25 </w:t>
            </w:r>
            <w:proofErr w:type="spellStart"/>
            <w:r>
              <w:t>tahun</w:t>
            </w:r>
            <w:proofErr w:type="spellEnd"/>
            <w:r>
              <w:t>.</w:t>
            </w:r>
          </w:p>
          <w:p w:rsidR="00AA1A0E" w:rsidRDefault="001E1470"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lembaga</w:t>
            </w:r>
            <w:proofErr w:type="spellEnd"/>
            <w:r>
              <w:t xml:space="preserve"> </w:t>
            </w:r>
            <w:proofErr w:type="spellStart"/>
            <w:r>
              <w:t>riset</w:t>
            </w:r>
            <w:proofErr w:type="spellEnd"/>
            <w:r>
              <w:t xml:space="preserve"> </w:t>
            </w:r>
            <w:proofErr w:type="spellStart"/>
            <w:r>
              <w:t>ingin</w:t>
            </w:r>
            <w:proofErr w:type="spellEnd"/>
            <w:r>
              <w:t xml:space="preserve"> </w:t>
            </w:r>
            <w:proofErr w:type="spellStart"/>
            <w:r>
              <w:t>mengetahui</w:t>
            </w:r>
            <w:proofErr w:type="spellEnd"/>
            <w:r>
              <w:t xml:space="preserve"> </w:t>
            </w:r>
            <w:proofErr w:type="spellStart"/>
            <w:r>
              <w:t>tingkat</w:t>
            </w:r>
            <w:proofErr w:type="spellEnd"/>
            <w:r>
              <w:t xml:space="preserve"> </w:t>
            </w:r>
            <w:proofErr w:type="spellStart"/>
            <w:r>
              <w:t>kepuasan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kota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layanan</w:t>
            </w:r>
            <w:proofErr w:type="spellEnd"/>
            <w:r>
              <w:t xml:space="preserve"> </w:t>
            </w:r>
            <w:proofErr w:type="spellStart"/>
            <w:r>
              <w:t>transportasi</w:t>
            </w:r>
            <w:proofErr w:type="spellEnd"/>
            <w:r>
              <w:t xml:space="preserve"> </w:t>
            </w:r>
            <w:proofErr w:type="spellStart"/>
            <w:r>
              <w:t>publik</w:t>
            </w:r>
            <w:proofErr w:type="spellEnd"/>
            <w:r>
              <w:t xml:space="preserve">. Karena </w:t>
            </w:r>
            <w:proofErr w:type="spellStart"/>
            <w:r>
              <w:t>keterbatasan</w:t>
            </w:r>
            <w:proofErr w:type="spellEnd"/>
            <w:r>
              <w:t xml:space="preserve"> </w:t>
            </w:r>
            <w:proofErr w:type="spellStart"/>
            <w:r>
              <w:t>biaya</w:t>
            </w:r>
            <w:proofErr w:type="spellEnd"/>
            <w:r>
              <w:t xml:space="preserve">,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menyebarkan</w:t>
            </w:r>
            <w:proofErr w:type="spellEnd"/>
            <w:r>
              <w:t xml:space="preserve"> </w:t>
            </w:r>
            <w:proofErr w:type="spellStart"/>
            <w:r>
              <w:t>kuesioner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fitur</w:t>
            </w:r>
            <w:proofErr w:type="spellEnd"/>
            <w:r>
              <w:t xml:space="preserve"> 'Instagram Story' di </w:t>
            </w:r>
            <w:proofErr w:type="spellStart"/>
            <w:r>
              <w:t>akun</w:t>
            </w:r>
            <w:proofErr w:type="spellEnd"/>
            <w:r>
              <w:t xml:space="preserve"> </w:t>
            </w:r>
            <w:proofErr w:type="spellStart"/>
            <w:r>
              <w:t>resmi</w:t>
            </w:r>
            <w:proofErr w:type="spellEnd"/>
            <w:r>
              <w:t xml:space="preserve"> </w:t>
            </w:r>
            <w:proofErr w:type="spellStart"/>
            <w:r>
              <w:t>milik</w:t>
            </w:r>
            <w:proofErr w:type="spellEnd"/>
            <w:r>
              <w:t xml:space="preserve"> </w:t>
            </w:r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kota</w:t>
            </w:r>
            <w:proofErr w:type="spellEnd"/>
            <w:r>
              <w:t xml:space="preserve">.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dua</w:t>
            </w:r>
            <w:proofErr w:type="spellEnd"/>
            <w:r>
              <w:t xml:space="preserve"> </w:t>
            </w:r>
            <w:proofErr w:type="spellStart"/>
            <w:r>
              <w:t>hari</w:t>
            </w:r>
            <w:proofErr w:type="spellEnd"/>
            <w:r>
              <w:t xml:space="preserve">, </w:t>
            </w:r>
            <w:proofErr w:type="spellStart"/>
            <w:r>
              <w:t>terkumpul</w:t>
            </w:r>
            <w:proofErr w:type="spellEnd"/>
            <w:r>
              <w:t xml:space="preserve"> 2.000 </w:t>
            </w:r>
            <w:proofErr w:type="spellStart"/>
            <w:r>
              <w:t>responden</w:t>
            </w:r>
            <w:proofErr w:type="spellEnd"/>
            <w:r>
              <w:t xml:space="preserve"> yang </w:t>
            </w:r>
            <w:proofErr w:type="spellStart"/>
            <w:r>
              <w:t>mayoritas</w:t>
            </w:r>
            <w:proofErr w:type="spellEnd"/>
            <w:r>
              <w:t xml:space="preserve"> </w:t>
            </w:r>
            <w:proofErr w:type="spellStart"/>
            <w:r>
              <w:t>berusia</w:t>
            </w:r>
            <w:proofErr w:type="spellEnd"/>
            <w:r>
              <w:t xml:space="preserve"> 17-25 </w:t>
            </w:r>
            <w:proofErr w:type="spellStart"/>
            <w:r>
              <w:t>tahun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Evaluasilah</w:t>
            </w:r>
            <w:proofErr w:type="spellEnd"/>
            <w:r>
              <w:t xml:space="preserve"> </w:t>
            </w:r>
            <w:proofErr w:type="spellStart"/>
            <w:r>
              <w:t>prosedur</w:t>
            </w:r>
            <w:proofErr w:type="spellEnd"/>
            <w:r>
              <w:t xml:space="preserve"> </w:t>
            </w:r>
            <w:proofErr w:type="spellStart"/>
            <w:r>
              <w:t>pengambilan</w:t>
            </w:r>
            <w:proofErr w:type="spellEnd"/>
            <w:r>
              <w:t xml:space="preserve"> </w:t>
            </w:r>
            <w:proofErr w:type="spellStart"/>
            <w:r>
              <w:t>sampel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. </w:t>
            </w:r>
            <w:proofErr w:type="spellStart"/>
            <w:r>
              <w:t>Manakah</w:t>
            </w:r>
            <w:proofErr w:type="spellEnd"/>
            <w:r>
              <w:t xml:space="preserve"> </w:t>
            </w:r>
            <w:proofErr w:type="spellStart"/>
            <w:r>
              <w:t>pernyataan</w:t>
            </w:r>
            <w:proofErr w:type="spellEnd"/>
            <w:r>
              <w:t xml:space="preserve"> yang </w:t>
            </w:r>
            <w:proofErr w:type="spellStart"/>
            <w:r>
              <w:t>benar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potensi</w:t>
            </w:r>
            <w:proofErr w:type="spellEnd"/>
            <w:r>
              <w:t xml:space="preserve"> </w:t>
            </w:r>
            <w:proofErr w:type="spellStart"/>
            <w:r>
              <w:t>kelemahan</w:t>
            </w:r>
            <w:proofErr w:type="spellEnd"/>
            <w:r>
              <w:t xml:space="preserve"> </w:t>
            </w:r>
            <w:proofErr w:type="spellStart"/>
            <w:r>
              <w:t>metodologis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>?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Hasil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digeneralisasi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terdapat</w:t>
            </w:r>
            <w:proofErr w:type="spellEnd"/>
            <w:r>
              <w:t xml:space="preserve"> 'digital divide' di mana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lansia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Instagram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terwakili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Jumlah</w:t>
            </w:r>
            <w:proofErr w:type="spellEnd"/>
            <w:r>
              <w:t xml:space="preserve"> 2.000 </w:t>
            </w:r>
            <w:proofErr w:type="spellStart"/>
            <w:r>
              <w:t>responden</w:t>
            </w:r>
            <w:proofErr w:type="spellEnd"/>
            <w:r>
              <w:t xml:space="preserve"> </w:t>
            </w:r>
            <w:proofErr w:type="spellStart"/>
            <w:r>
              <w:t>sudah</w:t>
            </w:r>
            <w:proofErr w:type="spellEnd"/>
            <w:r>
              <w:t xml:space="preserve"> </w:t>
            </w:r>
            <w:proofErr w:type="spellStart"/>
            <w:r>
              <w:t>sangat</w:t>
            </w:r>
            <w:proofErr w:type="spellEnd"/>
            <w:r>
              <w:t xml:space="preserve"> </w:t>
            </w:r>
            <w:proofErr w:type="spellStart"/>
            <w:r>
              <w:t>representatif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mewakili</w:t>
            </w:r>
            <w:proofErr w:type="spellEnd"/>
            <w:r>
              <w:t xml:space="preserve"> </w:t>
            </w:r>
            <w:proofErr w:type="spellStart"/>
            <w:r>
              <w:t>seluruh</w:t>
            </w:r>
            <w:proofErr w:type="spellEnd"/>
            <w:r>
              <w:t xml:space="preserve"> </w:t>
            </w:r>
            <w:proofErr w:type="spellStart"/>
            <w:r>
              <w:t>populasi</w:t>
            </w:r>
            <w:proofErr w:type="spellEnd"/>
            <w:r>
              <w:t xml:space="preserve"> </w:t>
            </w:r>
            <w:proofErr w:type="spellStart"/>
            <w:r>
              <w:t>kota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melihat</w:t>
            </w:r>
            <w:proofErr w:type="spellEnd"/>
            <w:r>
              <w:t xml:space="preserve"> </w:t>
            </w:r>
            <w:proofErr w:type="spellStart"/>
            <w:r>
              <w:t>karakteristik</w:t>
            </w:r>
            <w:proofErr w:type="spellEnd"/>
            <w:r>
              <w:t xml:space="preserve"> </w:t>
            </w:r>
            <w:proofErr w:type="spellStart"/>
            <w:r>
              <w:t>usia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 xml:space="preserve"> 'sampling </w:t>
            </w:r>
            <w:proofErr w:type="spellStart"/>
            <w:r>
              <w:t>bias'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responden</w:t>
            </w:r>
            <w:proofErr w:type="spellEnd"/>
            <w:r>
              <w:t xml:space="preserve"> yang </w:t>
            </w:r>
            <w:proofErr w:type="spellStart"/>
            <w:r>
              <w:t>berpartisipasi</w:t>
            </w:r>
            <w:proofErr w:type="spellEnd"/>
            <w:r>
              <w:t xml:space="preserve"> </w:t>
            </w:r>
            <w:proofErr w:type="spellStart"/>
            <w:r>
              <w:t>cenderung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yang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pengikut</w:t>
            </w:r>
            <w:proofErr w:type="spellEnd"/>
            <w:r>
              <w:t xml:space="preserve"> (followers) </w:t>
            </w:r>
            <w:proofErr w:type="spellStart"/>
            <w:r>
              <w:t>akun</w:t>
            </w:r>
            <w:proofErr w:type="spellEnd"/>
            <w:r>
              <w:t xml:space="preserve"> </w:t>
            </w:r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kota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sangat</w:t>
            </w:r>
            <w:proofErr w:type="spellEnd"/>
            <w:r>
              <w:t xml:space="preserve"> </w:t>
            </w:r>
            <w:proofErr w:type="spellStart"/>
            <w:r>
              <w:t>efektif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menjangkau</w:t>
            </w:r>
            <w:proofErr w:type="spellEnd"/>
            <w:r>
              <w:t xml:space="preserve"> </w:t>
            </w:r>
            <w:proofErr w:type="spellStart"/>
            <w:r>
              <w:t>seluruh</w:t>
            </w:r>
            <w:proofErr w:type="spellEnd"/>
            <w:r>
              <w:t xml:space="preserve"> </w:t>
            </w:r>
            <w:proofErr w:type="spellStart"/>
            <w:r>
              <w:t>lapisan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heterogen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waktu</w:t>
            </w:r>
            <w:proofErr w:type="spellEnd"/>
            <w:r>
              <w:t xml:space="preserve"> </w:t>
            </w:r>
            <w:proofErr w:type="spellStart"/>
            <w:r>
              <w:t>singkat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Validitas</w:t>
            </w:r>
            <w:proofErr w:type="spellEnd"/>
            <w:r>
              <w:t xml:space="preserve"> internal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terancam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sampel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diambil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acak</w:t>
            </w:r>
            <w:proofErr w:type="spellEnd"/>
            <w:r>
              <w:t xml:space="preserve"> (non-probability sampling)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seluruh</w:t>
            </w:r>
            <w:proofErr w:type="spellEnd"/>
            <w:r>
              <w:t xml:space="preserve"> </w:t>
            </w:r>
            <w:proofErr w:type="spellStart"/>
            <w:r>
              <w:t>populasi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kota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Evaluasilah</w:t>
            </w:r>
            <w:proofErr w:type="spellEnd"/>
            <w:r>
              <w:t xml:space="preserve"> </w:t>
            </w:r>
            <w:proofErr w:type="spellStart"/>
            <w:r>
              <w:t>prosedur</w:t>
            </w:r>
            <w:proofErr w:type="spellEnd"/>
            <w:r>
              <w:t xml:space="preserve"> </w:t>
            </w:r>
            <w:proofErr w:type="spellStart"/>
            <w:r>
              <w:t>pengambilan</w:t>
            </w:r>
            <w:proofErr w:type="spellEnd"/>
            <w:r>
              <w:t xml:space="preserve"> </w:t>
            </w:r>
            <w:proofErr w:type="spellStart"/>
            <w:r>
              <w:t>sampel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. </w:t>
            </w:r>
            <w:proofErr w:type="spellStart"/>
            <w:r>
              <w:t>Manakah</w:t>
            </w:r>
            <w:proofErr w:type="spellEnd"/>
            <w:r>
              <w:t xml:space="preserve"> </w:t>
            </w:r>
            <w:proofErr w:type="spellStart"/>
            <w:r>
              <w:t>pernyataan</w:t>
            </w:r>
            <w:proofErr w:type="spellEnd"/>
            <w:r>
              <w:t xml:space="preserve"> yang </w:t>
            </w:r>
            <w:proofErr w:type="spellStart"/>
            <w:r>
              <w:t>benar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potensi</w:t>
            </w:r>
            <w:proofErr w:type="spellEnd"/>
            <w:r>
              <w:t xml:space="preserve"> </w:t>
            </w:r>
            <w:proofErr w:type="spellStart"/>
            <w:r>
              <w:t>kelemahan</w:t>
            </w:r>
            <w:proofErr w:type="spellEnd"/>
            <w:r>
              <w:t xml:space="preserve"> </w:t>
            </w:r>
            <w:proofErr w:type="spellStart"/>
            <w:r>
              <w:t>metodologis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>?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Hasil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digeneralisasi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terdapat</w:t>
            </w:r>
            <w:proofErr w:type="spellEnd"/>
            <w:r>
              <w:t xml:space="preserve"> 'digital divide' di mana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lansia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Instagram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terwakili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Jumlah</w:t>
            </w:r>
            <w:proofErr w:type="spellEnd"/>
            <w:r>
              <w:t xml:space="preserve"> 2.000 </w:t>
            </w:r>
            <w:proofErr w:type="spellStart"/>
            <w:r>
              <w:t>responden</w:t>
            </w:r>
            <w:proofErr w:type="spellEnd"/>
            <w:r>
              <w:t xml:space="preserve"> </w:t>
            </w:r>
            <w:proofErr w:type="spellStart"/>
            <w:r>
              <w:t>sudah</w:t>
            </w:r>
            <w:proofErr w:type="spellEnd"/>
            <w:r>
              <w:t xml:space="preserve"> </w:t>
            </w:r>
            <w:proofErr w:type="spellStart"/>
            <w:r>
              <w:t>sangat</w:t>
            </w:r>
            <w:proofErr w:type="spellEnd"/>
            <w:r>
              <w:t xml:space="preserve"> </w:t>
            </w:r>
            <w:proofErr w:type="spellStart"/>
            <w:r>
              <w:t>representatif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mewakili</w:t>
            </w:r>
            <w:proofErr w:type="spellEnd"/>
            <w:r>
              <w:t xml:space="preserve"> </w:t>
            </w:r>
            <w:proofErr w:type="spellStart"/>
            <w:r>
              <w:t>seluruh</w:t>
            </w:r>
            <w:proofErr w:type="spellEnd"/>
            <w:r>
              <w:t xml:space="preserve"> </w:t>
            </w:r>
            <w:proofErr w:type="spellStart"/>
            <w:r>
              <w:t>populasi</w:t>
            </w:r>
            <w:proofErr w:type="spellEnd"/>
            <w:r>
              <w:t xml:space="preserve"> </w:t>
            </w:r>
            <w:proofErr w:type="spellStart"/>
            <w:r>
              <w:t>kota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melihat</w:t>
            </w:r>
            <w:proofErr w:type="spellEnd"/>
            <w:r>
              <w:t xml:space="preserve"> </w:t>
            </w:r>
            <w:proofErr w:type="spellStart"/>
            <w:r>
              <w:t>karakteristik</w:t>
            </w:r>
            <w:proofErr w:type="spellEnd"/>
            <w:r>
              <w:t xml:space="preserve"> </w:t>
            </w:r>
            <w:proofErr w:type="spellStart"/>
            <w:r>
              <w:t>usia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 xml:space="preserve"> 'sampling </w:t>
            </w:r>
            <w:proofErr w:type="spellStart"/>
            <w:r>
              <w:t>bias'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responden</w:t>
            </w:r>
            <w:proofErr w:type="spellEnd"/>
            <w:r>
              <w:t xml:space="preserve"> yang </w:t>
            </w:r>
            <w:proofErr w:type="spellStart"/>
            <w:r>
              <w:t>berpartisipasi</w:t>
            </w:r>
            <w:proofErr w:type="spellEnd"/>
            <w:r>
              <w:t xml:space="preserve"> </w:t>
            </w:r>
            <w:proofErr w:type="spellStart"/>
            <w:r>
              <w:t>cenderung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yang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pengikut</w:t>
            </w:r>
            <w:proofErr w:type="spellEnd"/>
            <w:r>
              <w:t xml:space="preserve"> (followers) </w:t>
            </w:r>
            <w:proofErr w:type="spellStart"/>
            <w:r>
              <w:lastRenderedPageBreak/>
              <w:t>akun</w:t>
            </w:r>
            <w:proofErr w:type="spellEnd"/>
            <w:r>
              <w:t xml:space="preserve"> </w:t>
            </w:r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kota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sangat</w:t>
            </w:r>
            <w:proofErr w:type="spellEnd"/>
            <w:r>
              <w:t xml:space="preserve"> </w:t>
            </w:r>
            <w:proofErr w:type="spellStart"/>
            <w:r>
              <w:t>efektif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menjangkau</w:t>
            </w:r>
            <w:proofErr w:type="spellEnd"/>
            <w:r>
              <w:t xml:space="preserve"> </w:t>
            </w:r>
            <w:proofErr w:type="spellStart"/>
            <w:r>
              <w:t>seluruh</w:t>
            </w:r>
            <w:proofErr w:type="spellEnd"/>
            <w:r>
              <w:t xml:space="preserve"> </w:t>
            </w:r>
            <w:proofErr w:type="spellStart"/>
            <w:r>
              <w:t>lapisan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heterogen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waktu</w:t>
            </w:r>
            <w:proofErr w:type="spellEnd"/>
            <w:r>
              <w:t xml:space="preserve"> </w:t>
            </w:r>
            <w:proofErr w:type="spellStart"/>
            <w:r>
              <w:t>singkat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Validitas</w:t>
            </w:r>
            <w:proofErr w:type="spellEnd"/>
            <w:r>
              <w:t xml:space="preserve"> internal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terancam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sampel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diambil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acak</w:t>
            </w:r>
            <w:proofErr w:type="spellEnd"/>
            <w:r>
              <w:t xml:space="preserve"> (non-probability sampling)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seluruh</w:t>
            </w:r>
            <w:proofErr w:type="spellEnd"/>
            <w:r>
              <w:t xml:space="preserve"> </w:t>
            </w:r>
            <w:proofErr w:type="spellStart"/>
            <w:r>
              <w:t>populasi</w:t>
            </w:r>
            <w:proofErr w:type="spellEnd"/>
            <w:r>
              <w:t xml:space="preserve">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kota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Pernyataan</w:t>
            </w:r>
            <w:proofErr w:type="spellEnd"/>
            <w:r>
              <w:t xml:space="preserve"> 1, 3, dan 5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Pengambilan</w:t>
            </w:r>
            <w:proofErr w:type="spellEnd"/>
            <w:r>
              <w:t xml:space="preserve"> </w:t>
            </w:r>
            <w:proofErr w:type="spellStart"/>
            <w:r>
              <w:t>sampel</w:t>
            </w:r>
            <w:proofErr w:type="spellEnd"/>
            <w:r>
              <w:t xml:space="preserve"> </w:t>
            </w:r>
            <w:proofErr w:type="spellStart"/>
            <w:r>
              <w:t>lewat</w:t>
            </w:r>
            <w:proofErr w:type="spellEnd"/>
            <w:r>
              <w:t xml:space="preserve"> Instagram </w:t>
            </w:r>
            <w:proofErr w:type="spellStart"/>
            <w:r>
              <w:t>berpotensi</w:t>
            </w:r>
            <w:proofErr w:type="spellEnd"/>
            <w:r>
              <w:t xml:space="preserve"> </w:t>
            </w:r>
            <w:proofErr w:type="spellStart"/>
            <w:r>
              <w:t>memunculkan</w:t>
            </w:r>
            <w:proofErr w:type="spellEnd"/>
            <w:r>
              <w:t xml:space="preserve"> digital divide, bias sampling, dan </w:t>
            </w:r>
            <w:proofErr w:type="spellStart"/>
            <w:r>
              <w:t>mengancam</w:t>
            </w:r>
            <w:proofErr w:type="spellEnd"/>
            <w:r>
              <w:t xml:space="preserve"> </w:t>
            </w:r>
            <w:proofErr w:type="spellStart"/>
            <w:r>
              <w:t>validitas</w:t>
            </w:r>
            <w:proofErr w:type="spellEnd"/>
            <w:r>
              <w:t xml:space="preserve"> internal.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8"/>
        <w:gridCol w:w="6788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31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merancang</w:t>
            </w:r>
            <w:proofErr w:type="spellEnd"/>
            <w:r>
              <w:t xml:space="preserve"> </w:t>
            </w:r>
            <w:proofErr w:type="spellStart"/>
            <w:r>
              <w:t>langkah</w:t>
            </w:r>
            <w:proofErr w:type="spellEnd"/>
            <w:r>
              <w:t xml:space="preserve"> Participatory Action Research (PAR).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F1126">
            <w:r>
              <w:t>C</w:t>
            </w:r>
            <w:r w:rsidR="001E1470">
              <w:t>3 (</w:t>
            </w:r>
            <w:proofErr w:type="spellStart"/>
            <w:r w:rsidR="001E1470">
              <w:t>Menerapkan</w:t>
            </w:r>
            <w:proofErr w:type="spellEnd"/>
            <w:r w:rsidR="001E1470"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Kompleks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r>
              <w:t xml:space="preserve">Di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 xml:space="preserve">,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ketegangan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pemuda</w:t>
            </w:r>
            <w:proofErr w:type="spellEnd"/>
            <w:r>
              <w:t xml:space="preserve"> </w:t>
            </w:r>
            <w:proofErr w:type="spellStart"/>
            <w:r>
              <w:t>setempat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pengelola</w:t>
            </w:r>
            <w:proofErr w:type="spellEnd"/>
            <w:r>
              <w:t xml:space="preserve"> </w:t>
            </w:r>
            <w:proofErr w:type="spellStart"/>
            <w:r>
              <w:t>pabrik</w:t>
            </w:r>
            <w:proofErr w:type="spellEnd"/>
            <w:r>
              <w:t xml:space="preserve">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limbah</w:t>
            </w:r>
            <w:proofErr w:type="spellEnd"/>
            <w:r>
              <w:t xml:space="preserve"> </w:t>
            </w:r>
            <w:proofErr w:type="spellStart"/>
            <w:r>
              <w:t>industri</w:t>
            </w:r>
            <w:proofErr w:type="spellEnd"/>
            <w:r>
              <w:t xml:space="preserve">. Anda </w:t>
            </w:r>
            <w:proofErr w:type="spellStart"/>
            <w:r>
              <w:t>diminta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merancang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partisipatif</w:t>
            </w:r>
            <w:proofErr w:type="spellEnd"/>
            <w:r>
              <w:t xml:space="preserve"> (Participatory Action Research) </w:t>
            </w:r>
            <w:proofErr w:type="spellStart"/>
            <w:r>
              <w:t>guna</w:t>
            </w:r>
            <w:proofErr w:type="spellEnd"/>
            <w:r>
              <w:t xml:space="preserve"> </w:t>
            </w:r>
            <w:proofErr w:type="spellStart"/>
            <w:r>
              <w:t>meredakan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sekaligus</w:t>
            </w:r>
            <w:proofErr w:type="spellEnd"/>
            <w:r>
              <w:t xml:space="preserve"> </w:t>
            </w:r>
            <w:proofErr w:type="spellStart"/>
            <w:r>
              <w:t>mencari</w:t>
            </w:r>
            <w:proofErr w:type="spellEnd"/>
            <w:r>
              <w:t xml:space="preserve"> </w:t>
            </w:r>
            <w:proofErr w:type="spellStart"/>
            <w:r>
              <w:t>solusi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  <w:r>
              <w:t>.</w:t>
            </w:r>
          </w:p>
          <w:p w:rsidR="00AA1A0E" w:rsidRDefault="001E1470">
            <w:r>
              <w:t xml:space="preserve">Di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 xml:space="preserve">,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ketegangan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pemuda</w:t>
            </w:r>
            <w:proofErr w:type="spellEnd"/>
            <w:r>
              <w:t xml:space="preserve"> </w:t>
            </w:r>
            <w:proofErr w:type="spellStart"/>
            <w:r>
              <w:t>setempat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pengelola</w:t>
            </w:r>
            <w:proofErr w:type="spellEnd"/>
            <w:r>
              <w:t xml:space="preserve"> </w:t>
            </w:r>
            <w:proofErr w:type="spellStart"/>
            <w:r>
              <w:t>pabrik</w:t>
            </w:r>
            <w:proofErr w:type="spellEnd"/>
            <w:r>
              <w:t xml:space="preserve">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limbah</w:t>
            </w:r>
            <w:proofErr w:type="spellEnd"/>
            <w:r>
              <w:t xml:space="preserve"> </w:t>
            </w:r>
            <w:proofErr w:type="spellStart"/>
            <w:r>
              <w:t>industri</w:t>
            </w:r>
            <w:proofErr w:type="spellEnd"/>
            <w:r>
              <w:t xml:space="preserve">. Anda </w:t>
            </w:r>
            <w:proofErr w:type="spellStart"/>
            <w:r>
              <w:t>diminta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merancang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partisipatif</w:t>
            </w:r>
            <w:proofErr w:type="spellEnd"/>
            <w:r>
              <w:t xml:space="preserve"> (Participatory Action Research) </w:t>
            </w:r>
            <w:proofErr w:type="spellStart"/>
            <w:r>
              <w:t>guna</w:t>
            </w:r>
            <w:proofErr w:type="spellEnd"/>
            <w:r>
              <w:t xml:space="preserve"> </w:t>
            </w:r>
            <w:proofErr w:type="spellStart"/>
            <w:r>
              <w:t>meredakan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sekaligus</w:t>
            </w:r>
            <w:proofErr w:type="spellEnd"/>
            <w:r>
              <w:t xml:space="preserve"> </w:t>
            </w:r>
            <w:proofErr w:type="spellStart"/>
            <w:r>
              <w:t>mencari</w:t>
            </w:r>
            <w:proofErr w:type="spellEnd"/>
            <w:r>
              <w:t xml:space="preserve"> </w:t>
            </w:r>
            <w:proofErr w:type="spellStart"/>
            <w:r>
              <w:t>solusi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Manakah</w:t>
            </w:r>
            <w:proofErr w:type="spellEnd"/>
            <w:r>
              <w:t xml:space="preserve"> </w:t>
            </w:r>
            <w:proofErr w:type="spellStart"/>
            <w:r>
              <w:t>langkah-langkah</w:t>
            </w:r>
            <w:proofErr w:type="spellEnd"/>
            <w:r>
              <w:t xml:space="preserve"> yang </w:t>
            </w:r>
            <w:proofErr w:type="spellStart"/>
            <w:r>
              <w:t>harus</w:t>
            </w:r>
            <w:proofErr w:type="spellEnd"/>
            <w:r>
              <w:t xml:space="preserve"> Anda </w:t>
            </w:r>
            <w:proofErr w:type="spellStart"/>
            <w:r>
              <w:t>masukkan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rancangan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agar </w:t>
            </w:r>
            <w:proofErr w:type="spellStart"/>
            <w:r>
              <w:t>tujuan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tercapai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efektif</w:t>
            </w:r>
            <w:proofErr w:type="spellEnd"/>
            <w:r>
              <w:t>?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Melibatkan</w:t>
            </w:r>
            <w:proofErr w:type="spellEnd"/>
            <w:r>
              <w:t xml:space="preserve"> </w:t>
            </w:r>
            <w:proofErr w:type="spellStart"/>
            <w:r>
              <w:t>perwakilan</w:t>
            </w:r>
            <w:proofErr w:type="spellEnd"/>
            <w:r>
              <w:t xml:space="preserve"> </w:t>
            </w:r>
            <w:proofErr w:type="spellStart"/>
            <w:r>
              <w:t>pemuda</w:t>
            </w:r>
            <w:proofErr w:type="spellEnd"/>
            <w:r>
              <w:t xml:space="preserve"> dan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pabrik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proses </w:t>
            </w:r>
            <w:proofErr w:type="spellStart"/>
            <w:r>
              <w:t>pengumpulan</w:t>
            </w:r>
            <w:proofErr w:type="spellEnd"/>
            <w:r>
              <w:t xml:space="preserve"> data dan </w:t>
            </w:r>
            <w:proofErr w:type="spellStart"/>
            <w:r>
              <w:t>analisis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Memposisikan</w:t>
            </w:r>
            <w:proofErr w:type="spell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satu-satunya</w:t>
            </w:r>
            <w:proofErr w:type="spellEnd"/>
            <w:r>
              <w:t xml:space="preserve"> </w:t>
            </w:r>
            <w:proofErr w:type="spellStart"/>
            <w:r>
              <w:t>ahli</w:t>
            </w:r>
            <w:proofErr w:type="spellEnd"/>
            <w:r>
              <w:t xml:space="preserve"> yang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  <w:r>
              <w:t xml:space="preserve"> </w:t>
            </w:r>
            <w:proofErr w:type="spellStart"/>
            <w:r>
              <w:t>solusi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belah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rencana</w:t>
            </w:r>
            <w:proofErr w:type="spellEnd"/>
            <w:r>
              <w:t xml:space="preserve"> </w:t>
            </w:r>
            <w:proofErr w:type="spellStart"/>
            <w:r>
              <w:t>aksi</w:t>
            </w:r>
            <w:proofErr w:type="spellEnd"/>
            <w:r>
              <w:t xml:space="preserve"> </w:t>
            </w:r>
            <w:proofErr w:type="spellStart"/>
            <w:r>
              <w:t>bersama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temuan</w:t>
            </w:r>
            <w:proofErr w:type="spellEnd"/>
            <w:r>
              <w:t xml:space="preserve"> </w:t>
            </w:r>
            <w:proofErr w:type="spellStart"/>
            <w:r>
              <w:t>lapangan</w:t>
            </w:r>
            <w:proofErr w:type="spellEnd"/>
            <w:r>
              <w:t xml:space="preserve"> yang </w:t>
            </w:r>
            <w:proofErr w:type="spellStart"/>
            <w:r>
              <w:t>disepakati</w:t>
            </w:r>
            <w:proofErr w:type="spellEnd"/>
            <w:r>
              <w:t xml:space="preserve"> oleh </w:t>
            </w:r>
            <w:proofErr w:type="spellStart"/>
            <w:r>
              <w:t>warga</w:t>
            </w:r>
            <w:proofErr w:type="spellEnd"/>
            <w:r>
              <w:t xml:space="preserve"> dan </w:t>
            </w:r>
            <w:proofErr w:type="spellStart"/>
            <w:r>
              <w:t>pengelola</w:t>
            </w:r>
            <w:proofErr w:type="spellEnd"/>
            <w:r>
              <w:t xml:space="preserve"> </w:t>
            </w:r>
            <w:proofErr w:type="spellStart"/>
            <w:r>
              <w:t>pabrik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tertutup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memberitahu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pabrik</w:t>
            </w:r>
            <w:proofErr w:type="spellEnd"/>
            <w:r>
              <w:t xml:space="preserve"> agar data yang </w:t>
            </w:r>
            <w:proofErr w:type="spellStart"/>
            <w:r>
              <w:t>diperoleh</w:t>
            </w:r>
            <w:proofErr w:type="spellEnd"/>
            <w:r>
              <w:t xml:space="preserve">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rahasia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refleksi</w:t>
            </w:r>
            <w:proofErr w:type="spellEnd"/>
            <w:r>
              <w:t xml:space="preserve"> </w:t>
            </w:r>
            <w:proofErr w:type="spellStart"/>
            <w:r>
              <w:t>berkelanjutan</w:t>
            </w:r>
            <w:proofErr w:type="spellEnd"/>
            <w:r>
              <w:t xml:space="preserve"> </w:t>
            </w:r>
            <w:proofErr w:type="spellStart"/>
            <w:r>
              <w:t>selama</w:t>
            </w:r>
            <w:proofErr w:type="spellEnd"/>
            <w:r>
              <w:t xml:space="preserve"> proses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tindakan</w:t>
            </w:r>
            <w:proofErr w:type="spellEnd"/>
            <w:r>
              <w:t xml:space="preserve"> yang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diambil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Manakah</w:t>
            </w:r>
            <w:proofErr w:type="spellEnd"/>
            <w:r>
              <w:t xml:space="preserve"> </w:t>
            </w:r>
            <w:proofErr w:type="spellStart"/>
            <w:r>
              <w:t>langkah-langkah</w:t>
            </w:r>
            <w:proofErr w:type="spellEnd"/>
            <w:r>
              <w:t xml:space="preserve"> yang </w:t>
            </w:r>
            <w:proofErr w:type="spellStart"/>
            <w:r>
              <w:t>harus</w:t>
            </w:r>
            <w:proofErr w:type="spellEnd"/>
            <w:r>
              <w:t xml:space="preserve"> Anda </w:t>
            </w:r>
            <w:proofErr w:type="spellStart"/>
            <w:r>
              <w:t>masukkan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rancangan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agar </w:t>
            </w:r>
            <w:proofErr w:type="spellStart"/>
            <w:r>
              <w:t>tujuan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tercapai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efektif</w:t>
            </w:r>
            <w:proofErr w:type="spellEnd"/>
            <w:r>
              <w:t>?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Melibatkan</w:t>
            </w:r>
            <w:proofErr w:type="spellEnd"/>
            <w:r>
              <w:t xml:space="preserve"> </w:t>
            </w:r>
            <w:proofErr w:type="spellStart"/>
            <w:r>
              <w:t>perwakilan</w:t>
            </w:r>
            <w:proofErr w:type="spellEnd"/>
            <w:r>
              <w:t xml:space="preserve"> </w:t>
            </w:r>
            <w:proofErr w:type="spellStart"/>
            <w:r>
              <w:t>pemuda</w:t>
            </w:r>
            <w:proofErr w:type="spellEnd"/>
            <w:r>
              <w:t xml:space="preserve"> dan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pabrik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proses </w:t>
            </w:r>
            <w:proofErr w:type="spellStart"/>
            <w:r>
              <w:t>pengumpulan</w:t>
            </w:r>
            <w:proofErr w:type="spellEnd"/>
            <w:r>
              <w:t xml:space="preserve"> data dan </w:t>
            </w:r>
            <w:proofErr w:type="spellStart"/>
            <w:r>
              <w:t>analisis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Memposisikan</w:t>
            </w:r>
            <w:proofErr w:type="spell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satu-satunya</w:t>
            </w:r>
            <w:proofErr w:type="spellEnd"/>
            <w:r>
              <w:t xml:space="preserve"> </w:t>
            </w:r>
            <w:proofErr w:type="spellStart"/>
            <w:r>
              <w:t>ahli</w:t>
            </w:r>
            <w:proofErr w:type="spellEnd"/>
            <w:r>
              <w:t xml:space="preserve"> yang </w:t>
            </w:r>
            <w:proofErr w:type="spellStart"/>
            <w:r>
              <w:lastRenderedPageBreak/>
              <w:t>memberikan</w:t>
            </w:r>
            <w:proofErr w:type="spellEnd"/>
            <w:r>
              <w:t xml:space="preserve"> </w:t>
            </w:r>
            <w:proofErr w:type="spellStart"/>
            <w:r>
              <w:t>instruksi</w:t>
            </w:r>
            <w:proofErr w:type="spellEnd"/>
            <w:r>
              <w:t xml:space="preserve"> </w:t>
            </w:r>
            <w:proofErr w:type="spellStart"/>
            <w:r>
              <w:t>solusi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belah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Menyusun</w:t>
            </w:r>
            <w:proofErr w:type="spellEnd"/>
            <w:r>
              <w:t xml:space="preserve"> </w:t>
            </w:r>
            <w:proofErr w:type="spellStart"/>
            <w:r>
              <w:t>rencana</w:t>
            </w:r>
            <w:proofErr w:type="spellEnd"/>
            <w:r>
              <w:t xml:space="preserve"> </w:t>
            </w:r>
            <w:proofErr w:type="spellStart"/>
            <w:r>
              <w:t>aksi</w:t>
            </w:r>
            <w:proofErr w:type="spellEnd"/>
            <w:r>
              <w:t xml:space="preserve"> </w:t>
            </w:r>
            <w:proofErr w:type="spellStart"/>
            <w:r>
              <w:t>bersama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temuan</w:t>
            </w:r>
            <w:proofErr w:type="spellEnd"/>
            <w:r>
              <w:t xml:space="preserve"> </w:t>
            </w:r>
            <w:proofErr w:type="spellStart"/>
            <w:r>
              <w:t>lapangan</w:t>
            </w:r>
            <w:proofErr w:type="spellEnd"/>
            <w:r>
              <w:t xml:space="preserve"> yang </w:t>
            </w:r>
            <w:proofErr w:type="spellStart"/>
            <w:r>
              <w:t>disepakati</w:t>
            </w:r>
            <w:proofErr w:type="spellEnd"/>
            <w:r>
              <w:t xml:space="preserve"> oleh </w:t>
            </w:r>
            <w:proofErr w:type="spellStart"/>
            <w:r>
              <w:t>warga</w:t>
            </w:r>
            <w:proofErr w:type="spellEnd"/>
            <w:r>
              <w:t xml:space="preserve"> dan </w:t>
            </w:r>
            <w:proofErr w:type="spellStart"/>
            <w:r>
              <w:t>pengelola</w:t>
            </w:r>
            <w:proofErr w:type="spellEnd"/>
            <w:r>
              <w:t xml:space="preserve"> </w:t>
            </w:r>
            <w:proofErr w:type="spellStart"/>
            <w:r>
              <w:t>pabrik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tertutup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memberitahu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pabrik</w:t>
            </w:r>
            <w:proofErr w:type="spellEnd"/>
            <w:r>
              <w:t xml:space="preserve"> agar data yang </w:t>
            </w:r>
            <w:proofErr w:type="spellStart"/>
            <w:r>
              <w:t>diperoleh</w:t>
            </w:r>
            <w:proofErr w:type="spellEnd"/>
            <w:r>
              <w:t xml:space="preserve">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rahasia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refleksi</w:t>
            </w:r>
            <w:proofErr w:type="spellEnd"/>
            <w:r>
              <w:t xml:space="preserve"> </w:t>
            </w:r>
            <w:proofErr w:type="spellStart"/>
            <w:r>
              <w:t>berkelanjutan</w:t>
            </w:r>
            <w:proofErr w:type="spellEnd"/>
            <w:r>
              <w:t xml:space="preserve"> </w:t>
            </w:r>
            <w:proofErr w:type="spellStart"/>
            <w:r>
              <w:t>selama</w:t>
            </w:r>
            <w:proofErr w:type="spellEnd"/>
            <w:r>
              <w:t xml:space="preserve"> proses </w:t>
            </w:r>
            <w:proofErr w:type="spellStart"/>
            <w:r>
              <w:t>penelitian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tindakan</w:t>
            </w:r>
            <w:proofErr w:type="spellEnd"/>
            <w:r>
              <w:t xml:space="preserve"> yang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diambil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Pernyataan</w:t>
            </w:r>
            <w:proofErr w:type="spellEnd"/>
            <w:r>
              <w:t xml:space="preserve"> 1, 3, dan 5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Prinsip</w:t>
            </w:r>
            <w:proofErr w:type="spellEnd"/>
            <w:r>
              <w:t xml:space="preserve"> </w:t>
            </w:r>
            <w:proofErr w:type="spellStart"/>
            <w:r>
              <w:t>utama</w:t>
            </w:r>
            <w:proofErr w:type="spellEnd"/>
            <w:r>
              <w:t xml:space="preserve"> PAR </w:t>
            </w:r>
            <w:proofErr w:type="spellStart"/>
            <w:r>
              <w:t>meliputi</w:t>
            </w:r>
            <w:proofErr w:type="spellEnd"/>
            <w:r>
              <w:t xml:space="preserve"> </w:t>
            </w:r>
            <w:proofErr w:type="spellStart"/>
            <w:r>
              <w:t>pelibatan</w:t>
            </w:r>
            <w:proofErr w:type="spellEnd"/>
            <w:r>
              <w:t xml:space="preserve"> </w:t>
            </w:r>
            <w:proofErr w:type="spellStart"/>
            <w:r>
              <w:t>partisipatif</w:t>
            </w:r>
            <w:proofErr w:type="spellEnd"/>
            <w:r>
              <w:t xml:space="preserve"> </w:t>
            </w:r>
            <w:proofErr w:type="spellStart"/>
            <w:r>
              <w:t>aktor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 xml:space="preserve">, </w:t>
            </w:r>
            <w:proofErr w:type="spellStart"/>
            <w:r>
              <w:t>perencanaan</w:t>
            </w:r>
            <w:proofErr w:type="spellEnd"/>
            <w:r>
              <w:t xml:space="preserve"> </w:t>
            </w:r>
            <w:proofErr w:type="spellStart"/>
            <w:r>
              <w:t>aksi</w:t>
            </w:r>
            <w:proofErr w:type="spellEnd"/>
            <w:r>
              <w:t xml:space="preserve"> </w:t>
            </w:r>
            <w:proofErr w:type="spellStart"/>
            <w:r>
              <w:t>bersama</w:t>
            </w:r>
            <w:proofErr w:type="spellEnd"/>
            <w:r>
              <w:t xml:space="preserve">, dan </w:t>
            </w:r>
            <w:proofErr w:type="spellStart"/>
            <w:r>
              <w:t>refleksi</w:t>
            </w:r>
            <w:proofErr w:type="spellEnd"/>
            <w:r>
              <w:t xml:space="preserve"> yang </w:t>
            </w:r>
            <w:proofErr w:type="spellStart"/>
            <w:r>
              <w:t>berkelanjutan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7"/>
        <w:gridCol w:w="6789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32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korelasi</w:t>
            </w:r>
            <w:proofErr w:type="spellEnd"/>
            <w:r>
              <w:t xml:space="preserve"> </w:t>
            </w:r>
            <w:proofErr w:type="spellStart"/>
            <w:r>
              <w:t>antarvariabel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analisis</w:t>
            </w:r>
            <w:proofErr w:type="spellEnd"/>
            <w:r>
              <w:t xml:space="preserve"> data.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F1126">
            <w:r>
              <w:t>C4</w:t>
            </w:r>
            <w:r w:rsidR="001E1470">
              <w:t xml:space="preserve"> (</w:t>
            </w:r>
            <w:proofErr w:type="spellStart"/>
            <w:r w:rsidR="001E1470">
              <w:t>Menganalisis</w:t>
            </w:r>
            <w:proofErr w:type="spellEnd"/>
            <w:r w:rsidR="001E1470"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Kompleks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r>
              <w:t xml:space="preserve">Data </w:t>
            </w:r>
            <w:proofErr w:type="spellStart"/>
            <w:r>
              <w:t>statistik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di </w:t>
            </w:r>
            <w:proofErr w:type="spellStart"/>
            <w:r>
              <w:t>Provinsi</w:t>
            </w:r>
            <w:proofErr w:type="spellEnd"/>
            <w:r>
              <w:t xml:space="preserve"> X, </w:t>
            </w:r>
            <w:proofErr w:type="spellStart"/>
            <w:r>
              <w:t>terdapat</w:t>
            </w:r>
            <w:proofErr w:type="spellEnd"/>
            <w:r>
              <w:t xml:space="preserve"> </w:t>
            </w:r>
            <w:proofErr w:type="spellStart"/>
            <w:r>
              <w:t>korelasi</w:t>
            </w:r>
            <w:proofErr w:type="spellEnd"/>
            <w:r>
              <w:t xml:space="preserve"> </w:t>
            </w:r>
            <w:proofErr w:type="spellStart"/>
            <w:r>
              <w:t>positif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tingkat</w:t>
            </w:r>
            <w:proofErr w:type="spellEnd"/>
            <w:r>
              <w:t xml:space="preserve"> </w:t>
            </w:r>
            <w:proofErr w:type="spellStart"/>
            <w:r>
              <w:t>pendidikan</w:t>
            </w:r>
            <w:proofErr w:type="spellEnd"/>
            <w:r>
              <w:t xml:space="preserve"> </w:t>
            </w:r>
            <w:proofErr w:type="spellStart"/>
            <w:r>
              <w:t>kepala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akses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fasilitas</w:t>
            </w:r>
            <w:proofErr w:type="spellEnd"/>
            <w:r>
              <w:t xml:space="preserve"> </w:t>
            </w:r>
            <w:proofErr w:type="spellStart"/>
            <w:r>
              <w:t>kesehatan</w:t>
            </w:r>
            <w:proofErr w:type="spellEnd"/>
            <w:r>
              <w:t xml:space="preserve"> modern. </w:t>
            </w:r>
            <w:proofErr w:type="spellStart"/>
            <w:r>
              <w:t>Namun</w:t>
            </w:r>
            <w:proofErr w:type="spellEnd"/>
            <w:r>
              <w:t xml:space="preserve">, data juga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faktor</w:t>
            </w:r>
            <w:proofErr w:type="spellEnd"/>
            <w:r>
              <w:t xml:space="preserve"> '</w:t>
            </w:r>
            <w:proofErr w:type="spellStart"/>
            <w:r>
              <w:t>jarak</w:t>
            </w:r>
            <w:proofErr w:type="spellEnd"/>
            <w:r>
              <w:t xml:space="preserve">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tinggal</w:t>
            </w:r>
            <w:proofErr w:type="spellEnd"/>
            <w:r>
              <w:t xml:space="preserve">'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pengaruh</w:t>
            </w:r>
            <w:proofErr w:type="spellEnd"/>
            <w:r>
              <w:t xml:space="preserve"> yang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kuat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frekuensi</w:t>
            </w:r>
            <w:proofErr w:type="spellEnd"/>
            <w:r>
              <w:t xml:space="preserve"> </w:t>
            </w:r>
            <w:proofErr w:type="spellStart"/>
            <w:r>
              <w:t>kunjungan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dokter</w:t>
            </w:r>
            <w:proofErr w:type="spellEnd"/>
            <w:r>
              <w:t xml:space="preserve"> </w:t>
            </w:r>
            <w:proofErr w:type="spellStart"/>
            <w:r>
              <w:t>dibandingkan</w:t>
            </w:r>
            <w:proofErr w:type="spellEnd"/>
            <w:r>
              <w:t xml:space="preserve"> </w:t>
            </w:r>
            <w:proofErr w:type="spellStart"/>
            <w:r>
              <w:t>faktor</w:t>
            </w:r>
            <w:proofErr w:type="spellEnd"/>
            <w:r>
              <w:t xml:space="preserve"> </w:t>
            </w:r>
            <w:proofErr w:type="spellStart"/>
            <w:r>
              <w:t>tingkat</w:t>
            </w:r>
            <w:proofErr w:type="spellEnd"/>
            <w:r>
              <w:t xml:space="preserve"> </w:t>
            </w:r>
            <w:proofErr w:type="spellStart"/>
            <w:r>
              <w:t>pendidikan</w:t>
            </w:r>
            <w:proofErr w:type="spellEnd"/>
            <w:r>
              <w:t xml:space="preserve"> </w:t>
            </w:r>
            <w:proofErr w:type="spellStart"/>
            <w:r>
              <w:t>itu</w:t>
            </w:r>
            <w:proofErr w:type="spellEnd"/>
            <w:r>
              <w:t xml:space="preserve"> </w:t>
            </w:r>
            <w:proofErr w:type="spellStart"/>
            <w:r>
              <w:t>sendiri</w:t>
            </w:r>
            <w:proofErr w:type="spellEnd"/>
            <w:r>
              <w:t>.</w:t>
            </w:r>
          </w:p>
          <w:p w:rsidR="00AA1A0E" w:rsidRDefault="001E1470">
            <w:r>
              <w:t xml:space="preserve">Data </w:t>
            </w:r>
            <w:proofErr w:type="spellStart"/>
            <w:r>
              <w:t>statistik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di </w:t>
            </w:r>
            <w:proofErr w:type="spellStart"/>
            <w:r>
              <w:t>Provinsi</w:t>
            </w:r>
            <w:proofErr w:type="spellEnd"/>
            <w:r>
              <w:t xml:space="preserve"> X, </w:t>
            </w:r>
            <w:proofErr w:type="spellStart"/>
            <w:r>
              <w:t>terdapat</w:t>
            </w:r>
            <w:proofErr w:type="spellEnd"/>
            <w:r>
              <w:t xml:space="preserve"> </w:t>
            </w:r>
            <w:proofErr w:type="spellStart"/>
            <w:r>
              <w:t>korelasi</w:t>
            </w:r>
            <w:proofErr w:type="spellEnd"/>
            <w:r>
              <w:t xml:space="preserve"> </w:t>
            </w:r>
            <w:proofErr w:type="spellStart"/>
            <w:r>
              <w:t>positif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tingkat</w:t>
            </w:r>
            <w:proofErr w:type="spellEnd"/>
            <w:r>
              <w:t xml:space="preserve"> </w:t>
            </w:r>
            <w:proofErr w:type="spellStart"/>
            <w:r>
              <w:t>pendidikan</w:t>
            </w:r>
            <w:proofErr w:type="spellEnd"/>
            <w:r>
              <w:t xml:space="preserve"> </w:t>
            </w:r>
            <w:proofErr w:type="spellStart"/>
            <w:r>
              <w:t>kepala</w:t>
            </w:r>
            <w:proofErr w:type="spellEnd"/>
            <w:r>
              <w:t xml:space="preserve"> </w:t>
            </w:r>
            <w:proofErr w:type="spellStart"/>
            <w:r>
              <w:t>keluarga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akses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fasilitas</w:t>
            </w:r>
            <w:proofErr w:type="spellEnd"/>
            <w:r>
              <w:t xml:space="preserve"> </w:t>
            </w:r>
            <w:proofErr w:type="spellStart"/>
            <w:r>
              <w:t>kesehatan</w:t>
            </w:r>
            <w:proofErr w:type="spellEnd"/>
            <w:r>
              <w:t xml:space="preserve"> modern. </w:t>
            </w:r>
            <w:proofErr w:type="spellStart"/>
            <w:r>
              <w:t>Namun</w:t>
            </w:r>
            <w:proofErr w:type="spellEnd"/>
            <w:r>
              <w:t xml:space="preserve">, data juga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faktor</w:t>
            </w:r>
            <w:proofErr w:type="spellEnd"/>
            <w:r>
              <w:t xml:space="preserve"> '</w:t>
            </w:r>
            <w:proofErr w:type="spellStart"/>
            <w:r>
              <w:t>jarak</w:t>
            </w:r>
            <w:proofErr w:type="spellEnd"/>
            <w:r>
              <w:t xml:space="preserve">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tinggal</w:t>
            </w:r>
            <w:proofErr w:type="spellEnd"/>
            <w:r>
              <w:t xml:space="preserve">'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pengaruh</w:t>
            </w:r>
            <w:proofErr w:type="spellEnd"/>
            <w:r>
              <w:t xml:space="preserve"> yang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kuat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frekuensi</w:t>
            </w:r>
            <w:proofErr w:type="spellEnd"/>
            <w:r>
              <w:t xml:space="preserve"> </w:t>
            </w:r>
            <w:proofErr w:type="spellStart"/>
            <w:r>
              <w:t>kunjungan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dokter</w:t>
            </w:r>
            <w:proofErr w:type="spellEnd"/>
            <w:r>
              <w:t xml:space="preserve"> </w:t>
            </w:r>
            <w:proofErr w:type="spellStart"/>
            <w:r>
              <w:t>dibandingkan</w:t>
            </w:r>
            <w:proofErr w:type="spellEnd"/>
            <w:r>
              <w:t xml:space="preserve"> </w:t>
            </w:r>
            <w:proofErr w:type="spellStart"/>
            <w:r>
              <w:t>faktor</w:t>
            </w:r>
            <w:proofErr w:type="spellEnd"/>
            <w:r>
              <w:t xml:space="preserve"> </w:t>
            </w:r>
            <w:proofErr w:type="spellStart"/>
            <w:r>
              <w:t>tingkat</w:t>
            </w:r>
            <w:proofErr w:type="spellEnd"/>
            <w:r>
              <w:t xml:space="preserve"> </w:t>
            </w:r>
            <w:proofErr w:type="spellStart"/>
            <w:r>
              <w:t>pendidikan</w:t>
            </w:r>
            <w:proofErr w:type="spellEnd"/>
            <w:r>
              <w:t xml:space="preserve"> </w:t>
            </w:r>
            <w:proofErr w:type="spellStart"/>
            <w:r>
              <w:t>itu</w:t>
            </w:r>
            <w:proofErr w:type="spellEnd"/>
            <w:r>
              <w:t xml:space="preserve"> </w:t>
            </w:r>
            <w:proofErr w:type="spellStart"/>
            <w:r>
              <w:t>sendiri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narasi</w:t>
            </w:r>
            <w:proofErr w:type="spellEnd"/>
            <w:r>
              <w:t xml:space="preserve"> data </w:t>
            </w:r>
            <w:proofErr w:type="spellStart"/>
            <w:r>
              <w:t>tersebut</w:t>
            </w:r>
            <w:proofErr w:type="spellEnd"/>
            <w:r>
              <w:t xml:space="preserve">, </w:t>
            </w:r>
            <w:proofErr w:type="spellStart"/>
            <w:r>
              <w:t>analisis</w:t>
            </w:r>
            <w:proofErr w:type="spellEnd"/>
            <w:r>
              <w:t xml:space="preserve"> </w:t>
            </w:r>
            <w:proofErr w:type="spellStart"/>
            <w:r>
              <w:t>manakah</w:t>
            </w:r>
            <w:proofErr w:type="spellEnd"/>
            <w:r>
              <w:t xml:space="preserve"> yang paling </w:t>
            </w:r>
            <w:proofErr w:type="spellStart"/>
            <w:r>
              <w:t>akurat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antarvariabel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>?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Tingkat </w:t>
            </w:r>
            <w:proofErr w:type="spellStart"/>
            <w:r>
              <w:t>pendidikan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variabel</w:t>
            </w:r>
            <w:proofErr w:type="spellEnd"/>
            <w:r>
              <w:t xml:space="preserve"> </w:t>
            </w:r>
            <w:proofErr w:type="spellStart"/>
            <w:r>
              <w:t>satu-satunya</w:t>
            </w:r>
            <w:proofErr w:type="spellEnd"/>
            <w:r>
              <w:t xml:space="preserve"> yang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kesehatan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di </w:t>
            </w:r>
            <w:proofErr w:type="spellStart"/>
            <w:r>
              <w:t>Provinsi</w:t>
            </w:r>
            <w:proofErr w:type="spellEnd"/>
            <w:r>
              <w:t xml:space="preserve"> X.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Variabel</w:t>
            </w:r>
            <w:proofErr w:type="spellEnd"/>
            <w:r>
              <w:t xml:space="preserve"> '</w:t>
            </w:r>
            <w:proofErr w:type="spellStart"/>
            <w:r>
              <w:t>jarak</w:t>
            </w:r>
            <w:proofErr w:type="spellEnd"/>
            <w:r>
              <w:t xml:space="preserve">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tinggal</w:t>
            </w:r>
            <w:proofErr w:type="spellEnd"/>
            <w:r>
              <w:t xml:space="preserve">'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variabel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variabel</w:t>
            </w:r>
            <w:proofErr w:type="spellEnd"/>
            <w:r>
              <w:t xml:space="preserve"> </w:t>
            </w:r>
            <w:proofErr w:type="spellStart"/>
            <w:r>
              <w:t>pengganggu</w:t>
            </w:r>
            <w:proofErr w:type="spellEnd"/>
            <w:r>
              <w:t xml:space="preserve"> yang </w:t>
            </w:r>
            <w:proofErr w:type="spellStart"/>
            <w:r>
              <w:t>memengaruhi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pendidikan</w:t>
            </w:r>
            <w:proofErr w:type="spellEnd"/>
            <w:r>
              <w:t xml:space="preserve"> dan </w:t>
            </w:r>
            <w:proofErr w:type="spellStart"/>
            <w:r>
              <w:t>akses</w:t>
            </w:r>
            <w:proofErr w:type="spellEnd"/>
            <w:r>
              <w:t xml:space="preserve"> </w:t>
            </w:r>
            <w:proofErr w:type="spellStart"/>
            <w:r>
              <w:t>kesehatan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Meskipun</w:t>
            </w:r>
            <w:proofErr w:type="spellEnd"/>
            <w:r>
              <w:t xml:space="preserve"> </w:t>
            </w:r>
            <w:proofErr w:type="spellStart"/>
            <w:r>
              <w:t>pendidikan</w:t>
            </w:r>
            <w:proofErr w:type="spellEnd"/>
            <w:r>
              <w:t xml:space="preserve"> </w:t>
            </w:r>
            <w:proofErr w:type="spellStart"/>
            <w:r>
              <w:t>tinggi</w:t>
            </w:r>
            <w:proofErr w:type="spellEnd"/>
            <w:r>
              <w:t xml:space="preserve">, </w:t>
            </w:r>
            <w:proofErr w:type="spellStart"/>
            <w:r>
              <w:t>akses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fasilitas</w:t>
            </w:r>
            <w:proofErr w:type="spellEnd"/>
            <w:r>
              <w:t xml:space="preserve"> </w:t>
            </w:r>
            <w:proofErr w:type="spellStart"/>
            <w:r>
              <w:t>kesehatan</w:t>
            </w:r>
            <w:proofErr w:type="spellEnd"/>
            <w:r>
              <w:t xml:space="preserve"> </w:t>
            </w:r>
            <w:proofErr w:type="spellStart"/>
            <w:r>
              <w:t>tetap</w:t>
            </w:r>
            <w:proofErr w:type="spellEnd"/>
            <w:r>
              <w:t xml:space="preserve"> </w:t>
            </w:r>
            <w:proofErr w:type="spellStart"/>
            <w:r>
              <w:t>rendah</w:t>
            </w:r>
            <w:proofErr w:type="spellEnd"/>
            <w:r>
              <w:t xml:space="preserve"> </w:t>
            </w:r>
            <w:proofErr w:type="spellStart"/>
            <w:r>
              <w:t>jika</w:t>
            </w:r>
            <w:proofErr w:type="spellEnd"/>
            <w:r>
              <w:t xml:space="preserve"> </w:t>
            </w:r>
            <w:proofErr w:type="spellStart"/>
            <w:r>
              <w:t>jarak</w:t>
            </w:r>
            <w:proofErr w:type="spellEnd"/>
            <w:r>
              <w:t xml:space="preserve"> </w:t>
            </w:r>
            <w:proofErr w:type="spellStart"/>
            <w:r>
              <w:t>geografis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hambatan</w:t>
            </w:r>
            <w:proofErr w:type="spellEnd"/>
            <w:r>
              <w:t xml:space="preserve"> </w:t>
            </w:r>
            <w:proofErr w:type="spellStart"/>
            <w:r>
              <w:t>utama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sama</w:t>
            </w:r>
            <w:proofErr w:type="spellEnd"/>
            <w:r>
              <w:t xml:space="preserve"> </w:t>
            </w:r>
            <w:proofErr w:type="spellStart"/>
            <w:r>
              <w:t>sekali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tingkat</w:t>
            </w:r>
            <w:proofErr w:type="spellEnd"/>
            <w:r>
              <w:t xml:space="preserve"> </w:t>
            </w:r>
            <w:proofErr w:type="spellStart"/>
            <w:r>
              <w:t>pendidikan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perilaku</w:t>
            </w:r>
            <w:proofErr w:type="spellEnd"/>
            <w:r>
              <w:t xml:space="preserve"> </w:t>
            </w:r>
            <w:proofErr w:type="spellStart"/>
            <w:r>
              <w:t>mencari</w:t>
            </w:r>
            <w:proofErr w:type="spellEnd"/>
            <w:r>
              <w:t xml:space="preserve"> </w:t>
            </w:r>
            <w:proofErr w:type="spellStart"/>
            <w:r>
              <w:t>pengobatan</w:t>
            </w:r>
            <w:proofErr w:type="spellEnd"/>
            <w:r>
              <w:t xml:space="preserve"> di </w:t>
            </w:r>
            <w:proofErr w:type="spellStart"/>
            <w:r>
              <w:t>fasilitas</w:t>
            </w:r>
            <w:proofErr w:type="spellEnd"/>
            <w:r>
              <w:t xml:space="preserve"> modern.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pembangunan</w:t>
            </w:r>
            <w:proofErr w:type="spellEnd"/>
            <w:r>
              <w:t xml:space="preserve"> </w:t>
            </w:r>
            <w:proofErr w:type="spellStart"/>
            <w:r>
              <w:t>fasilitas</w:t>
            </w:r>
            <w:proofErr w:type="spellEnd"/>
            <w:r>
              <w:t xml:space="preserve"> </w:t>
            </w:r>
            <w:proofErr w:type="spellStart"/>
            <w:r>
              <w:t>kesehatan</w:t>
            </w:r>
            <w:proofErr w:type="spellEnd"/>
            <w:r>
              <w:t xml:space="preserve"> yang </w:t>
            </w:r>
            <w:proofErr w:type="spellStart"/>
            <w:r>
              <w:t>merata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mendesak</w:t>
            </w:r>
            <w:proofErr w:type="spellEnd"/>
            <w:r>
              <w:t xml:space="preserve"> </w:t>
            </w:r>
            <w:proofErr w:type="spellStart"/>
            <w:r>
              <w:t>daripada</w:t>
            </w:r>
            <w:proofErr w:type="spellEnd"/>
            <w:r>
              <w:t xml:space="preserve"> </w:t>
            </w:r>
            <w:proofErr w:type="spellStart"/>
            <w:r>
              <w:t>sekadar</w:t>
            </w:r>
            <w:proofErr w:type="spellEnd"/>
            <w:r>
              <w:t xml:space="preserve"> program </w:t>
            </w:r>
            <w:proofErr w:type="spellStart"/>
            <w:r>
              <w:t>peningkatan</w:t>
            </w:r>
            <w:proofErr w:type="spellEnd"/>
            <w:r>
              <w:t xml:space="preserve"> </w:t>
            </w:r>
            <w:proofErr w:type="spellStart"/>
            <w:r>
              <w:t>literasi</w:t>
            </w:r>
            <w:proofErr w:type="spellEnd"/>
            <w:r>
              <w:t xml:space="preserve"> </w:t>
            </w:r>
            <w:proofErr w:type="spellStart"/>
            <w:r>
              <w:t>pendidikan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kasus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lastRenderedPageBreak/>
              <w:t>Berdasarkan</w:t>
            </w:r>
            <w:proofErr w:type="spellEnd"/>
            <w:r>
              <w:t xml:space="preserve"> </w:t>
            </w:r>
            <w:proofErr w:type="spellStart"/>
            <w:r>
              <w:t>narasi</w:t>
            </w:r>
            <w:proofErr w:type="spellEnd"/>
            <w:r>
              <w:t xml:space="preserve"> data </w:t>
            </w:r>
            <w:proofErr w:type="spellStart"/>
            <w:r>
              <w:t>tersebut</w:t>
            </w:r>
            <w:proofErr w:type="spellEnd"/>
            <w:r>
              <w:t xml:space="preserve">, </w:t>
            </w:r>
            <w:proofErr w:type="spellStart"/>
            <w:r>
              <w:t>analisis</w:t>
            </w:r>
            <w:proofErr w:type="spellEnd"/>
            <w:r>
              <w:t xml:space="preserve"> </w:t>
            </w:r>
            <w:proofErr w:type="spellStart"/>
            <w:r>
              <w:t>manakah</w:t>
            </w:r>
            <w:proofErr w:type="spellEnd"/>
            <w:r>
              <w:t xml:space="preserve"> yang paling </w:t>
            </w:r>
            <w:proofErr w:type="spellStart"/>
            <w:r>
              <w:t>akurat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antarvariabel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>?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Tingkat </w:t>
            </w:r>
            <w:proofErr w:type="spellStart"/>
            <w:r>
              <w:t>pendidikan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variabel</w:t>
            </w:r>
            <w:proofErr w:type="spellEnd"/>
            <w:r>
              <w:t xml:space="preserve"> </w:t>
            </w:r>
            <w:proofErr w:type="spellStart"/>
            <w:r>
              <w:t>satu-satunya</w:t>
            </w:r>
            <w:proofErr w:type="spellEnd"/>
            <w:r>
              <w:t xml:space="preserve"> yang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kesehatan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di </w:t>
            </w:r>
            <w:proofErr w:type="spellStart"/>
            <w:r>
              <w:t>Provinsi</w:t>
            </w:r>
            <w:proofErr w:type="spellEnd"/>
            <w:r>
              <w:t xml:space="preserve"> X.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Variabel</w:t>
            </w:r>
            <w:proofErr w:type="spellEnd"/>
            <w:r>
              <w:t xml:space="preserve"> '</w:t>
            </w:r>
            <w:proofErr w:type="spellStart"/>
            <w:r>
              <w:t>jarak</w:t>
            </w:r>
            <w:proofErr w:type="spellEnd"/>
            <w:r>
              <w:t xml:space="preserve">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tinggal</w:t>
            </w:r>
            <w:proofErr w:type="spellEnd"/>
            <w:r>
              <w:t xml:space="preserve">'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variabel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variabel</w:t>
            </w:r>
            <w:proofErr w:type="spellEnd"/>
            <w:r>
              <w:t xml:space="preserve"> </w:t>
            </w:r>
            <w:proofErr w:type="spellStart"/>
            <w:r>
              <w:t>pengganggu</w:t>
            </w:r>
            <w:proofErr w:type="spellEnd"/>
            <w:r>
              <w:t xml:space="preserve"> yang </w:t>
            </w:r>
            <w:proofErr w:type="spellStart"/>
            <w:r>
              <w:t>memengaruhi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pendidikan</w:t>
            </w:r>
            <w:proofErr w:type="spellEnd"/>
            <w:r>
              <w:t xml:space="preserve"> dan </w:t>
            </w:r>
            <w:proofErr w:type="spellStart"/>
            <w:r>
              <w:t>akses</w:t>
            </w:r>
            <w:proofErr w:type="spellEnd"/>
            <w:r>
              <w:t xml:space="preserve"> </w:t>
            </w:r>
            <w:proofErr w:type="spellStart"/>
            <w:r>
              <w:t>kesehatan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Meskipun</w:t>
            </w:r>
            <w:proofErr w:type="spellEnd"/>
            <w:r>
              <w:t xml:space="preserve"> </w:t>
            </w:r>
            <w:proofErr w:type="spellStart"/>
            <w:r>
              <w:t>pendidikan</w:t>
            </w:r>
            <w:proofErr w:type="spellEnd"/>
            <w:r>
              <w:t xml:space="preserve"> </w:t>
            </w:r>
            <w:proofErr w:type="spellStart"/>
            <w:r>
              <w:t>tinggi</w:t>
            </w:r>
            <w:proofErr w:type="spellEnd"/>
            <w:r>
              <w:t xml:space="preserve">, </w:t>
            </w:r>
            <w:proofErr w:type="spellStart"/>
            <w:r>
              <w:t>akses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fasilitas</w:t>
            </w:r>
            <w:proofErr w:type="spellEnd"/>
            <w:r>
              <w:t xml:space="preserve"> </w:t>
            </w:r>
            <w:proofErr w:type="spellStart"/>
            <w:r>
              <w:t>kesehatan</w:t>
            </w:r>
            <w:proofErr w:type="spellEnd"/>
            <w:r>
              <w:t xml:space="preserve"> </w:t>
            </w:r>
            <w:proofErr w:type="spellStart"/>
            <w:r>
              <w:t>tetap</w:t>
            </w:r>
            <w:proofErr w:type="spellEnd"/>
            <w:r>
              <w:t xml:space="preserve"> </w:t>
            </w:r>
            <w:proofErr w:type="spellStart"/>
            <w:r>
              <w:t>rendah</w:t>
            </w:r>
            <w:proofErr w:type="spellEnd"/>
            <w:r>
              <w:t xml:space="preserve"> </w:t>
            </w:r>
            <w:proofErr w:type="spellStart"/>
            <w:r>
              <w:t>jika</w:t>
            </w:r>
            <w:proofErr w:type="spellEnd"/>
            <w:r>
              <w:t xml:space="preserve"> </w:t>
            </w:r>
            <w:proofErr w:type="spellStart"/>
            <w:r>
              <w:t>jarak</w:t>
            </w:r>
            <w:proofErr w:type="spellEnd"/>
            <w:r>
              <w:t xml:space="preserve"> </w:t>
            </w:r>
            <w:proofErr w:type="spellStart"/>
            <w:r>
              <w:t>geografis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hambatan</w:t>
            </w:r>
            <w:proofErr w:type="spellEnd"/>
            <w:r>
              <w:t xml:space="preserve"> </w:t>
            </w:r>
            <w:proofErr w:type="spellStart"/>
            <w:r>
              <w:t>utama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sama</w:t>
            </w:r>
            <w:proofErr w:type="spellEnd"/>
            <w:r>
              <w:t xml:space="preserve"> </w:t>
            </w:r>
            <w:proofErr w:type="spellStart"/>
            <w:r>
              <w:t>sekali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tingkat</w:t>
            </w:r>
            <w:proofErr w:type="spellEnd"/>
            <w:r>
              <w:t xml:space="preserve"> </w:t>
            </w:r>
            <w:proofErr w:type="spellStart"/>
            <w:r>
              <w:t>pendidikan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perilaku</w:t>
            </w:r>
            <w:proofErr w:type="spellEnd"/>
            <w:r>
              <w:t xml:space="preserve"> </w:t>
            </w:r>
            <w:proofErr w:type="spellStart"/>
            <w:r>
              <w:t>mencari</w:t>
            </w:r>
            <w:proofErr w:type="spellEnd"/>
            <w:r>
              <w:t xml:space="preserve"> </w:t>
            </w:r>
            <w:proofErr w:type="spellStart"/>
            <w:r>
              <w:t>pengobatan</w:t>
            </w:r>
            <w:proofErr w:type="spellEnd"/>
            <w:r>
              <w:t xml:space="preserve"> di </w:t>
            </w:r>
            <w:proofErr w:type="spellStart"/>
            <w:r>
              <w:t>fasilitas</w:t>
            </w:r>
            <w:proofErr w:type="spellEnd"/>
            <w:r>
              <w:t xml:space="preserve"> modern.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Kebijakan</w:t>
            </w:r>
            <w:proofErr w:type="spellEnd"/>
            <w:r>
              <w:t xml:space="preserve"> </w:t>
            </w:r>
            <w:proofErr w:type="spellStart"/>
            <w:r>
              <w:t>pembangunan</w:t>
            </w:r>
            <w:proofErr w:type="spellEnd"/>
            <w:r>
              <w:t xml:space="preserve"> </w:t>
            </w:r>
            <w:proofErr w:type="spellStart"/>
            <w:r>
              <w:t>fasilitas</w:t>
            </w:r>
            <w:proofErr w:type="spellEnd"/>
            <w:r>
              <w:t xml:space="preserve"> </w:t>
            </w:r>
            <w:proofErr w:type="spellStart"/>
            <w:r>
              <w:t>kesehatan</w:t>
            </w:r>
            <w:proofErr w:type="spellEnd"/>
            <w:r>
              <w:t xml:space="preserve"> yang </w:t>
            </w:r>
            <w:proofErr w:type="spellStart"/>
            <w:r>
              <w:t>merata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mendesak</w:t>
            </w:r>
            <w:proofErr w:type="spellEnd"/>
            <w:r>
              <w:t xml:space="preserve"> </w:t>
            </w:r>
            <w:proofErr w:type="spellStart"/>
            <w:r>
              <w:t>daripada</w:t>
            </w:r>
            <w:proofErr w:type="spellEnd"/>
            <w:r>
              <w:t xml:space="preserve"> </w:t>
            </w:r>
            <w:proofErr w:type="spellStart"/>
            <w:r>
              <w:t>sekadar</w:t>
            </w:r>
            <w:proofErr w:type="spellEnd"/>
            <w:r>
              <w:t xml:space="preserve"> program </w:t>
            </w:r>
            <w:proofErr w:type="spellStart"/>
            <w:r>
              <w:t>peningkatan</w:t>
            </w:r>
            <w:proofErr w:type="spellEnd"/>
            <w:r>
              <w:t xml:space="preserve"> </w:t>
            </w:r>
            <w:proofErr w:type="spellStart"/>
            <w:r>
              <w:t>literasi</w:t>
            </w:r>
            <w:proofErr w:type="spellEnd"/>
            <w:r>
              <w:t xml:space="preserve"> </w:t>
            </w:r>
            <w:proofErr w:type="spellStart"/>
            <w:r>
              <w:t>pendidikan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kasus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Pernyataan</w:t>
            </w:r>
            <w:proofErr w:type="spellEnd"/>
            <w:r>
              <w:t xml:space="preserve"> 2 dan 3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Jarak</w:t>
            </w:r>
            <w:proofErr w:type="spellEnd"/>
            <w:r>
              <w:t xml:space="preserve"> </w:t>
            </w:r>
            <w:proofErr w:type="spellStart"/>
            <w:r>
              <w:t>bertindak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hambatan</w:t>
            </w:r>
            <w:proofErr w:type="spellEnd"/>
            <w:r>
              <w:t xml:space="preserve"> </w:t>
            </w:r>
            <w:proofErr w:type="spellStart"/>
            <w:r>
              <w:t>geografis</w:t>
            </w:r>
            <w:proofErr w:type="spellEnd"/>
            <w:r>
              <w:t xml:space="preserve"> </w:t>
            </w:r>
            <w:proofErr w:type="spellStart"/>
            <w:r>
              <w:t>utama</w:t>
            </w:r>
            <w:proofErr w:type="spellEnd"/>
            <w:r>
              <w:t xml:space="preserve"> (</w:t>
            </w:r>
            <w:proofErr w:type="spellStart"/>
            <w:r>
              <w:t>variabel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) yang </w:t>
            </w:r>
            <w:proofErr w:type="spellStart"/>
            <w:r>
              <w:t>melemahkan</w:t>
            </w:r>
            <w:proofErr w:type="spellEnd"/>
            <w:r>
              <w:t xml:space="preserve"> </w:t>
            </w:r>
            <w:proofErr w:type="spellStart"/>
            <w:r>
              <w:t>pengaruh</w:t>
            </w:r>
            <w:proofErr w:type="spellEnd"/>
            <w:r>
              <w:t xml:space="preserve"> </w:t>
            </w:r>
            <w:proofErr w:type="spellStart"/>
            <w:r>
              <w:t>tingkat</w:t>
            </w:r>
            <w:proofErr w:type="spellEnd"/>
            <w:r>
              <w:t xml:space="preserve"> </w:t>
            </w:r>
            <w:proofErr w:type="spellStart"/>
            <w:r>
              <w:t>pendidikan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akses</w:t>
            </w:r>
            <w:proofErr w:type="spellEnd"/>
            <w:r>
              <w:t xml:space="preserve"> </w:t>
            </w:r>
            <w:proofErr w:type="spellStart"/>
            <w:r>
              <w:t>faskes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6791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33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Mobilitas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eksklusivitas</w:t>
            </w:r>
            <w:proofErr w:type="spellEnd"/>
            <w:r>
              <w:t xml:space="preserve"> </w:t>
            </w:r>
            <w:proofErr w:type="spellStart"/>
            <w:r>
              <w:t>perekrutan</w:t>
            </w:r>
            <w:proofErr w:type="spellEnd"/>
            <w:r>
              <w:t xml:space="preserve"> di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F1126">
            <w:r>
              <w:t>C4</w:t>
            </w:r>
            <w:r w:rsidR="001E1470">
              <w:t xml:space="preserve"> (</w:t>
            </w:r>
            <w:proofErr w:type="spellStart"/>
            <w:r w:rsidR="001E1470">
              <w:t>Menganalisis</w:t>
            </w:r>
            <w:proofErr w:type="spellEnd"/>
            <w:r w:rsidR="001E1470"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Kompleks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</w:t>
            </w:r>
            <w:proofErr w:type="spellStart"/>
            <w:r>
              <w:t>ternama</w:t>
            </w:r>
            <w:proofErr w:type="spellEnd"/>
            <w:r>
              <w:t xml:space="preserve">, </w:t>
            </w:r>
            <w:proofErr w:type="spellStart"/>
            <w:r>
              <w:t>ditemukan</w:t>
            </w:r>
            <w:proofErr w:type="spellEnd"/>
            <w:r>
              <w:t xml:space="preserve"> </w:t>
            </w:r>
            <w:proofErr w:type="spellStart"/>
            <w:r>
              <w:t>kecenderungan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posisi</w:t>
            </w:r>
            <w:proofErr w:type="spellEnd"/>
            <w:r>
              <w:t xml:space="preserve"> </w:t>
            </w:r>
            <w:proofErr w:type="spellStart"/>
            <w:r>
              <w:t>manajerial</w:t>
            </w:r>
            <w:proofErr w:type="spellEnd"/>
            <w:r>
              <w:t xml:space="preserve"> </w:t>
            </w:r>
            <w:proofErr w:type="spellStart"/>
            <w:r>
              <w:t>didominasi</w:t>
            </w:r>
            <w:proofErr w:type="spellEnd"/>
            <w:r>
              <w:t xml:space="preserve"> oleh alumni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universitas</w:t>
            </w:r>
            <w:proofErr w:type="spellEnd"/>
            <w:r>
              <w:t xml:space="preserve"> yang </w:t>
            </w:r>
            <w:proofErr w:type="spellStart"/>
            <w:r>
              <w:t>sama</w:t>
            </w:r>
            <w:proofErr w:type="spellEnd"/>
            <w:r>
              <w:t xml:space="preserve">. </w:t>
            </w:r>
            <w:proofErr w:type="spellStart"/>
            <w:r>
              <w:t>Meskipun</w:t>
            </w:r>
            <w:proofErr w:type="spellEnd"/>
            <w:r>
              <w:t xml:space="preserve"> </w:t>
            </w:r>
            <w:proofErr w:type="spellStart"/>
            <w:r>
              <w:t>terdapat</w:t>
            </w:r>
            <w:proofErr w:type="spellEnd"/>
            <w:r>
              <w:t xml:space="preserve"> </w:t>
            </w:r>
            <w:proofErr w:type="spellStart"/>
            <w:r>
              <w:t>pelamar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universitas</w:t>
            </w:r>
            <w:proofErr w:type="spellEnd"/>
            <w:r>
              <w:t xml:space="preserve"> lain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kualifikasi</w:t>
            </w:r>
            <w:proofErr w:type="spellEnd"/>
            <w:r>
              <w:t xml:space="preserve"> yang </w:t>
            </w:r>
            <w:proofErr w:type="spellStart"/>
            <w:r>
              <w:t>setara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bahkan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tinggi</w:t>
            </w:r>
            <w:proofErr w:type="spellEnd"/>
            <w:r>
              <w:t xml:space="preserve">,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seringkali</w:t>
            </w:r>
            <w:proofErr w:type="spellEnd"/>
            <w:r>
              <w:t xml:space="preserve"> </w:t>
            </w:r>
            <w:proofErr w:type="spellStart"/>
            <w:r>
              <w:t>gagal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tahap</w:t>
            </w:r>
            <w:proofErr w:type="spellEnd"/>
            <w:r>
              <w:t xml:space="preserve"> </w:t>
            </w:r>
            <w:proofErr w:type="spellStart"/>
            <w:r>
              <w:t>wawancara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yang </w:t>
            </w:r>
            <w:proofErr w:type="spellStart"/>
            <w:r>
              <w:t>dilakukan</w:t>
            </w:r>
            <w:proofErr w:type="spellEnd"/>
            <w:r>
              <w:t xml:space="preserve"> oleh </w:t>
            </w:r>
            <w:proofErr w:type="spellStart"/>
            <w:r>
              <w:t>jajaran</w:t>
            </w:r>
            <w:proofErr w:type="spellEnd"/>
            <w:r>
              <w:t xml:space="preserve"> </w:t>
            </w:r>
            <w:proofErr w:type="spellStart"/>
            <w:r>
              <w:t>manajemen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.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'</w:t>
            </w:r>
            <w:proofErr w:type="spellStart"/>
            <w:r>
              <w:t>tembus</w:t>
            </w:r>
            <w:proofErr w:type="spellEnd"/>
            <w:r>
              <w:t xml:space="preserve"> </w:t>
            </w:r>
            <w:proofErr w:type="spellStart"/>
            <w:r>
              <w:t>pandang</w:t>
            </w:r>
            <w:proofErr w:type="spellEnd"/>
            <w:r>
              <w:t xml:space="preserve">' yang </w:t>
            </w:r>
            <w:proofErr w:type="spellStart"/>
            <w:r>
              <w:t>menghambat</w:t>
            </w:r>
            <w:proofErr w:type="spellEnd"/>
            <w:r>
              <w:t xml:space="preserve"> </w:t>
            </w:r>
            <w:proofErr w:type="spellStart"/>
            <w:r>
              <w:t>mobilitas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individu</w:t>
            </w:r>
            <w:proofErr w:type="spellEnd"/>
            <w:r>
              <w:t xml:space="preserve"> di </w:t>
            </w:r>
            <w:proofErr w:type="spellStart"/>
            <w:r>
              <w:t>luar</w:t>
            </w:r>
            <w:proofErr w:type="spellEnd"/>
            <w:r>
              <w:t xml:space="preserve"> </w:t>
            </w:r>
            <w:proofErr w:type="spellStart"/>
            <w:r>
              <w:t>lingkaran</w:t>
            </w:r>
            <w:proofErr w:type="spellEnd"/>
            <w:r>
              <w:t xml:space="preserve"> alumni </w:t>
            </w:r>
            <w:proofErr w:type="spellStart"/>
            <w:r>
              <w:t>tersebut</w:t>
            </w:r>
            <w:proofErr w:type="spellEnd"/>
            <w:r>
              <w:t>.</w:t>
            </w:r>
          </w:p>
          <w:p w:rsidR="00AA1A0E" w:rsidRDefault="001E1470"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</w:t>
            </w:r>
            <w:proofErr w:type="spellStart"/>
            <w:r>
              <w:t>ternama</w:t>
            </w:r>
            <w:proofErr w:type="spellEnd"/>
            <w:r>
              <w:t xml:space="preserve">, </w:t>
            </w:r>
            <w:proofErr w:type="spellStart"/>
            <w:r>
              <w:t>ditemukan</w:t>
            </w:r>
            <w:proofErr w:type="spellEnd"/>
            <w:r>
              <w:t xml:space="preserve"> </w:t>
            </w:r>
            <w:proofErr w:type="spellStart"/>
            <w:r>
              <w:t>kecenderungan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posisi</w:t>
            </w:r>
            <w:proofErr w:type="spellEnd"/>
            <w:r>
              <w:t xml:space="preserve"> </w:t>
            </w:r>
            <w:proofErr w:type="spellStart"/>
            <w:r>
              <w:t>manajerial</w:t>
            </w:r>
            <w:proofErr w:type="spellEnd"/>
            <w:r>
              <w:t xml:space="preserve"> </w:t>
            </w:r>
            <w:proofErr w:type="spellStart"/>
            <w:r>
              <w:t>didominasi</w:t>
            </w:r>
            <w:proofErr w:type="spellEnd"/>
            <w:r>
              <w:t xml:space="preserve"> oleh alumni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universitas</w:t>
            </w:r>
            <w:proofErr w:type="spellEnd"/>
            <w:r>
              <w:t xml:space="preserve"> yang </w:t>
            </w:r>
            <w:proofErr w:type="spellStart"/>
            <w:r>
              <w:t>sama</w:t>
            </w:r>
            <w:proofErr w:type="spellEnd"/>
            <w:r>
              <w:t xml:space="preserve">. </w:t>
            </w:r>
            <w:proofErr w:type="spellStart"/>
            <w:r>
              <w:t>Meskipun</w:t>
            </w:r>
            <w:proofErr w:type="spellEnd"/>
            <w:r>
              <w:t xml:space="preserve"> </w:t>
            </w:r>
            <w:proofErr w:type="spellStart"/>
            <w:r>
              <w:t>terdapat</w:t>
            </w:r>
            <w:proofErr w:type="spellEnd"/>
            <w:r>
              <w:t xml:space="preserve"> </w:t>
            </w:r>
            <w:proofErr w:type="spellStart"/>
            <w:r>
              <w:t>pelamar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universitas</w:t>
            </w:r>
            <w:proofErr w:type="spellEnd"/>
            <w:r>
              <w:t xml:space="preserve"> lain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kualifikasi</w:t>
            </w:r>
            <w:proofErr w:type="spellEnd"/>
            <w:r>
              <w:t xml:space="preserve"> yang </w:t>
            </w:r>
            <w:proofErr w:type="spellStart"/>
            <w:r>
              <w:t>setara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bahkan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tinggi</w:t>
            </w:r>
            <w:proofErr w:type="spellEnd"/>
            <w:r>
              <w:t xml:space="preserve">,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seringkali</w:t>
            </w:r>
            <w:proofErr w:type="spellEnd"/>
            <w:r>
              <w:t xml:space="preserve"> </w:t>
            </w:r>
            <w:proofErr w:type="spellStart"/>
            <w:r>
              <w:t>gagal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tahap</w:t>
            </w:r>
            <w:proofErr w:type="spellEnd"/>
            <w:r>
              <w:t xml:space="preserve"> </w:t>
            </w:r>
            <w:proofErr w:type="spellStart"/>
            <w:r>
              <w:t>wawancara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yang </w:t>
            </w:r>
            <w:proofErr w:type="spellStart"/>
            <w:r>
              <w:t>dilakukan</w:t>
            </w:r>
            <w:proofErr w:type="spellEnd"/>
            <w:r>
              <w:t xml:space="preserve"> oleh </w:t>
            </w:r>
            <w:proofErr w:type="spellStart"/>
            <w:r>
              <w:t>jajaran</w:t>
            </w:r>
            <w:proofErr w:type="spellEnd"/>
            <w:r>
              <w:t xml:space="preserve"> </w:t>
            </w:r>
            <w:proofErr w:type="spellStart"/>
            <w:r>
              <w:t>manajemen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.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'</w:t>
            </w:r>
            <w:proofErr w:type="spellStart"/>
            <w:r>
              <w:t>tembus</w:t>
            </w:r>
            <w:proofErr w:type="spellEnd"/>
            <w:r>
              <w:t xml:space="preserve"> </w:t>
            </w:r>
            <w:proofErr w:type="spellStart"/>
            <w:r>
              <w:t>pandang</w:t>
            </w:r>
            <w:proofErr w:type="spellEnd"/>
            <w:r>
              <w:t xml:space="preserve">' yang </w:t>
            </w:r>
            <w:proofErr w:type="spellStart"/>
            <w:r>
              <w:t>menghambat</w:t>
            </w:r>
            <w:proofErr w:type="spellEnd"/>
            <w:r>
              <w:t xml:space="preserve"> </w:t>
            </w:r>
            <w:proofErr w:type="spellStart"/>
            <w:r>
              <w:t>mobilitas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individu</w:t>
            </w:r>
            <w:proofErr w:type="spellEnd"/>
            <w:r>
              <w:t xml:space="preserve"> di </w:t>
            </w:r>
            <w:proofErr w:type="spellStart"/>
            <w:r>
              <w:t>luar</w:t>
            </w:r>
            <w:proofErr w:type="spellEnd"/>
            <w:r>
              <w:t xml:space="preserve"> </w:t>
            </w:r>
            <w:proofErr w:type="spellStart"/>
            <w:r>
              <w:t>lingkaran</w:t>
            </w:r>
            <w:proofErr w:type="spellEnd"/>
            <w:r>
              <w:t xml:space="preserve"> alumni </w:t>
            </w:r>
            <w:proofErr w:type="spellStart"/>
            <w:r>
              <w:t>tersebut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ilustrasi</w:t>
            </w:r>
            <w:proofErr w:type="spellEnd"/>
            <w:r>
              <w:t xml:space="preserve"> di </w:t>
            </w:r>
            <w:proofErr w:type="spellStart"/>
            <w:r>
              <w:t>atas</w:t>
            </w:r>
            <w:proofErr w:type="spellEnd"/>
            <w:r>
              <w:t xml:space="preserve">, </w:t>
            </w:r>
            <w:proofErr w:type="spellStart"/>
            <w:r>
              <w:t>manakah</w:t>
            </w:r>
            <w:proofErr w:type="spellEnd"/>
            <w:r>
              <w:t xml:space="preserve"> </w:t>
            </w:r>
            <w:proofErr w:type="spellStart"/>
            <w:r>
              <w:t>pernyataan-pernyataan</w:t>
            </w:r>
            <w:proofErr w:type="spellEnd"/>
            <w:r>
              <w:t xml:space="preserve"> </w:t>
            </w:r>
            <w:proofErr w:type="spellStart"/>
            <w:r>
              <w:t>berikut</w:t>
            </w:r>
            <w:proofErr w:type="spellEnd"/>
            <w:r>
              <w:t xml:space="preserve"> yang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sosiologis</w:t>
            </w:r>
            <w:proofErr w:type="spellEnd"/>
            <w:r>
              <w:t xml:space="preserve">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?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Praktik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mencerminkan</w:t>
            </w:r>
            <w:proofErr w:type="spellEnd"/>
            <w:r>
              <w:t xml:space="preserve"> </w:t>
            </w:r>
            <w:proofErr w:type="spellStart"/>
            <w:r>
              <w:t>partikularisme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lastRenderedPageBreak/>
              <w:t>mengutamakan</w:t>
            </w:r>
            <w:proofErr w:type="spellEnd"/>
            <w:r>
              <w:t xml:space="preserve"> </w:t>
            </w:r>
            <w:proofErr w:type="spellStart"/>
            <w:r>
              <w:t>kepentingan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tertentu</w:t>
            </w:r>
            <w:proofErr w:type="spellEnd"/>
            <w:r>
              <w:t xml:space="preserve"> di </w:t>
            </w:r>
            <w:proofErr w:type="spellStart"/>
            <w:r>
              <w:t>atas</w:t>
            </w:r>
            <w:proofErr w:type="spellEnd"/>
            <w:r>
              <w:t xml:space="preserve"> </w:t>
            </w:r>
            <w:proofErr w:type="spellStart"/>
            <w:r>
              <w:t>kepentingan</w:t>
            </w:r>
            <w:proofErr w:type="spellEnd"/>
            <w:r>
              <w:t xml:space="preserve"> </w:t>
            </w:r>
            <w:proofErr w:type="spellStart"/>
            <w:r>
              <w:t>umum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meritokrasi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memperkuat</w:t>
            </w:r>
            <w:proofErr w:type="spellEnd"/>
            <w:r>
              <w:t xml:space="preserve"> </w:t>
            </w:r>
            <w:proofErr w:type="spellStart"/>
            <w:r>
              <w:t>solidaritas</w:t>
            </w:r>
            <w:proofErr w:type="spellEnd"/>
            <w:r>
              <w:t xml:space="preserve"> </w:t>
            </w:r>
            <w:proofErr w:type="spellStart"/>
            <w:r>
              <w:t>mekanik</w:t>
            </w:r>
            <w:proofErr w:type="spellEnd"/>
            <w:r>
              <w:t xml:space="preserve"> yang </w:t>
            </w:r>
            <w:proofErr w:type="spellStart"/>
            <w:r>
              <w:t>didasarkan</w:t>
            </w:r>
            <w:proofErr w:type="spellEnd"/>
            <w:r>
              <w:t xml:space="preserve"> pada </w:t>
            </w:r>
            <w:proofErr w:type="spellStart"/>
            <w:r>
              <w:t>pembagian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yang </w:t>
            </w:r>
            <w:proofErr w:type="spellStart"/>
            <w:r>
              <w:t>kompleks</w:t>
            </w:r>
            <w:proofErr w:type="spellEnd"/>
            <w:r>
              <w:t xml:space="preserve"> dan </w:t>
            </w:r>
            <w:proofErr w:type="spellStart"/>
            <w:r>
              <w:t>saling</w:t>
            </w:r>
            <w:proofErr w:type="spellEnd"/>
            <w:r>
              <w:t xml:space="preserve"> </w:t>
            </w:r>
            <w:proofErr w:type="spellStart"/>
            <w:r>
              <w:t>ketergantungan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Eksklusivisme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menghambat</w:t>
            </w:r>
            <w:proofErr w:type="spellEnd"/>
            <w:r>
              <w:t xml:space="preserve"> proses </w:t>
            </w:r>
            <w:proofErr w:type="spellStart"/>
            <w:r>
              <w:t>integrasi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disintegrasi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laten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Kecenderungan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primordialisme</w:t>
            </w:r>
            <w:proofErr w:type="spellEnd"/>
            <w:r>
              <w:t xml:space="preserve"> yang </w:t>
            </w:r>
            <w:proofErr w:type="spellStart"/>
            <w:r>
              <w:t>sehat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menjaga</w:t>
            </w:r>
            <w:proofErr w:type="spellEnd"/>
            <w:r>
              <w:t xml:space="preserve"> </w:t>
            </w:r>
            <w:proofErr w:type="spellStart"/>
            <w:r>
              <w:t>loyalitas</w:t>
            </w:r>
            <w:proofErr w:type="spellEnd"/>
            <w:r>
              <w:t xml:space="preserve"> </w:t>
            </w:r>
            <w:proofErr w:type="spellStart"/>
            <w:r>
              <w:t>antaranggota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persaingan</w:t>
            </w:r>
            <w:proofErr w:type="spellEnd"/>
            <w:r>
              <w:t xml:space="preserve"> global.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Hal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pengaruh</w:t>
            </w:r>
            <w:proofErr w:type="spellEnd"/>
            <w:r>
              <w:t xml:space="preserve"> 'in-group </w:t>
            </w:r>
            <w:proofErr w:type="spellStart"/>
            <w:r>
              <w:t>bias'</w:t>
            </w:r>
            <w:proofErr w:type="spellEnd"/>
            <w:r>
              <w:t xml:space="preserve"> yang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memicu</w:t>
            </w:r>
            <w:proofErr w:type="spellEnd"/>
            <w:r>
              <w:t xml:space="preserve"> </w:t>
            </w:r>
            <w:proofErr w:type="spellStart"/>
            <w:r>
              <w:t>munculnya</w:t>
            </w:r>
            <w:proofErr w:type="spellEnd"/>
            <w:r>
              <w:t xml:space="preserve"> </w:t>
            </w:r>
            <w:proofErr w:type="spellStart"/>
            <w:r>
              <w:t>prasangka</w:t>
            </w:r>
            <w:proofErr w:type="spellEnd"/>
            <w:r>
              <w:t xml:space="preserve"> dan </w:t>
            </w:r>
            <w:proofErr w:type="spellStart"/>
            <w:r>
              <w:t>diskriminasi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'out-group'.</w:t>
            </w:r>
          </w:p>
          <w:p w:rsidR="00AA1A0E" w:rsidRDefault="00AA1A0E"/>
          <w:p w:rsidR="00AA1A0E" w:rsidRDefault="001E1470"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ilustrasi</w:t>
            </w:r>
            <w:proofErr w:type="spellEnd"/>
            <w:r>
              <w:t xml:space="preserve"> di </w:t>
            </w:r>
            <w:proofErr w:type="spellStart"/>
            <w:r>
              <w:t>atas</w:t>
            </w:r>
            <w:proofErr w:type="spellEnd"/>
            <w:r>
              <w:t xml:space="preserve">, </w:t>
            </w:r>
            <w:proofErr w:type="spellStart"/>
            <w:r>
              <w:t>manakah</w:t>
            </w:r>
            <w:proofErr w:type="spellEnd"/>
            <w:r>
              <w:t xml:space="preserve"> </w:t>
            </w:r>
            <w:proofErr w:type="spellStart"/>
            <w:r>
              <w:t>pernyataan-pernyataan</w:t>
            </w:r>
            <w:proofErr w:type="spellEnd"/>
            <w:r>
              <w:t xml:space="preserve"> </w:t>
            </w:r>
            <w:proofErr w:type="spellStart"/>
            <w:r>
              <w:t>berikut</w:t>
            </w:r>
            <w:proofErr w:type="spellEnd"/>
            <w:r>
              <w:t xml:space="preserve"> yang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sosiologis</w:t>
            </w:r>
            <w:proofErr w:type="spellEnd"/>
            <w:r>
              <w:t xml:space="preserve">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?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Praktik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mencerminkan</w:t>
            </w:r>
            <w:proofErr w:type="spellEnd"/>
            <w:r>
              <w:t xml:space="preserve"> </w:t>
            </w:r>
            <w:proofErr w:type="spellStart"/>
            <w:r>
              <w:t>partikularisme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mengutamakan</w:t>
            </w:r>
            <w:proofErr w:type="spellEnd"/>
            <w:r>
              <w:t xml:space="preserve"> </w:t>
            </w:r>
            <w:proofErr w:type="spellStart"/>
            <w:r>
              <w:t>kepentingan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tertentu</w:t>
            </w:r>
            <w:proofErr w:type="spellEnd"/>
            <w:r>
              <w:t xml:space="preserve"> di </w:t>
            </w:r>
            <w:proofErr w:type="spellStart"/>
            <w:r>
              <w:t>atas</w:t>
            </w:r>
            <w:proofErr w:type="spellEnd"/>
            <w:r>
              <w:t xml:space="preserve"> </w:t>
            </w:r>
            <w:proofErr w:type="spellStart"/>
            <w:r>
              <w:t>kepentingan</w:t>
            </w:r>
            <w:proofErr w:type="spellEnd"/>
            <w:r>
              <w:t xml:space="preserve"> </w:t>
            </w:r>
            <w:proofErr w:type="spellStart"/>
            <w:r>
              <w:t>umum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meritokrasi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memperkuat</w:t>
            </w:r>
            <w:proofErr w:type="spellEnd"/>
            <w:r>
              <w:t xml:space="preserve"> </w:t>
            </w:r>
            <w:proofErr w:type="spellStart"/>
            <w:r>
              <w:t>solidaritas</w:t>
            </w:r>
            <w:proofErr w:type="spellEnd"/>
            <w:r>
              <w:t xml:space="preserve"> </w:t>
            </w:r>
            <w:proofErr w:type="spellStart"/>
            <w:r>
              <w:t>mekanik</w:t>
            </w:r>
            <w:proofErr w:type="spellEnd"/>
            <w:r>
              <w:t xml:space="preserve"> yang </w:t>
            </w:r>
            <w:proofErr w:type="spellStart"/>
            <w:r>
              <w:t>didasarkan</w:t>
            </w:r>
            <w:proofErr w:type="spellEnd"/>
            <w:r>
              <w:t xml:space="preserve"> pada </w:t>
            </w:r>
            <w:proofErr w:type="spellStart"/>
            <w:r>
              <w:t>pembagian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yang </w:t>
            </w:r>
            <w:proofErr w:type="spellStart"/>
            <w:r>
              <w:t>kompleks</w:t>
            </w:r>
            <w:proofErr w:type="spellEnd"/>
            <w:r>
              <w:t xml:space="preserve"> dan </w:t>
            </w:r>
            <w:proofErr w:type="spellStart"/>
            <w:r>
              <w:t>saling</w:t>
            </w:r>
            <w:proofErr w:type="spellEnd"/>
            <w:r>
              <w:t xml:space="preserve"> </w:t>
            </w:r>
            <w:proofErr w:type="spellStart"/>
            <w:r>
              <w:t>ketergantungan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Eksklusivisme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menghambat</w:t>
            </w:r>
            <w:proofErr w:type="spellEnd"/>
            <w:r>
              <w:t xml:space="preserve"> proses </w:t>
            </w:r>
            <w:proofErr w:type="spellStart"/>
            <w:r>
              <w:t>integrasi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dan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disintegrasi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laten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Kecenderungan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primordialisme</w:t>
            </w:r>
            <w:proofErr w:type="spellEnd"/>
            <w:r>
              <w:t xml:space="preserve"> yang </w:t>
            </w:r>
            <w:proofErr w:type="spellStart"/>
            <w:r>
              <w:t>sehat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menjaga</w:t>
            </w:r>
            <w:proofErr w:type="spellEnd"/>
            <w:r>
              <w:t xml:space="preserve"> </w:t>
            </w:r>
            <w:proofErr w:type="spellStart"/>
            <w:r>
              <w:t>loyalitas</w:t>
            </w:r>
            <w:proofErr w:type="spellEnd"/>
            <w:r>
              <w:t xml:space="preserve"> </w:t>
            </w:r>
            <w:proofErr w:type="spellStart"/>
            <w:r>
              <w:t>antaranggota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persaingan</w:t>
            </w:r>
            <w:proofErr w:type="spellEnd"/>
            <w:r>
              <w:t xml:space="preserve"> global.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Hal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adanya</w:t>
            </w:r>
            <w:proofErr w:type="spellEnd"/>
            <w:r>
              <w:t xml:space="preserve"> </w:t>
            </w:r>
            <w:proofErr w:type="spellStart"/>
            <w:r>
              <w:t>pengaruh</w:t>
            </w:r>
            <w:proofErr w:type="spellEnd"/>
            <w:r>
              <w:t xml:space="preserve"> 'in-group </w:t>
            </w:r>
            <w:proofErr w:type="spellStart"/>
            <w:r>
              <w:t>bias'</w:t>
            </w:r>
            <w:proofErr w:type="spellEnd"/>
            <w:r>
              <w:t xml:space="preserve"> yang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memicu</w:t>
            </w:r>
            <w:proofErr w:type="spellEnd"/>
            <w:r>
              <w:t xml:space="preserve"> </w:t>
            </w:r>
            <w:proofErr w:type="spellStart"/>
            <w:r>
              <w:t>munculnya</w:t>
            </w:r>
            <w:proofErr w:type="spellEnd"/>
            <w:r>
              <w:t xml:space="preserve"> </w:t>
            </w:r>
            <w:proofErr w:type="spellStart"/>
            <w:r>
              <w:t>prasangka</w:t>
            </w:r>
            <w:proofErr w:type="spellEnd"/>
            <w:r>
              <w:t xml:space="preserve"> dan </w:t>
            </w:r>
            <w:proofErr w:type="spellStart"/>
            <w:r>
              <w:t>diskriminasi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'out-group'.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Pernyataan</w:t>
            </w:r>
            <w:proofErr w:type="spellEnd"/>
            <w:r>
              <w:t xml:space="preserve"> 1, 3, dan 5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Praktik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eksklusivisme</w:t>
            </w:r>
            <w:proofErr w:type="spellEnd"/>
            <w:r>
              <w:t xml:space="preserve"> in-group, </w:t>
            </w:r>
            <w:proofErr w:type="spellStart"/>
            <w:r>
              <w:t>partikularisme</w:t>
            </w:r>
            <w:proofErr w:type="spellEnd"/>
            <w:r>
              <w:t xml:space="preserve">, dan </w:t>
            </w:r>
            <w:proofErr w:type="spellStart"/>
            <w:r>
              <w:t>hambatan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meritokrasi</w:t>
            </w:r>
            <w:proofErr w:type="spellEnd"/>
            <w:r>
              <w:t xml:space="preserve"> </w:t>
            </w:r>
            <w:proofErr w:type="spellStart"/>
            <w:r>
              <w:t>maupun</w:t>
            </w:r>
            <w:proofErr w:type="spellEnd"/>
            <w:r>
              <w:t xml:space="preserve"> </w:t>
            </w:r>
            <w:proofErr w:type="spellStart"/>
            <w:r>
              <w:t>integrasi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7"/>
        <w:gridCol w:w="6789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34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karakteristik</w:t>
            </w:r>
            <w:proofErr w:type="spellEnd"/>
            <w:r>
              <w:t xml:space="preserve"> </w:t>
            </w:r>
            <w:proofErr w:type="spellStart"/>
            <w:r>
              <w:t>struktural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agraria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F1126">
            <w:r>
              <w:t>C4</w:t>
            </w:r>
            <w:r w:rsidR="001E1470">
              <w:t xml:space="preserve"> (</w:t>
            </w:r>
            <w:proofErr w:type="spellStart"/>
            <w:r w:rsidR="001E1470">
              <w:t>Menganalisis</w:t>
            </w:r>
            <w:proofErr w:type="spellEnd"/>
            <w:r w:rsidR="001E1470"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Kompleks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komunitas</w:t>
            </w:r>
            <w:proofErr w:type="spellEnd"/>
            <w:r>
              <w:t xml:space="preserve"> </w:t>
            </w:r>
            <w:proofErr w:type="spellStart"/>
            <w:r>
              <w:t>adat</w:t>
            </w:r>
            <w:proofErr w:type="spellEnd"/>
            <w:r>
              <w:t xml:space="preserve"> di wilayah Kalimantan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  <w:r>
              <w:t xml:space="preserve"> </w:t>
            </w:r>
            <w:proofErr w:type="spellStart"/>
            <w:r>
              <w:t>perkebunan</w:t>
            </w:r>
            <w:proofErr w:type="spellEnd"/>
            <w:r>
              <w:t xml:space="preserve"> </w:t>
            </w:r>
            <w:proofErr w:type="spellStart"/>
            <w:r>
              <w:t>sawit</w:t>
            </w:r>
            <w:proofErr w:type="spellEnd"/>
            <w:r>
              <w:t xml:space="preserve">. Masyarakat </w:t>
            </w:r>
            <w:proofErr w:type="spellStart"/>
            <w:r>
              <w:t>adat</w:t>
            </w:r>
            <w:proofErr w:type="spellEnd"/>
            <w:r>
              <w:t xml:space="preserve"> </w:t>
            </w:r>
            <w:proofErr w:type="spellStart"/>
            <w:r>
              <w:t>merasa</w:t>
            </w:r>
            <w:proofErr w:type="spellEnd"/>
            <w:r>
              <w:t xml:space="preserve"> wilayah </w:t>
            </w:r>
            <w:proofErr w:type="spellStart"/>
            <w:r>
              <w:t>ulayat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diserobot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kompensasi</w:t>
            </w:r>
            <w:proofErr w:type="spellEnd"/>
            <w:r>
              <w:t xml:space="preserve"> yang </w:t>
            </w:r>
            <w:proofErr w:type="spellStart"/>
            <w:r>
              <w:lastRenderedPageBreak/>
              <w:t>adil</w:t>
            </w:r>
            <w:proofErr w:type="spellEnd"/>
            <w:r>
              <w:t xml:space="preserve">, </w:t>
            </w:r>
            <w:proofErr w:type="spellStart"/>
            <w:r>
              <w:t>sementara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  <w:r>
              <w:t xml:space="preserve"> </w:t>
            </w:r>
            <w:proofErr w:type="spellStart"/>
            <w:r>
              <w:t>mengeklaim</w:t>
            </w:r>
            <w:proofErr w:type="spellEnd"/>
            <w:r>
              <w:t xml:space="preserve">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izin</w:t>
            </w:r>
            <w:proofErr w:type="spellEnd"/>
            <w:r>
              <w:t xml:space="preserve"> </w:t>
            </w:r>
            <w:proofErr w:type="spellStart"/>
            <w:r>
              <w:t>resmi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pusat</w:t>
            </w:r>
            <w:proofErr w:type="spellEnd"/>
            <w:r>
              <w:t xml:space="preserve">.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berlangsung</w:t>
            </w:r>
            <w:proofErr w:type="spellEnd"/>
            <w:r>
              <w:t xml:space="preserve"> </w:t>
            </w:r>
            <w:proofErr w:type="spellStart"/>
            <w:r>
              <w:t>selama</w:t>
            </w:r>
            <w:proofErr w:type="spellEnd"/>
            <w:r>
              <w:t xml:space="preserve"> 5 </w:t>
            </w:r>
            <w:proofErr w:type="spellStart"/>
            <w:r>
              <w:t>tahun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penyelesaian</w:t>
            </w:r>
            <w:proofErr w:type="spellEnd"/>
            <w:r>
              <w:t xml:space="preserve">, </w:t>
            </w:r>
            <w:proofErr w:type="spellStart"/>
            <w:r>
              <w:t>seringkali</w:t>
            </w:r>
            <w:proofErr w:type="spellEnd"/>
            <w:r>
              <w:t xml:space="preserve"> </w:t>
            </w:r>
            <w:proofErr w:type="spellStart"/>
            <w:r>
              <w:t>berujung</w:t>
            </w:r>
            <w:proofErr w:type="spellEnd"/>
            <w:r>
              <w:t xml:space="preserve"> pada </w:t>
            </w:r>
            <w:proofErr w:type="spellStart"/>
            <w:r>
              <w:t>pengrusakan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berat</w:t>
            </w:r>
            <w:proofErr w:type="spellEnd"/>
            <w:r>
              <w:t xml:space="preserve"> oleh </w:t>
            </w:r>
            <w:proofErr w:type="spellStart"/>
            <w:r>
              <w:t>warga</w:t>
            </w:r>
            <w:proofErr w:type="spellEnd"/>
            <w:r>
              <w:t xml:space="preserve"> dan </w:t>
            </w:r>
            <w:proofErr w:type="spellStart"/>
            <w:r>
              <w:t>tindakan</w:t>
            </w:r>
            <w:proofErr w:type="spellEnd"/>
            <w:r>
              <w:t xml:space="preserve"> </w:t>
            </w:r>
            <w:proofErr w:type="spellStart"/>
            <w:r>
              <w:t>represif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keamanan</w:t>
            </w:r>
            <w:proofErr w:type="spellEnd"/>
            <w:r>
              <w:t>.</w:t>
            </w:r>
          </w:p>
          <w:p w:rsidR="00AA1A0E" w:rsidRDefault="001E1470"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komunitas</w:t>
            </w:r>
            <w:proofErr w:type="spellEnd"/>
            <w:r>
              <w:t xml:space="preserve"> </w:t>
            </w:r>
            <w:proofErr w:type="spellStart"/>
            <w:r>
              <w:t>adat</w:t>
            </w:r>
            <w:proofErr w:type="spellEnd"/>
            <w:r>
              <w:t xml:space="preserve"> di wilayah Kalimantan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  <w:r>
              <w:t xml:space="preserve"> </w:t>
            </w:r>
            <w:proofErr w:type="spellStart"/>
            <w:r>
              <w:t>perkebunan</w:t>
            </w:r>
            <w:proofErr w:type="spellEnd"/>
            <w:r>
              <w:t xml:space="preserve"> </w:t>
            </w:r>
            <w:proofErr w:type="spellStart"/>
            <w:r>
              <w:t>sawit</w:t>
            </w:r>
            <w:proofErr w:type="spellEnd"/>
            <w:r>
              <w:t xml:space="preserve">. Masyarakat </w:t>
            </w:r>
            <w:proofErr w:type="spellStart"/>
            <w:r>
              <w:t>adat</w:t>
            </w:r>
            <w:proofErr w:type="spellEnd"/>
            <w:r>
              <w:t xml:space="preserve"> </w:t>
            </w:r>
            <w:proofErr w:type="spellStart"/>
            <w:r>
              <w:t>merasa</w:t>
            </w:r>
            <w:proofErr w:type="spellEnd"/>
            <w:r>
              <w:t xml:space="preserve"> wilayah </w:t>
            </w:r>
            <w:proofErr w:type="spellStart"/>
            <w:r>
              <w:t>ulayat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diserobot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kompensasi</w:t>
            </w:r>
            <w:proofErr w:type="spellEnd"/>
            <w:r>
              <w:t xml:space="preserve"> yang </w:t>
            </w:r>
            <w:proofErr w:type="spellStart"/>
            <w:r>
              <w:t>adil</w:t>
            </w:r>
            <w:proofErr w:type="spellEnd"/>
            <w:r>
              <w:t xml:space="preserve">, </w:t>
            </w:r>
            <w:proofErr w:type="spellStart"/>
            <w:r>
              <w:t>sementara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  <w:r>
              <w:t xml:space="preserve"> </w:t>
            </w:r>
            <w:proofErr w:type="spellStart"/>
            <w:r>
              <w:t>mengeklaim</w:t>
            </w:r>
            <w:proofErr w:type="spellEnd"/>
            <w:r>
              <w:t xml:space="preserve">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izin</w:t>
            </w:r>
            <w:proofErr w:type="spellEnd"/>
            <w:r>
              <w:t xml:space="preserve"> </w:t>
            </w:r>
            <w:proofErr w:type="spellStart"/>
            <w:r>
              <w:t>resmi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pusat</w:t>
            </w:r>
            <w:proofErr w:type="spellEnd"/>
            <w:r>
              <w:t xml:space="preserve">.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berlangsung</w:t>
            </w:r>
            <w:proofErr w:type="spellEnd"/>
            <w:r>
              <w:t xml:space="preserve"> </w:t>
            </w:r>
            <w:proofErr w:type="spellStart"/>
            <w:r>
              <w:t>selama</w:t>
            </w:r>
            <w:proofErr w:type="spellEnd"/>
            <w:r>
              <w:t xml:space="preserve"> 5 </w:t>
            </w:r>
            <w:proofErr w:type="spellStart"/>
            <w:r>
              <w:t>tahun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penyelesaian</w:t>
            </w:r>
            <w:proofErr w:type="spellEnd"/>
            <w:r>
              <w:t xml:space="preserve">, </w:t>
            </w:r>
            <w:proofErr w:type="spellStart"/>
            <w:r>
              <w:t>seringkali</w:t>
            </w:r>
            <w:proofErr w:type="spellEnd"/>
            <w:r>
              <w:t xml:space="preserve"> </w:t>
            </w:r>
            <w:proofErr w:type="spellStart"/>
            <w:r>
              <w:t>berujung</w:t>
            </w:r>
            <w:proofErr w:type="spellEnd"/>
            <w:r>
              <w:t xml:space="preserve"> pada </w:t>
            </w:r>
            <w:proofErr w:type="spellStart"/>
            <w:r>
              <w:t>pengrusakan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berat</w:t>
            </w:r>
            <w:proofErr w:type="spellEnd"/>
            <w:r>
              <w:t xml:space="preserve"> oleh </w:t>
            </w:r>
            <w:proofErr w:type="spellStart"/>
            <w:r>
              <w:t>warga</w:t>
            </w:r>
            <w:proofErr w:type="spellEnd"/>
            <w:r>
              <w:t xml:space="preserve"> dan </w:t>
            </w:r>
            <w:proofErr w:type="spellStart"/>
            <w:r>
              <w:t>tindakan</w:t>
            </w:r>
            <w:proofErr w:type="spellEnd"/>
            <w:r>
              <w:t xml:space="preserve"> </w:t>
            </w:r>
            <w:proofErr w:type="spellStart"/>
            <w:r>
              <w:t>represif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keamanan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Analisis</w:t>
            </w:r>
            <w:proofErr w:type="spellEnd"/>
            <w:r>
              <w:t xml:space="preserve"> yang paling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karakteristik</w:t>
            </w:r>
            <w:proofErr w:type="spellEnd"/>
            <w:r>
              <w:t xml:space="preserve"> dan </w:t>
            </w:r>
            <w:proofErr w:type="spellStart"/>
            <w:r>
              <w:t>dinamika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>...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dikategorikan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vertikal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melibatkan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otoritas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pemegang</w:t>
            </w:r>
            <w:proofErr w:type="spellEnd"/>
            <w:r>
              <w:t xml:space="preserve"> </w:t>
            </w:r>
            <w:proofErr w:type="spellStart"/>
            <w:r>
              <w:t>kekuasaan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Ketimpangan</w:t>
            </w:r>
            <w:proofErr w:type="spellEnd"/>
            <w:r>
              <w:t xml:space="preserve"> </w:t>
            </w:r>
            <w:proofErr w:type="spellStart"/>
            <w:r>
              <w:t>akses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daya</w:t>
            </w:r>
            <w:proofErr w:type="spellEnd"/>
            <w:r>
              <w:t xml:space="preserve"> </w:t>
            </w:r>
            <w:proofErr w:type="spellStart"/>
            <w:r>
              <w:t>alam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akar</w:t>
            </w:r>
            <w:proofErr w:type="spellEnd"/>
            <w:r>
              <w:t xml:space="preserve"> </w:t>
            </w:r>
            <w:proofErr w:type="spellStart"/>
            <w:r>
              <w:t>penyebab</w:t>
            </w:r>
            <w:proofErr w:type="spellEnd"/>
            <w:r>
              <w:t xml:space="preserve"> </w:t>
            </w:r>
            <w:proofErr w:type="spellStart"/>
            <w:r>
              <w:t>utama</w:t>
            </w:r>
            <w:proofErr w:type="spellEnd"/>
            <w:r>
              <w:t xml:space="preserve"> yang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struktural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kasus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Tindakan</w:t>
            </w:r>
            <w:proofErr w:type="spellEnd"/>
            <w:r>
              <w:t xml:space="preserve"> </w:t>
            </w:r>
            <w:proofErr w:type="spellStart"/>
            <w:r>
              <w:t>pengrusakan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berat</w:t>
            </w:r>
            <w:proofErr w:type="spellEnd"/>
            <w:r>
              <w:t xml:space="preserve"> oleh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kekerasan</w:t>
            </w:r>
            <w:proofErr w:type="spellEnd"/>
            <w:r>
              <w:t xml:space="preserve"> </w:t>
            </w:r>
            <w:proofErr w:type="spellStart"/>
            <w:r>
              <w:t>simbolik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eksistensi</w:t>
            </w:r>
            <w:proofErr w:type="spellEnd"/>
            <w:r>
              <w:t xml:space="preserve"> </w:t>
            </w:r>
            <w:proofErr w:type="spellStart"/>
            <w:r>
              <w:t>identitas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manifes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aspirasi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belah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sudah</w:t>
            </w:r>
            <w:proofErr w:type="spellEnd"/>
            <w:r>
              <w:t xml:space="preserve"> </w:t>
            </w:r>
            <w:proofErr w:type="spellStart"/>
            <w:r>
              <w:t>muncul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permukaan</w:t>
            </w:r>
            <w:proofErr w:type="spellEnd"/>
            <w:r>
              <w:t xml:space="preserve"> dan </w:t>
            </w:r>
            <w:proofErr w:type="spellStart"/>
            <w:r>
              <w:t>disertai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tindakan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Penyelesaian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jalur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satu-satunya</w:t>
            </w:r>
            <w:proofErr w:type="spellEnd"/>
            <w:r>
              <w:t xml:space="preserve">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efektif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mencapai</w:t>
            </w:r>
            <w:proofErr w:type="spellEnd"/>
            <w:r>
              <w:t xml:space="preserve"> </w:t>
            </w:r>
            <w:proofErr w:type="spellStart"/>
            <w:r>
              <w:t>rekonsiliasi</w:t>
            </w:r>
            <w:proofErr w:type="spellEnd"/>
            <w:r>
              <w:t xml:space="preserve"> </w:t>
            </w:r>
            <w:proofErr w:type="spellStart"/>
            <w:r>
              <w:t>permanen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adat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Analisis</w:t>
            </w:r>
            <w:proofErr w:type="spellEnd"/>
            <w:r>
              <w:t xml:space="preserve"> yang paling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karakteristik</w:t>
            </w:r>
            <w:proofErr w:type="spellEnd"/>
            <w:r>
              <w:t xml:space="preserve"> dan </w:t>
            </w:r>
            <w:proofErr w:type="spellStart"/>
            <w:r>
              <w:t>dinamika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>...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dikategorikan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vertikal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melibatkan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otoritas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pemegang</w:t>
            </w:r>
            <w:proofErr w:type="spellEnd"/>
            <w:r>
              <w:t xml:space="preserve"> </w:t>
            </w:r>
            <w:proofErr w:type="spellStart"/>
            <w:r>
              <w:t>kekuasaan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Ketimpangan</w:t>
            </w:r>
            <w:proofErr w:type="spellEnd"/>
            <w:r>
              <w:t xml:space="preserve"> </w:t>
            </w:r>
            <w:proofErr w:type="spellStart"/>
            <w:r>
              <w:t>akses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daya</w:t>
            </w:r>
            <w:proofErr w:type="spellEnd"/>
            <w:r>
              <w:t xml:space="preserve"> </w:t>
            </w:r>
            <w:proofErr w:type="spellStart"/>
            <w:r>
              <w:t>alam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akar</w:t>
            </w:r>
            <w:proofErr w:type="spellEnd"/>
            <w:r>
              <w:t xml:space="preserve"> </w:t>
            </w:r>
            <w:proofErr w:type="spellStart"/>
            <w:r>
              <w:t>penyebab</w:t>
            </w:r>
            <w:proofErr w:type="spellEnd"/>
            <w:r>
              <w:t xml:space="preserve"> </w:t>
            </w:r>
            <w:proofErr w:type="spellStart"/>
            <w:r>
              <w:t>utama</w:t>
            </w:r>
            <w:proofErr w:type="spellEnd"/>
            <w:r>
              <w:t xml:space="preserve"> yang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struktural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kasus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Tindakan</w:t>
            </w:r>
            <w:proofErr w:type="spellEnd"/>
            <w:r>
              <w:t xml:space="preserve"> </w:t>
            </w:r>
            <w:proofErr w:type="spellStart"/>
            <w:r>
              <w:t>pengrusakan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berat</w:t>
            </w:r>
            <w:proofErr w:type="spellEnd"/>
            <w:r>
              <w:t xml:space="preserve"> oleh </w:t>
            </w:r>
            <w:proofErr w:type="spellStart"/>
            <w:r>
              <w:t>warga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kekerasan</w:t>
            </w:r>
            <w:proofErr w:type="spellEnd"/>
            <w:r>
              <w:t xml:space="preserve"> </w:t>
            </w:r>
            <w:proofErr w:type="spellStart"/>
            <w:r>
              <w:t>simbolik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eksistensi</w:t>
            </w:r>
            <w:proofErr w:type="spellEnd"/>
            <w:r>
              <w:t xml:space="preserve"> </w:t>
            </w:r>
            <w:proofErr w:type="spellStart"/>
            <w:r>
              <w:t>identitas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manifes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aspirasi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belah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sudah</w:t>
            </w:r>
            <w:proofErr w:type="spellEnd"/>
            <w:r>
              <w:t xml:space="preserve"> </w:t>
            </w:r>
            <w:proofErr w:type="spellStart"/>
            <w:r>
              <w:t>muncul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permukaan</w:t>
            </w:r>
            <w:proofErr w:type="spellEnd"/>
            <w:r>
              <w:t xml:space="preserve"> dan </w:t>
            </w:r>
            <w:proofErr w:type="spellStart"/>
            <w:r>
              <w:t>disertai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tindakan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Penyelesaian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jalur</w:t>
            </w:r>
            <w:proofErr w:type="spellEnd"/>
            <w:r>
              <w:t xml:space="preserve"> </w:t>
            </w:r>
            <w:proofErr w:type="spellStart"/>
            <w:r>
              <w:t>hukum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satu-satunya</w:t>
            </w:r>
            <w:proofErr w:type="spellEnd"/>
            <w:r>
              <w:t xml:space="preserve">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efektif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mencapai</w:t>
            </w:r>
            <w:proofErr w:type="spellEnd"/>
            <w:r>
              <w:t xml:space="preserve"> </w:t>
            </w:r>
            <w:proofErr w:type="spellStart"/>
            <w:r>
              <w:t>rekonsiliasi</w:t>
            </w:r>
            <w:proofErr w:type="spellEnd"/>
            <w:r>
              <w:t xml:space="preserve"> </w:t>
            </w:r>
            <w:proofErr w:type="spellStart"/>
            <w:r>
              <w:t>permanen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adat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Pernyataan</w:t>
            </w:r>
            <w:proofErr w:type="spellEnd"/>
            <w:r>
              <w:t xml:space="preserve"> 1, 2, dan 4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manifes</w:t>
            </w:r>
            <w:proofErr w:type="spellEnd"/>
            <w:r>
              <w:t xml:space="preserve">, </w:t>
            </w:r>
            <w:proofErr w:type="spellStart"/>
            <w:r>
              <w:t>melibatkan</w:t>
            </w:r>
            <w:proofErr w:type="spellEnd"/>
            <w:r>
              <w:t xml:space="preserve"> </w:t>
            </w:r>
            <w:proofErr w:type="spellStart"/>
            <w:r>
              <w:t>hierarki</w:t>
            </w:r>
            <w:proofErr w:type="spellEnd"/>
            <w:r>
              <w:t xml:space="preserve"> </w:t>
            </w:r>
            <w:proofErr w:type="spellStart"/>
            <w:r>
              <w:t>vertikal</w:t>
            </w:r>
            <w:proofErr w:type="spellEnd"/>
            <w:r>
              <w:t xml:space="preserve">, dan </w:t>
            </w:r>
            <w:proofErr w:type="spellStart"/>
            <w:r>
              <w:t>berakar</w:t>
            </w:r>
            <w:proofErr w:type="spellEnd"/>
            <w:r>
              <w:t xml:space="preserve"> pada </w:t>
            </w:r>
            <w:proofErr w:type="spellStart"/>
            <w:r>
              <w:t>ketimpangan</w:t>
            </w:r>
            <w:proofErr w:type="spellEnd"/>
            <w:r>
              <w:t xml:space="preserve"> </w:t>
            </w:r>
            <w:proofErr w:type="spellStart"/>
            <w:r>
              <w:t>akses</w:t>
            </w:r>
            <w:proofErr w:type="spellEnd"/>
            <w:r>
              <w:t xml:space="preserve"> </w:t>
            </w:r>
            <w:proofErr w:type="spellStart"/>
            <w:r>
              <w:t>penguasaan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daya</w:t>
            </w:r>
            <w:proofErr w:type="spellEnd"/>
            <w:r>
              <w:t xml:space="preserve"> </w:t>
            </w:r>
            <w:proofErr w:type="spellStart"/>
            <w:r>
              <w:t>alam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7"/>
        <w:gridCol w:w="6789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35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lastRenderedPageBreak/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Kekerasan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transformasi</w:t>
            </w:r>
            <w:proofErr w:type="spellEnd"/>
            <w:r>
              <w:t xml:space="preserve"> </w:t>
            </w:r>
            <w:proofErr w:type="spellStart"/>
            <w:r>
              <w:t>kekerasan</w:t>
            </w:r>
            <w:proofErr w:type="spellEnd"/>
            <w:r>
              <w:t xml:space="preserve"> </w:t>
            </w:r>
            <w:proofErr w:type="spellStart"/>
            <w:r>
              <w:t>kolektif</w:t>
            </w:r>
            <w:proofErr w:type="spellEnd"/>
            <w:r>
              <w:t xml:space="preserve"> di era digital (cyberbullying).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F1126">
            <w:r>
              <w:t>C4</w:t>
            </w:r>
            <w:r w:rsidR="001E1470">
              <w:t xml:space="preserve"> (</w:t>
            </w:r>
            <w:proofErr w:type="spellStart"/>
            <w:r w:rsidR="001E1470">
              <w:t>Menganalisis</w:t>
            </w:r>
            <w:proofErr w:type="spellEnd"/>
            <w:r w:rsidR="001E1470"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Kompleks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r>
              <w:t xml:space="preserve">Data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peningkatan</w:t>
            </w:r>
            <w:proofErr w:type="spellEnd"/>
            <w:r>
              <w:t xml:space="preserve"> </w:t>
            </w:r>
            <w:proofErr w:type="spellStart"/>
            <w:r>
              <w:t>kasus</w:t>
            </w:r>
            <w:proofErr w:type="spellEnd"/>
            <w:r>
              <w:t xml:space="preserve"> </w:t>
            </w:r>
            <w:proofErr w:type="spellStart"/>
            <w:r>
              <w:t>depresi</w:t>
            </w:r>
            <w:proofErr w:type="spellEnd"/>
            <w:r>
              <w:t xml:space="preserve"> di </w:t>
            </w:r>
            <w:proofErr w:type="spellStart"/>
            <w:r>
              <w:t>kalangan</w:t>
            </w:r>
            <w:proofErr w:type="spellEnd"/>
            <w:r>
              <w:t xml:space="preserve"> </w:t>
            </w:r>
            <w:proofErr w:type="spellStart"/>
            <w:r>
              <w:t>remaja</w:t>
            </w:r>
            <w:proofErr w:type="spellEnd"/>
            <w:r>
              <w:t xml:space="preserve"> yang </w:t>
            </w:r>
            <w:proofErr w:type="spellStart"/>
            <w:r>
              <w:t>disebabkan</w:t>
            </w:r>
            <w:proofErr w:type="spellEnd"/>
            <w:r>
              <w:t xml:space="preserve"> oleh </w:t>
            </w:r>
            <w:proofErr w:type="spellStart"/>
            <w:r>
              <w:t>komentar</w:t>
            </w:r>
            <w:proofErr w:type="spellEnd"/>
            <w:r>
              <w:t xml:space="preserve"> </w:t>
            </w:r>
            <w:proofErr w:type="spellStart"/>
            <w:r>
              <w:t>negatif</w:t>
            </w:r>
            <w:proofErr w:type="spellEnd"/>
            <w:r>
              <w:t xml:space="preserve"> dan </w:t>
            </w:r>
            <w:proofErr w:type="spellStart"/>
            <w:r>
              <w:t>penyebaran</w:t>
            </w:r>
            <w:proofErr w:type="spellEnd"/>
            <w:r>
              <w:t xml:space="preserve"> rumor </w:t>
            </w:r>
            <w:proofErr w:type="spellStart"/>
            <w:r>
              <w:t>palsu</w:t>
            </w:r>
            <w:proofErr w:type="spellEnd"/>
            <w:r>
              <w:t xml:space="preserve"> di media </w:t>
            </w:r>
            <w:proofErr w:type="spellStart"/>
            <w:r>
              <w:t>sosial</w:t>
            </w:r>
            <w:proofErr w:type="spellEnd"/>
            <w:r>
              <w:t xml:space="preserve">. </w:t>
            </w:r>
            <w:proofErr w:type="spellStart"/>
            <w:r>
              <w:t>Meskipun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melibatkan</w:t>
            </w:r>
            <w:proofErr w:type="spellEnd"/>
            <w:r>
              <w:t xml:space="preserve"> </w:t>
            </w:r>
            <w:proofErr w:type="spellStart"/>
            <w:r>
              <w:t>kontak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, </w:t>
            </w:r>
            <w:proofErr w:type="spellStart"/>
            <w:r>
              <w:t>serangan-serangan</w:t>
            </w:r>
            <w:proofErr w:type="spellEnd"/>
            <w:r>
              <w:t xml:space="preserve"> verbal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dilakukan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sistematis</w:t>
            </w:r>
            <w:proofErr w:type="spellEnd"/>
            <w:r>
              <w:t xml:space="preserve"> oleh </w:t>
            </w:r>
            <w:proofErr w:type="spellStart"/>
            <w:r>
              <w:t>sekelompok</w:t>
            </w:r>
            <w:proofErr w:type="spellEnd"/>
            <w:r>
              <w:t xml:space="preserve"> orang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menjatuhkan</w:t>
            </w:r>
            <w:proofErr w:type="spellEnd"/>
            <w:r>
              <w:t xml:space="preserve"> </w:t>
            </w:r>
            <w:proofErr w:type="spellStart"/>
            <w:r>
              <w:t>reputasi</w:t>
            </w:r>
            <w:proofErr w:type="spellEnd"/>
            <w:r>
              <w:t xml:space="preserve"> korban (cyberbullying). </w:t>
            </w:r>
            <w:proofErr w:type="spellStart"/>
            <w:r>
              <w:t>Sosiolog</w:t>
            </w:r>
            <w:proofErr w:type="spellEnd"/>
            <w:r>
              <w:t xml:space="preserve"> </w:t>
            </w:r>
            <w:proofErr w:type="spellStart"/>
            <w:r>
              <w:t>berpendapat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evolusi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kekerasan</w:t>
            </w:r>
            <w:proofErr w:type="spellEnd"/>
            <w:r>
              <w:t xml:space="preserve"> di era digital.</w:t>
            </w:r>
          </w:p>
          <w:p w:rsidR="00AA1A0E" w:rsidRDefault="001E1470">
            <w:r>
              <w:t xml:space="preserve">Data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peningkatan</w:t>
            </w:r>
            <w:proofErr w:type="spellEnd"/>
            <w:r>
              <w:t xml:space="preserve"> </w:t>
            </w:r>
            <w:proofErr w:type="spellStart"/>
            <w:r>
              <w:t>kasus</w:t>
            </w:r>
            <w:proofErr w:type="spellEnd"/>
            <w:r>
              <w:t xml:space="preserve"> </w:t>
            </w:r>
            <w:proofErr w:type="spellStart"/>
            <w:r>
              <w:t>depresi</w:t>
            </w:r>
            <w:proofErr w:type="spellEnd"/>
            <w:r>
              <w:t xml:space="preserve"> di </w:t>
            </w:r>
            <w:proofErr w:type="spellStart"/>
            <w:r>
              <w:t>kalangan</w:t>
            </w:r>
            <w:proofErr w:type="spellEnd"/>
            <w:r>
              <w:t xml:space="preserve"> </w:t>
            </w:r>
            <w:proofErr w:type="spellStart"/>
            <w:r>
              <w:t>remaja</w:t>
            </w:r>
            <w:proofErr w:type="spellEnd"/>
            <w:r>
              <w:t xml:space="preserve"> yang </w:t>
            </w:r>
            <w:proofErr w:type="spellStart"/>
            <w:r>
              <w:t>disebabkan</w:t>
            </w:r>
            <w:proofErr w:type="spellEnd"/>
            <w:r>
              <w:t xml:space="preserve"> oleh </w:t>
            </w:r>
            <w:proofErr w:type="spellStart"/>
            <w:r>
              <w:t>komentar</w:t>
            </w:r>
            <w:proofErr w:type="spellEnd"/>
            <w:r>
              <w:t xml:space="preserve"> </w:t>
            </w:r>
            <w:proofErr w:type="spellStart"/>
            <w:r>
              <w:t>negatif</w:t>
            </w:r>
            <w:proofErr w:type="spellEnd"/>
            <w:r>
              <w:t xml:space="preserve"> dan </w:t>
            </w:r>
            <w:proofErr w:type="spellStart"/>
            <w:r>
              <w:t>penyebaran</w:t>
            </w:r>
            <w:proofErr w:type="spellEnd"/>
            <w:r>
              <w:t xml:space="preserve"> rumor </w:t>
            </w:r>
            <w:proofErr w:type="spellStart"/>
            <w:r>
              <w:t>palsu</w:t>
            </w:r>
            <w:proofErr w:type="spellEnd"/>
            <w:r>
              <w:t xml:space="preserve"> di media </w:t>
            </w:r>
            <w:proofErr w:type="spellStart"/>
            <w:r>
              <w:t>sosial</w:t>
            </w:r>
            <w:proofErr w:type="spellEnd"/>
            <w:r>
              <w:t xml:space="preserve">. </w:t>
            </w:r>
            <w:proofErr w:type="spellStart"/>
            <w:r>
              <w:t>Meskipun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melibatkan</w:t>
            </w:r>
            <w:proofErr w:type="spellEnd"/>
            <w:r>
              <w:t xml:space="preserve"> </w:t>
            </w:r>
            <w:proofErr w:type="spellStart"/>
            <w:r>
              <w:t>kontak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, </w:t>
            </w:r>
            <w:proofErr w:type="spellStart"/>
            <w:r>
              <w:t>serangan-serangan</w:t>
            </w:r>
            <w:proofErr w:type="spellEnd"/>
            <w:r>
              <w:t xml:space="preserve"> verbal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dilakukan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sistematis</w:t>
            </w:r>
            <w:proofErr w:type="spellEnd"/>
            <w:r>
              <w:t xml:space="preserve"> oleh </w:t>
            </w:r>
            <w:proofErr w:type="spellStart"/>
            <w:r>
              <w:t>sekelompok</w:t>
            </w:r>
            <w:proofErr w:type="spellEnd"/>
            <w:r>
              <w:t xml:space="preserve"> orang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menjatuhkan</w:t>
            </w:r>
            <w:proofErr w:type="spellEnd"/>
            <w:r>
              <w:t xml:space="preserve"> </w:t>
            </w:r>
            <w:proofErr w:type="spellStart"/>
            <w:r>
              <w:t>reputasi</w:t>
            </w:r>
            <w:proofErr w:type="spellEnd"/>
            <w:r>
              <w:t xml:space="preserve"> korban (cyberbullying). </w:t>
            </w:r>
            <w:proofErr w:type="spellStart"/>
            <w:r>
              <w:t>Sosiolog</w:t>
            </w:r>
            <w:proofErr w:type="spellEnd"/>
            <w:r>
              <w:t xml:space="preserve"> </w:t>
            </w:r>
            <w:proofErr w:type="spellStart"/>
            <w:r>
              <w:t>berpendapat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evolusi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kekerasan</w:t>
            </w:r>
            <w:proofErr w:type="spellEnd"/>
            <w:r>
              <w:t xml:space="preserve"> di era digital.</w:t>
            </w:r>
          </w:p>
          <w:p w:rsidR="00AA1A0E" w:rsidRDefault="00AA1A0E"/>
          <w:p w:rsidR="00AA1A0E" w:rsidRDefault="001E1470">
            <w:proofErr w:type="spellStart"/>
            <w:r>
              <w:t>Manakah</w:t>
            </w:r>
            <w:proofErr w:type="spellEnd"/>
            <w:r>
              <w:t xml:space="preserve"> </w:t>
            </w:r>
            <w:proofErr w:type="spellStart"/>
            <w:r>
              <w:t>pernyataan</w:t>
            </w:r>
            <w:proofErr w:type="spellEnd"/>
            <w:r>
              <w:t xml:space="preserve"> yang </w:t>
            </w:r>
            <w:proofErr w:type="spellStart"/>
            <w:r>
              <w:t>benar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kekerasan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dilihat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sudut</w:t>
            </w:r>
            <w:proofErr w:type="spellEnd"/>
            <w:r>
              <w:t xml:space="preserve"> </w:t>
            </w:r>
            <w:proofErr w:type="spellStart"/>
            <w:r>
              <w:t>pandang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?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Cyberbullying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kekerasan</w:t>
            </w:r>
            <w:proofErr w:type="spellEnd"/>
            <w:r>
              <w:t xml:space="preserve"> </w:t>
            </w:r>
            <w:proofErr w:type="spellStart"/>
            <w:r>
              <w:t>psikis</w:t>
            </w:r>
            <w:proofErr w:type="spellEnd"/>
            <w:r>
              <w:t xml:space="preserve"> yang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berdampak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permanen</w:t>
            </w:r>
            <w:proofErr w:type="spellEnd"/>
            <w:r>
              <w:t xml:space="preserve"> </w:t>
            </w:r>
            <w:proofErr w:type="spellStart"/>
            <w:r>
              <w:t>dibandingkan</w:t>
            </w:r>
            <w:proofErr w:type="spellEnd"/>
            <w:r>
              <w:t xml:space="preserve"> </w:t>
            </w:r>
            <w:proofErr w:type="spellStart"/>
            <w:r>
              <w:t>kekerasan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menyerang</w:t>
            </w:r>
            <w:proofErr w:type="spellEnd"/>
            <w:r>
              <w:t xml:space="preserve"> </w:t>
            </w:r>
            <w:proofErr w:type="spellStart"/>
            <w:r>
              <w:t>mentalitas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kekerasan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selalu</w:t>
            </w:r>
            <w:proofErr w:type="spellEnd"/>
            <w:r>
              <w:t xml:space="preserve"> </w:t>
            </w:r>
            <w:proofErr w:type="spellStart"/>
            <w:r>
              <w:t>membutuhkan</w:t>
            </w:r>
            <w:proofErr w:type="spellEnd"/>
            <w:r>
              <w:t xml:space="preserve"> </w:t>
            </w:r>
            <w:proofErr w:type="spellStart"/>
            <w:r>
              <w:t>kehadiran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 </w:t>
            </w:r>
            <w:proofErr w:type="spellStart"/>
            <w:r>
              <w:t>aktor</w:t>
            </w:r>
            <w:proofErr w:type="spellEnd"/>
            <w:r>
              <w:t xml:space="preserve">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tetap</w:t>
            </w:r>
            <w:proofErr w:type="spellEnd"/>
            <w:r>
              <w:t xml:space="preserve">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kekuatan</w:t>
            </w:r>
            <w:proofErr w:type="spellEnd"/>
            <w:r>
              <w:t xml:space="preserve"> yang </w:t>
            </w:r>
            <w:proofErr w:type="spellStart"/>
            <w:r>
              <w:t>timpang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Kekerasan</w:t>
            </w:r>
            <w:proofErr w:type="spellEnd"/>
            <w:r>
              <w:t xml:space="preserve"> digital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dikategorikan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kekerasan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(direct violence)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kerusakannya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dilihat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kasat</w:t>
            </w:r>
            <w:proofErr w:type="spellEnd"/>
            <w:r>
              <w:t xml:space="preserve"> </w:t>
            </w:r>
            <w:proofErr w:type="spellStart"/>
            <w:r>
              <w:t>mata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Serangan</w:t>
            </w:r>
            <w:proofErr w:type="spellEnd"/>
            <w:r>
              <w:t xml:space="preserve"> verbal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massal</w:t>
            </w:r>
            <w:proofErr w:type="spellEnd"/>
            <w:r>
              <w:t xml:space="preserve"> di media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dianggap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kekerasan</w:t>
            </w:r>
            <w:proofErr w:type="spellEnd"/>
            <w:r>
              <w:t xml:space="preserve"> </w:t>
            </w:r>
            <w:proofErr w:type="spellStart"/>
            <w:r>
              <w:t>kolektif</w:t>
            </w:r>
            <w:proofErr w:type="spellEnd"/>
            <w:r>
              <w:t xml:space="preserve"> yang </w:t>
            </w:r>
            <w:proofErr w:type="spellStart"/>
            <w:r>
              <w:t>bertujuan</w:t>
            </w:r>
            <w:proofErr w:type="spellEnd"/>
            <w:r>
              <w:t xml:space="preserve"> </w:t>
            </w:r>
            <w:proofErr w:type="spellStart"/>
            <w:r>
              <w:t>mendominasi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</w:t>
            </w:r>
            <w:proofErr w:type="spellStart"/>
            <w:r>
              <w:t>publik</w:t>
            </w:r>
            <w:proofErr w:type="spellEnd"/>
            <w:r>
              <w:t xml:space="preserve"> digital.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Negara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peran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menangani</w:t>
            </w:r>
            <w:proofErr w:type="spellEnd"/>
            <w:r>
              <w:t xml:space="preserve"> </w:t>
            </w:r>
            <w:proofErr w:type="spellStart"/>
            <w:r>
              <w:t>kekerasan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media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ranah</w:t>
            </w:r>
            <w:proofErr w:type="spellEnd"/>
            <w:r>
              <w:t xml:space="preserve"> </w:t>
            </w:r>
            <w:proofErr w:type="spellStart"/>
            <w:r>
              <w:t>privat</w:t>
            </w:r>
            <w:proofErr w:type="spellEnd"/>
            <w:r>
              <w:t xml:space="preserve"> </w:t>
            </w:r>
            <w:proofErr w:type="spellStart"/>
            <w:r>
              <w:t>individu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bersinggungan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integrasi</w:t>
            </w:r>
            <w:proofErr w:type="spellEnd"/>
            <w:r>
              <w:t xml:space="preserve"> </w:t>
            </w:r>
            <w:proofErr w:type="spellStart"/>
            <w:r>
              <w:t>nasional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Manakah</w:t>
            </w:r>
            <w:proofErr w:type="spellEnd"/>
            <w:r>
              <w:t xml:space="preserve"> </w:t>
            </w:r>
            <w:proofErr w:type="spellStart"/>
            <w:r>
              <w:t>pernyataan</w:t>
            </w:r>
            <w:proofErr w:type="spellEnd"/>
            <w:r>
              <w:t xml:space="preserve"> yang </w:t>
            </w:r>
            <w:proofErr w:type="spellStart"/>
            <w:r>
              <w:t>benar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kekerasan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dilihat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sudut</w:t>
            </w:r>
            <w:proofErr w:type="spellEnd"/>
            <w:r>
              <w:t xml:space="preserve"> </w:t>
            </w:r>
            <w:proofErr w:type="spellStart"/>
            <w:r>
              <w:t>pandang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?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Cyberbullying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kekerasan</w:t>
            </w:r>
            <w:proofErr w:type="spellEnd"/>
            <w:r>
              <w:t xml:space="preserve"> </w:t>
            </w:r>
            <w:proofErr w:type="spellStart"/>
            <w:r>
              <w:t>psikis</w:t>
            </w:r>
            <w:proofErr w:type="spellEnd"/>
            <w:r>
              <w:t xml:space="preserve"> yang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berdampak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permanen</w:t>
            </w:r>
            <w:proofErr w:type="spellEnd"/>
            <w:r>
              <w:t xml:space="preserve"> </w:t>
            </w:r>
            <w:proofErr w:type="spellStart"/>
            <w:r>
              <w:t>dibandingkan</w:t>
            </w:r>
            <w:proofErr w:type="spellEnd"/>
            <w:r>
              <w:t xml:space="preserve"> </w:t>
            </w:r>
            <w:proofErr w:type="spellStart"/>
            <w:r>
              <w:t>kekerasan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menyerang</w:t>
            </w:r>
            <w:proofErr w:type="spellEnd"/>
            <w:r>
              <w:t xml:space="preserve"> </w:t>
            </w:r>
            <w:proofErr w:type="spellStart"/>
            <w:r>
              <w:t>mentalitas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kekerasan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selalu</w:t>
            </w:r>
            <w:proofErr w:type="spellEnd"/>
            <w:r>
              <w:t xml:space="preserve"> </w:t>
            </w:r>
            <w:proofErr w:type="spellStart"/>
            <w:r>
              <w:t>membutuhkan</w:t>
            </w:r>
            <w:proofErr w:type="spellEnd"/>
            <w:r>
              <w:t xml:space="preserve"> </w:t>
            </w:r>
            <w:proofErr w:type="spellStart"/>
            <w:r>
              <w:t>kehadiran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 </w:t>
            </w:r>
            <w:proofErr w:type="spellStart"/>
            <w:r>
              <w:t>aktor</w:t>
            </w:r>
            <w:proofErr w:type="spellEnd"/>
            <w:r>
              <w:t xml:space="preserve">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tetap</w:t>
            </w:r>
            <w:proofErr w:type="spellEnd"/>
            <w:r>
              <w:t xml:space="preserve">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kekuatan</w:t>
            </w:r>
            <w:proofErr w:type="spellEnd"/>
            <w:r>
              <w:t xml:space="preserve"> yang </w:t>
            </w:r>
            <w:proofErr w:type="spellStart"/>
            <w:r>
              <w:t>timpang</w:t>
            </w:r>
            <w:proofErr w:type="spellEnd"/>
            <w:r>
              <w:t>.</w:t>
            </w:r>
          </w:p>
          <w:p w:rsidR="00AA1A0E" w:rsidRDefault="001E1470">
            <w:r>
              <w:lastRenderedPageBreak/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Kekerasan</w:t>
            </w:r>
            <w:proofErr w:type="spellEnd"/>
            <w:r>
              <w:t xml:space="preserve"> digital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dikategorikan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kekerasan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(direct violence)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kerusakannya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dilihat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kasat</w:t>
            </w:r>
            <w:proofErr w:type="spellEnd"/>
            <w:r>
              <w:t xml:space="preserve"> </w:t>
            </w:r>
            <w:proofErr w:type="spellStart"/>
            <w:r>
              <w:t>mata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Serangan</w:t>
            </w:r>
            <w:proofErr w:type="spellEnd"/>
            <w:r>
              <w:t xml:space="preserve"> verbal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massal</w:t>
            </w:r>
            <w:proofErr w:type="spellEnd"/>
            <w:r>
              <w:t xml:space="preserve"> di media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dianggap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kekerasan</w:t>
            </w:r>
            <w:proofErr w:type="spellEnd"/>
            <w:r>
              <w:t xml:space="preserve"> </w:t>
            </w:r>
            <w:proofErr w:type="spellStart"/>
            <w:r>
              <w:t>kolektif</w:t>
            </w:r>
            <w:proofErr w:type="spellEnd"/>
            <w:r>
              <w:t xml:space="preserve"> yang </w:t>
            </w:r>
            <w:proofErr w:type="spellStart"/>
            <w:r>
              <w:t>bertujuan</w:t>
            </w:r>
            <w:proofErr w:type="spellEnd"/>
            <w:r>
              <w:t xml:space="preserve"> </w:t>
            </w:r>
            <w:proofErr w:type="spellStart"/>
            <w:r>
              <w:t>mendominasi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</w:t>
            </w:r>
            <w:proofErr w:type="spellStart"/>
            <w:r>
              <w:t>publik</w:t>
            </w:r>
            <w:proofErr w:type="spellEnd"/>
            <w:r>
              <w:t xml:space="preserve"> digital.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Negara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peran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menangani</w:t>
            </w:r>
            <w:proofErr w:type="spellEnd"/>
            <w:r>
              <w:t xml:space="preserve"> </w:t>
            </w:r>
            <w:proofErr w:type="spellStart"/>
            <w:r>
              <w:t>kekerasan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media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ranah</w:t>
            </w:r>
            <w:proofErr w:type="spellEnd"/>
            <w:r>
              <w:t xml:space="preserve"> </w:t>
            </w:r>
            <w:proofErr w:type="spellStart"/>
            <w:r>
              <w:t>privat</w:t>
            </w:r>
            <w:proofErr w:type="spellEnd"/>
            <w:r>
              <w:t xml:space="preserve"> </w:t>
            </w:r>
            <w:proofErr w:type="spellStart"/>
            <w:r>
              <w:t>individu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bersinggungan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integrasi</w:t>
            </w:r>
            <w:proofErr w:type="spellEnd"/>
            <w:r>
              <w:t xml:space="preserve"> </w:t>
            </w:r>
            <w:proofErr w:type="spellStart"/>
            <w:r>
              <w:t>nasional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Pernyataan</w:t>
            </w:r>
            <w:proofErr w:type="spellEnd"/>
            <w:r>
              <w:t xml:space="preserve"> 1, 2, dan 4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Kekerasan</w:t>
            </w:r>
            <w:proofErr w:type="spellEnd"/>
            <w:r>
              <w:t xml:space="preserve"> digital </w:t>
            </w:r>
            <w:proofErr w:type="spellStart"/>
            <w:r>
              <w:t>berwujud</w:t>
            </w:r>
            <w:proofErr w:type="spellEnd"/>
            <w:r>
              <w:t xml:space="preserve"> </w:t>
            </w:r>
            <w:proofErr w:type="spellStart"/>
            <w:r>
              <w:t>kekerasan</w:t>
            </w:r>
            <w:proofErr w:type="spellEnd"/>
            <w:r>
              <w:t xml:space="preserve"> </w:t>
            </w:r>
            <w:proofErr w:type="spellStart"/>
            <w:r>
              <w:t>psikis</w:t>
            </w:r>
            <w:proofErr w:type="spellEnd"/>
            <w:r>
              <w:t xml:space="preserve"> dan </w:t>
            </w:r>
            <w:proofErr w:type="spellStart"/>
            <w:r>
              <w:t>kolektif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relasi</w:t>
            </w:r>
            <w:proofErr w:type="spellEnd"/>
            <w:r>
              <w:t xml:space="preserve"> </w:t>
            </w:r>
            <w:proofErr w:type="spellStart"/>
            <w:r>
              <w:t>kuasa</w:t>
            </w:r>
            <w:proofErr w:type="spellEnd"/>
            <w:r>
              <w:t xml:space="preserve"> yang </w:t>
            </w:r>
            <w:proofErr w:type="spellStart"/>
            <w:r>
              <w:t>tetap</w:t>
            </w:r>
            <w:proofErr w:type="spellEnd"/>
            <w:r>
              <w:t xml:space="preserve"> </w:t>
            </w:r>
            <w:proofErr w:type="spellStart"/>
            <w:r>
              <w:t>timpang</w:t>
            </w:r>
            <w:proofErr w:type="spellEnd"/>
            <w:r>
              <w:t xml:space="preserve"> </w:t>
            </w:r>
            <w:proofErr w:type="spellStart"/>
            <w:r>
              <w:t>meski</w:t>
            </w:r>
            <w:proofErr w:type="spellEnd"/>
            <w:r>
              <w:t xml:space="preserve"> non-</w:t>
            </w:r>
            <w:proofErr w:type="spellStart"/>
            <w:r>
              <w:t>fisik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0"/>
        <w:gridCol w:w="6796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36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Integrasi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merekomendasikan</w:t>
            </w:r>
            <w:proofErr w:type="spellEnd"/>
            <w:r>
              <w:t xml:space="preserve"> </w:t>
            </w:r>
            <w:proofErr w:type="spellStart"/>
            <w:r>
              <w:t>strategi</w:t>
            </w:r>
            <w:proofErr w:type="spellEnd"/>
            <w:r>
              <w:t xml:space="preserve"> </w:t>
            </w:r>
            <w:proofErr w:type="spellStart"/>
            <w:r>
              <w:t>resolusi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buruh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F1126">
            <w:r>
              <w:t>C5</w:t>
            </w:r>
            <w:r w:rsidR="001E1470">
              <w:t xml:space="preserve"> (</w:t>
            </w:r>
            <w:proofErr w:type="spellStart"/>
            <w:r w:rsidR="001E1470">
              <w:t>Mengevaluasi</w:t>
            </w:r>
            <w:proofErr w:type="spellEnd"/>
            <w:r w:rsidR="001E1470"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Kompleks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negosiasi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serikat</w:t>
            </w:r>
            <w:proofErr w:type="spellEnd"/>
            <w:r>
              <w:t xml:space="preserve"> </w:t>
            </w:r>
            <w:proofErr w:type="spellStart"/>
            <w:r>
              <w:t>buruh</w:t>
            </w:r>
            <w:proofErr w:type="spellEnd"/>
            <w:r>
              <w:t xml:space="preserve"> dan </w:t>
            </w:r>
            <w:proofErr w:type="spellStart"/>
            <w:r>
              <w:t>manajemen</w:t>
            </w:r>
            <w:proofErr w:type="spellEnd"/>
            <w:r>
              <w:t xml:space="preserve"> </w:t>
            </w:r>
            <w:proofErr w:type="spellStart"/>
            <w:r>
              <w:t>pabrik</w:t>
            </w:r>
            <w:proofErr w:type="spellEnd"/>
            <w:r>
              <w:t xml:space="preserve"> </w:t>
            </w:r>
            <w:proofErr w:type="spellStart"/>
            <w:r>
              <w:t>sepatu</w:t>
            </w:r>
            <w:proofErr w:type="spellEnd"/>
            <w:r>
              <w:t xml:space="preserve"> </w:t>
            </w:r>
            <w:proofErr w:type="spellStart"/>
            <w:r>
              <w:t>menemui</w:t>
            </w:r>
            <w:proofErr w:type="spellEnd"/>
            <w:r>
              <w:t xml:space="preserve"> </w:t>
            </w:r>
            <w:proofErr w:type="spellStart"/>
            <w:r>
              <w:t>jalan</w:t>
            </w:r>
            <w:proofErr w:type="spellEnd"/>
            <w:r>
              <w:t xml:space="preserve"> </w:t>
            </w:r>
            <w:proofErr w:type="spellStart"/>
            <w:r>
              <w:t>buntu</w:t>
            </w:r>
            <w:proofErr w:type="spellEnd"/>
            <w:r>
              <w:t xml:space="preserve"> (deadlock)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kenaikan</w:t>
            </w:r>
            <w:proofErr w:type="spellEnd"/>
            <w:r>
              <w:t xml:space="preserve"> </w:t>
            </w:r>
            <w:proofErr w:type="spellStart"/>
            <w:r>
              <w:t>upah</w:t>
            </w:r>
            <w:proofErr w:type="spellEnd"/>
            <w:r>
              <w:t xml:space="preserve"> minimum.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buruh</w:t>
            </w:r>
            <w:proofErr w:type="spellEnd"/>
            <w:r>
              <w:t xml:space="preserve"> </w:t>
            </w:r>
            <w:proofErr w:type="spellStart"/>
            <w:r>
              <w:t>mengancam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mogok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nasional</w:t>
            </w:r>
            <w:proofErr w:type="spellEnd"/>
            <w:r>
              <w:t xml:space="preserve">, </w:t>
            </w:r>
            <w:proofErr w:type="spellStart"/>
            <w:r>
              <w:t>sementara</w:t>
            </w:r>
            <w:proofErr w:type="spellEnd"/>
            <w:r>
              <w:t xml:space="preserve"> </w:t>
            </w:r>
            <w:proofErr w:type="spellStart"/>
            <w:r>
              <w:t>manajemen</w:t>
            </w:r>
            <w:proofErr w:type="spellEnd"/>
            <w:r>
              <w:t xml:space="preserve"> </w:t>
            </w:r>
            <w:proofErr w:type="spellStart"/>
            <w:r>
              <w:t>mengancam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PHK </w:t>
            </w:r>
            <w:proofErr w:type="spellStart"/>
            <w:r>
              <w:t>massal</w:t>
            </w:r>
            <w:proofErr w:type="spellEnd"/>
            <w:r>
              <w:t xml:space="preserve"> </w:t>
            </w:r>
            <w:proofErr w:type="spellStart"/>
            <w:r>
              <w:t>jika</w:t>
            </w:r>
            <w:proofErr w:type="spellEnd"/>
            <w:r>
              <w:t xml:space="preserve"> </w:t>
            </w:r>
            <w:proofErr w:type="spellStart"/>
            <w:r>
              <w:t>produksi</w:t>
            </w:r>
            <w:proofErr w:type="spellEnd"/>
            <w:r>
              <w:t xml:space="preserve"> </w:t>
            </w:r>
            <w:proofErr w:type="spellStart"/>
            <w:r>
              <w:t>terhenti</w:t>
            </w:r>
            <w:proofErr w:type="spellEnd"/>
            <w:r>
              <w:t xml:space="preserve">. </w:t>
            </w:r>
            <w:proofErr w:type="spellStart"/>
            <w:r>
              <w:t>Seorang</w:t>
            </w:r>
            <w:proofErr w:type="spellEnd"/>
            <w:r>
              <w:t xml:space="preserve"> mediator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Dinas</w:t>
            </w:r>
            <w:proofErr w:type="spellEnd"/>
            <w:r>
              <w:t xml:space="preserve"> Tenaga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mencoba</w:t>
            </w:r>
            <w:proofErr w:type="spellEnd"/>
            <w:r>
              <w:t xml:space="preserve"> </w:t>
            </w:r>
            <w:proofErr w:type="spellStart"/>
            <w:r>
              <w:t>menengahi</w:t>
            </w:r>
            <w:proofErr w:type="spellEnd"/>
            <w:r>
              <w:t xml:space="preserve">,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belah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tetap</w:t>
            </w:r>
            <w:proofErr w:type="spellEnd"/>
            <w:r>
              <w:t xml:space="preserve"> </w:t>
            </w:r>
            <w:proofErr w:type="spellStart"/>
            <w:r>
              <w:t>keras</w:t>
            </w:r>
            <w:proofErr w:type="spellEnd"/>
            <w:r>
              <w:t xml:space="preserve"> pada </w:t>
            </w:r>
            <w:proofErr w:type="spellStart"/>
            <w:r>
              <w:t>pendiriannya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mau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konsesi</w:t>
            </w:r>
            <w:proofErr w:type="spellEnd"/>
            <w:r>
              <w:t xml:space="preserve"> </w:t>
            </w:r>
            <w:proofErr w:type="spellStart"/>
            <w:r>
              <w:t>apa</w:t>
            </w:r>
            <w:proofErr w:type="spellEnd"/>
            <w:r>
              <w:t xml:space="preserve"> pun.</w:t>
            </w:r>
          </w:p>
          <w:p w:rsidR="00AA1A0E" w:rsidRDefault="001E1470"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negosiasi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serikat</w:t>
            </w:r>
            <w:proofErr w:type="spellEnd"/>
            <w:r>
              <w:t xml:space="preserve"> </w:t>
            </w:r>
            <w:proofErr w:type="spellStart"/>
            <w:r>
              <w:t>buruh</w:t>
            </w:r>
            <w:proofErr w:type="spellEnd"/>
            <w:r>
              <w:t xml:space="preserve"> dan </w:t>
            </w:r>
            <w:proofErr w:type="spellStart"/>
            <w:r>
              <w:t>manajemen</w:t>
            </w:r>
            <w:proofErr w:type="spellEnd"/>
            <w:r>
              <w:t xml:space="preserve"> </w:t>
            </w:r>
            <w:proofErr w:type="spellStart"/>
            <w:r>
              <w:t>pabrik</w:t>
            </w:r>
            <w:proofErr w:type="spellEnd"/>
            <w:r>
              <w:t xml:space="preserve"> </w:t>
            </w:r>
            <w:proofErr w:type="spellStart"/>
            <w:r>
              <w:t>sepatu</w:t>
            </w:r>
            <w:proofErr w:type="spellEnd"/>
            <w:r>
              <w:t xml:space="preserve"> </w:t>
            </w:r>
            <w:proofErr w:type="spellStart"/>
            <w:r>
              <w:t>menemui</w:t>
            </w:r>
            <w:proofErr w:type="spellEnd"/>
            <w:r>
              <w:t xml:space="preserve"> </w:t>
            </w:r>
            <w:proofErr w:type="spellStart"/>
            <w:r>
              <w:t>jalan</w:t>
            </w:r>
            <w:proofErr w:type="spellEnd"/>
            <w:r>
              <w:t xml:space="preserve"> </w:t>
            </w:r>
            <w:proofErr w:type="spellStart"/>
            <w:r>
              <w:t>buntu</w:t>
            </w:r>
            <w:proofErr w:type="spellEnd"/>
            <w:r>
              <w:t xml:space="preserve"> (deadlock)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kenaikan</w:t>
            </w:r>
            <w:proofErr w:type="spellEnd"/>
            <w:r>
              <w:t xml:space="preserve"> </w:t>
            </w:r>
            <w:proofErr w:type="spellStart"/>
            <w:r>
              <w:t>upah</w:t>
            </w:r>
            <w:proofErr w:type="spellEnd"/>
            <w:r>
              <w:t xml:space="preserve"> minimum.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buruh</w:t>
            </w:r>
            <w:proofErr w:type="spellEnd"/>
            <w:r>
              <w:t xml:space="preserve"> </w:t>
            </w:r>
            <w:proofErr w:type="spellStart"/>
            <w:r>
              <w:t>mengancam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mogok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nasional</w:t>
            </w:r>
            <w:proofErr w:type="spellEnd"/>
            <w:r>
              <w:t xml:space="preserve">, </w:t>
            </w:r>
            <w:proofErr w:type="spellStart"/>
            <w:r>
              <w:t>sementara</w:t>
            </w:r>
            <w:proofErr w:type="spellEnd"/>
            <w:r>
              <w:t xml:space="preserve"> </w:t>
            </w:r>
            <w:proofErr w:type="spellStart"/>
            <w:r>
              <w:t>manajemen</w:t>
            </w:r>
            <w:proofErr w:type="spellEnd"/>
            <w:r>
              <w:t xml:space="preserve"> </w:t>
            </w:r>
            <w:proofErr w:type="spellStart"/>
            <w:r>
              <w:t>mengancam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PHK </w:t>
            </w:r>
            <w:proofErr w:type="spellStart"/>
            <w:r>
              <w:t>massal</w:t>
            </w:r>
            <w:proofErr w:type="spellEnd"/>
            <w:r>
              <w:t xml:space="preserve"> </w:t>
            </w:r>
            <w:proofErr w:type="spellStart"/>
            <w:r>
              <w:t>jika</w:t>
            </w:r>
            <w:proofErr w:type="spellEnd"/>
            <w:r>
              <w:t xml:space="preserve"> </w:t>
            </w:r>
            <w:proofErr w:type="spellStart"/>
            <w:r>
              <w:t>produksi</w:t>
            </w:r>
            <w:proofErr w:type="spellEnd"/>
            <w:r>
              <w:t xml:space="preserve"> </w:t>
            </w:r>
            <w:proofErr w:type="spellStart"/>
            <w:r>
              <w:t>terhenti</w:t>
            </w:r>
            <w:proofErr w:type="spellEnd"/>
            <w:r>
              <w:t xml:space="preserve">. </w:t>
            </w:r>
            <w:proofErr w:type="spellStart"/>
            <w:r>
              <w:t>Seorang</w:t>
            </w:r>
            <w:proofErr w:type="spellEnd"/>
            <w:r>
              <w:t xml:space="preserve"> mediator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Dinas</w:t>
            </w:r>
            <w:proofErr w:type="spellEnd"/>
            <w:r>
              <w:t xml:space="preserve"> Tenaga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mencoba</w:t>
            </w:r>
            <w:proofErr w:type="spellEnd"/>
            <w:r>
              <w:t xml:space="preserve"> </w:t>
            </w:r>
            <w:proofErr w:type="spellStart"/>
            <w:r>
              <w:t>menengahi</w:t>
            </w:r>
            <w:proofErr w:type="spellEnd"/>
            <w:r>
              <w:t xml:space="preserve">,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belah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tetap</w:t>
            </w:r>
            <w:proofErr w:type="spellEnd"/>
            <w:r>
              <w:t xml:space="preserve"> </w:t>
            </w:r>
            <w:proofErr w:type="spellStart"/>
            <w:r>
              <w:t>keras</w:t>
            </w:r>
            <w:proofErr w:type="spellEnd"/>
            <w:r>
              <w:t xml:space="preserve"> pada </w:t>
            </w:r>
            <w:proofErr w:type="spellStart"/>
            <w:r>
              <w:t>pendiriannya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mau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konsesi</w:t>
            </w:r>
            <w:proofErr w:type="spellEnd"/>
            <w:r>
              <w:t xml:space="preserve"> </w:t>
            </w:r>
            <w:proofErr w:type="spellStart"/>
            <w:r>
              <w:t>apa</w:t>
            </w:r>
            <w:proofErr w:type="spellEnd"/>
            <w:r>
              <w:t xml:space="preserve"> pun.</w:t>
            </w:r>
          </w:p>
          <w:p w:rsidR="00AA1A0E" w:rsidRDefault="00AA1A0E"/>
          <w:p w:rsidR="00AA1A0E" w:rsidRDefault="001E1470">
            <w:proofErr w:type="spellStart"/>
            <w:r>
              <w:t>Jika</w:t>
            </w:r>
            <w:proofErr w:type="spellEnd"/>
            <w:r>
              <w:t xml:space="preserve"> Anda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ahli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yang </w:t>
            </w:r>
            <w:proofErr w:type="spellStart"/>
            <w:r>
              <w:t>diminta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rekomendasi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mencapai</w:t>
            </w:r>
            <w:proofErr w:type="spellEnd"/>
            <w:r>
              <w:t xml:space="preserve"> </w:t>
            </w:r>
            <w:proofErr w:type="spellStart"/>
            <w:r>
              <w:t>integrasi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kasus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, </w:t>
            </w:r>
            <w:proofErr w:type="spellStart"/>
            <w:r>
              <w:t>strategi</w:t>
            </w:r>
            <w:proofErr w:type="spellEnd"/>
            <w:r>
              <w:t xml:space="preserve"> </w:t>
            </w:r>
            <w:proofErr w:type="spellStart"/>
            <w:r>
              <w:t>manakah</w:t>
            </w:r>
            <w:proofErr w:type="spellEnd"/>
            <w:r>
              <w:t xml:space="preserve"> yang paling </w:t>
            </w:r>
            <w:proofErr w:type="spellStart"/>
            <w:r>
              <w:t>efektif</w:t>
            </w:r>
            <w:proofErr w:type="spellEnd"/>
            <w:r>
              <w:t>?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Menyarankan</w:t>
            </w:r>
            <w:proofErr w:type="spellEnd"/>
            <w:r>
              <w:t xml:space="preserve"> </w:t>
            </w:r>
            <w:proofErr w:type="spellStart"/>
            <w:r>
              <w:t>peralihan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mediasi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arbitrase</w:t>
            </w:r>
            <w:proofErr w:type="spellEnd"/>
            <w:r>
              <w:t xml:space="preserve">, di mana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ketiga</w:t>
            </w:r>
            <w:proofErr w:type="spellEnd"/>
            <w:r>
              <w:t xml:space="preserve"> </w:t>
            </w:r>
            <w:proofErr w:type="spellStart"/>
            <w:r>
              <w:t>diberikan</w:t>
            </w:r>
            <w:proofErr w:type="spellEnd"/>
            <w:r>
              <w:t xml:space="preserve"> </w:t>
            </w:r>
            <w:proofErr w:type="spellStart"/>
            <w:r>
              <w:t>wewenang</w:t>
            </w:r>
            <w:proofErr w:type="spellEnd"/>
            <w:r>
              <w:t xml:space="preserve"> </w:t>
            </w:r>
            <w:proofErr w:type="spellStart"/>
            <w:r>
              <w:t>penuh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mengambil</w:t>
            </w:r>
            <w:proofErr w:type="spellEnd"/>
            <w:r>
              <w:t xml:space="preserve"> </w:t>
            </w:r>
            <w:proofErr w:type="spellStart"/>
            <w:r>
              <w:t>keputusan</w:t>
            </w:r>
            <w:proofErr w:type="spellEnd"/>
            <w:r>
              <w:t xml:space="preserve"> yang </w:t>
            </w:r>
            <w:proofErr w:type="spellStart"/>
            <w:r>
              <w:t>mengikat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Mendorong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belah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kompromi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prinsip</w:t>
            </w:r>
            <w:proofErr w:type="spellEnd"/>
            <w:r>
              <w:t xml:space="preserve"> 'win-win solution' </w:t>
            </w:r>
            <w:proofErr w:type="spellStart"/>
            <w:r>
              <w:t>guna</w:t>
            </w:r>
            <w:proofErr w:type="spellEnd"/>
            <w:r>
              <w:t xml:space="preserve"> </w:t>
            </w:r>
            <w:proofErr w:type="spellStart"/>
            <w:r>
              <w:t>menjaga</w:t>
            </w:r>
            <w:proofErr w:type="spellEnd"/>
            <w:r>
              <w:t xml:space="preserve"> </w:t>
            </w:r>
            <w:proofErr w:type="spellStart"/>
            <w:r>
              <w:t>keberlangsungan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pabrik</w:t>
            </w:r>
            <w:proofErr w:type="spellEnd"/>
            <w:r>
              <w:t>.</w:t>
            </w:r>
          </w:p>
          <w:p w:rsidR="00AA1A0E" w:rsidRDefault="001E1470">
            <w:r>
              <w:lastRenderedPageBreak/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Membiarkan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mencapai</w:t>
            </w:r>
            <w:proofErr w:type="spellEnd"/>
            <w:r>
              <w:t xml:space="preserve"> </w:t>
            </w:r>
            <w:proofErr w:type="spellStart"/>
            <w:r>
              <w:t>tahap</w:t>
            </w:r>
            <w:proofErr w:type="spellEnd"/>
            <w:r>
              <w:t xml:space="preserve"> </w:t>
            </w:r>
            <w:proofErr w:type="spellStart"/>
            <w:r>
              <w:t>puncak</w:t>
            </w:r>
            <w:proofErr w:type="spellEnd"/>
            <w:r>
              <w:t xml:space="preserve"> (</w:t>
            </w:r>
            <w:proofErr w:type="spellStart"/>
            <w:r>
              <w:t>konfrontasi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) agar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belah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menyadari</w:t>
            </w:r>
            <w:proofErr w:type="spellEnd"/>
            <w:r>
              <w:t xml:space="preserve"> </w:t>
            </w:r>
            <w:proofErr w:type="spellStart"/>
            <w:r>
              <w:t>kerugian</w:t>
            </w:r>
            <w:proofErr w:type="spellEnd"/>
            <w:r>
              <w:t xml:space="preserve"> </w:t>
            </w:r>
            <w:proofErr w:type="spellStart"/>
            <w:r>
              <w:t>besar</w:t>
            </w:r>
            <w:proofErr w:type="spellEnd"/>
            <w:r>
              <w:t xml:space="preserve"> yang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alami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transformasi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mengubah</w:t>
            </w:r>
            <w:proofErr w:type="spellEnd"/>
            <w:r>
              <w:t xml:space="preserve"> </w:t>
            </w:r>
            <w:proofErr w:type="spellStart"/>
            <w:r>
              <w:t>fokus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sekadar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 </w:t>
            </w:r>
            <w:proofErr w:type="spellStart"/>
            <w:r>
              <w:t>upah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arah</w:t>
            </w:r>
            <w:proofErr w:type="spellEnd"/>
            <w:r>
              <w:t xml:space="preserve"> </w:t>
            </w:r>
            <w:proofErr w:type="spellStart"/>
            <w:r>
              <w:t>perbaikan</w:t>
            </w:r>
            <w:proofErr w:type="spellEnd"/>
            <w:r>
              <w:t xml:space="preserve"> </w:t>
            </w:r>
            <w:proofErr w:type="spellStart"/>
            <w:r>
              <w:t>kesejahteraan</w:t>
            </w:r>
            <w:proofErr w:type="spellEnd"/>
            <w:r>
              <w:t xml:space="preserve"> non-material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jangka</w:t>
            </w:r>
            <w:proofErr w:type="spellEnd"/>
            <w:r>
              <w:t xml:space="preserve"> </w:t>
            </w:r>
            <w:proofErr w:type="spellStart"/>
            <w:r>
              <w:t>panjang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koersi</w:t>
            </w:r>
            <w:proofErr w:type="spellEnd"/>
            <w:r>
              <w:t xml:space="preserve"> agar </w:t>
            </w:r>
            <w:proofErr w:type="spellStart"/>
            <w:r>
              <w:t>serikat</w:t>
            </w:r>
            <w:proofErr w:type="spellEnd"/>
            <w:r>
              <w:t xml:space="preserve"> </w:t>
            </w:r>
            <w:proofErr w:type="spellStart"/>
            <w:r>
              <w:t>buruh</w:t>
            </w:r>
            <w:proofErr w:type="spellEnd"/>
            <w:r>
              <w:t xml:space="preserve"> </w:t>
            </w:r>
            <w:proofErr w:type="spellStart"/>
            <w:r>
              <w:t>segera</w:t>
            </w:r>
            <w:proofErr w:type="spellEnd"/>
            <w:r>
              <w:t xml:space="preserve"> </w:t>
            </w:r>
            <w:proofErr w:type="spellStart"/>
            <w:r>
              <w:t>menghentikan</w:t>
            </w:r>
            <w:proofErr w:type="spellEnd"/>
            <w:r>
              <w:t xml:space="preserve"> </w:t>
            </w:r>
            <w:proofErr w:type="spellStart"/>
            <w:r>
              <w:t>tuntutannya</w:t>
            </w:r>
            <w:proofErr w:type="spellEnd"/>
            <w:r>
              <w:t xml:space="preserve"> demi </w:t>
            </w:r>
            <w:proofErr w:type="spellStart"/>
            <w:r>
              <w:t>stabilitas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  <w:r>
              <w:t xml:space="preserve"> dan </w:t>
            </w:r>
            <w:proofErr w:type="spellStart"/>
            <w:r>
              <w:t>daerah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Jika</w:t>
            </w:r>
            <w:proofErr w:type="spellEnd"/>
            <w:r>
              <w:t xml:space="preserve"> Anda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ahli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 xml:space="preserve"> yang </w:t>
            </w:r>
            <w:proofErr w:type="spellStart"/>
            <w:r>
              <w:t>diminta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rekomendasi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mencapai</w:t>
            </w:r>
            <w:proofErr w:type="spellEnd"/>
            <w:r>
              <w:t xml:space="preserve"> </w:t>
            </w:r>
            <w:proofErr w:type="spellStart"/>
            <w:r>
              <w:t>integrasi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kasus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, </w:t>
            </w:r>
            <w:proofErr w:type="spellStart"/>
            <w:r>
              <w:t>strategi</w:t>
            </w:r>
            <w:proofErr w:type="spellEnd"/>
            <w:r>
              <w:t xml:space="preserve"> </w:t>
            </w:r>
            <w:proofErr w:type="spellStart"/>
            <w:r>
              <w:t>manakah</w:t>
            </w:r>
            <w:proofErr w:type="spellEnd"/>
            <w:r>
              <w:t xml:space="preserve"> yang paling </w:t>
            </w:r>
            <w:proofErr w:type="spellStart"/>
            <w:r>
              <w:t>efektif</w:t>
            </w:r>
            <w:proofErr w:type="spellEnd"/>
            <w:r>
              <w:t>?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Menyarankan</w:t>
            </w:r>
            <w:proofErr w:type="spellEnd"/>
            <w:r>
              <w:t xml:space="preserve"> </w:t>
            </w:r>
            <w:proofErr w:type="spellStart"/>
            <w:r>
              <w:t>peralihan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mediasi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arbitrase</w:t>
            </w:r>
            <w:proofErr w:type="spellEnd"/>
            <w:r>
              <w:t xml:space="preserve">, di mana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ketiga</w:t>
            </w:r>
            <w:proofErr w:type="spellEnd"/>
            <w:r>
              <w:t xml:space="preserve"> </w:t>
            </w:r>
            <w:proofErr w:type="spellStart"/>
            <w:r>
              <w:t>diberikan</w:t>
            </w:r>
            <w:proofErr w:type="spellEnd"/>
            <w:r>
              <w:t xml:space="preserve"> </w:t>
            </w:r>
            <w:proofErr w:type="spellStart"/>
            <w:r>
              <w:t>wewenang</w:t>
            </w:r>
            <w:proofErr w:type="spellEnd"/>
            <w:r>
              <w:t xml:space="preserve"> </w:t>
            </w:r>
            <w:proofErr w:type="spellStart"/>
            <w:r>
              <w:t>penuh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mengambil</w:t>
            </w:r>
            <w:proofErr w:type="spellEnd"/>
            <w:r>
              <w:t xml:space="preserve"> </w:t>
            </w:r>
            <w:proofErr w:type="spellStart"/>
            <w:r>
              <w:t>keputusan</w:t>
            </w:r>
            <w:proofErr w:type="spellEnd"/>
            <w:r>
              <w:t xml:space="preserve"> yang </w:t>
            </w:r>
            <w:proofErr w:type="spellStart"/>
            <w:r>
              <w:t>mengikat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Mendorong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belah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kompromi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prinsip</w:t>
            </w:r>
            <w:proofErr w:type="spellEnd"/>
            <w:r>
              <w:t xml:space="preserve"> 'win-win solution' </w:t>
            </w:r>
            <w:proofErr w:type="spellStart"/>
            <w:r>
              <w:t>guna</w:t>
            </w:r>
            <w:proofErr w:type="spellEnd"/>
            <w:r>
              <w:t xml:space="preserve"> </w:t>
            </w:r>
            <w:proofErr w:type="spellStart"/>
            <w:r>
              <w:t>menjaga</w:t>
            </w:r>
            <w:proofErr w:type="spellEnd"/>
            <w:r>
              <w:t xml:space="preserve"> </w:t>
            </w:r>
            <w:proofErr w:type="spellStart"/>
            <w:r>
              <w:t>keberlangsungan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pabrik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Membiarkan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mencapai</w:t>
            </w:r>
            <w:proofErr w:type="spellEnd"/>
            <w:r>
              <w:t xml:space="preserve"> </w:t>
            </w:r>
            <w:proofErr w:type="spellStart"/>
            <w:r>
              <w:t>tahap</w:t>
            </w:r>
            <w:proofErr w:type="spellEnd"/>
            <w:r>
              <w:t xml:space="preserve"> </w:t>
            </w:r>
            <w:proofErr w:type="spellStart"/>
            <w:r>
              <w:t>puncak</w:t>
            </w:r>
            <w:proofErr w:type="spellEnd"/>
            <w:r>
              <w:t xml:space="preserve"> (</w:t>
            </w:r>
            <w:proofErr w:type="spellStart"/>
            <w:r>
              <w:t>konfrontasi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) agar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belah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 xml:space="preserve"> </w:t>
            </w:r>
            <w:proofErr w:type="spellStart"/>
            <w:r>
              <w:t>menyadari</w:t>
            </w:r>
            <w:proofErr w:type="spellEnd"/>
            <w:r>
              <w:t xml:space="preserve"> </w:t>
            </w:r>
            <w:proofErr w:type="spellStart"/>
            <w:r>
              <w:t>kerugian</w:t>
            </w:r>
            <w:proofErr w:type="spellEnd"/>
            <w:r>
              <w:t xml:space="preserve"> </w:t>
            </w:r>
            <w:proofErr w:type="spellStart"/>
            <w:r>
              <w:t>besar</w:t>
            </w:r>
            <w:proofErr w:type="spellEnd"/>
            <w:r>
              <w:t xml:space="preserve"> yang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alami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transformasi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mengubah</w:t>
            </w:r>
            <w:proofErr w:type="spellEnd"/>
            <w:r>
              <w:t xml:space="preserve"> </w:t>
            </w:r>
            <w:proofErr w:type="spellStart"/>
            <w:r>
              <w:t>fokus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sekadar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 </w:t>
            </w:r>
            <w:proofErr w:type="spellStart"/>
            <w:r>
              <w:t>upah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arah</w:t>
            </w:r>
            <w:proofErr w:type="spellEnd"/>
            <w:r>
              <w:t xml:space="preserve"> </w:t>
            </w:r>
            <w:proofErr w:type="spellStart"/>
            <w:r>
              <w:t>perbaikan</w:t>
            </w:r>
            <w:proofErr w:type="spellEnd"/>
            <w:r>
              <w:t xml:space="preserve"> </w:t>
            </w:r>
            <w:proofErr w:type="spellStart"/>
            <w:r>
              <w:t>kesejahteraan</w:t>
            </w:r>
            <w:proofErr w:type="spellEnd"/>
            <w:r>
              <w:t xml:space="preserve"> non-material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jangka</w:t>
            </w:r>
            <w:proofErr w:type="spellEnd"/>
            <w:r>
              <w:t xml:space="preserve"> </w:t>
            </w:r>
            <w:proofErr w:type="spellStart"/>
            <w:r>
              <w:t>panjang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koersi</w:t>
            </w:r>
            <w:proofErr w:type="spellEnd"/>
            <w:r>
              <w:t xml:space="preserve"> agar </w:t>
            </w:r>
            <w:proofErr w:type="spellStart"/>
            <w:r>
              <w:t>serikat</w:t>
            </w:r>
            <w:proofErr w:type="spellEnd"/>
            <w:r>
              <w:t xml:space="preserve"> </w:t>
            </w:r>
            <w:proofErr w:type="spellStart"/>
            <w:r>
              <w:t>buruh</w:t>
            </w:r>
            <w:proofErr w:type="spellEnd"/>
            <w:r>
              <w:t xml:space="preserve"> </w:t>
            </w:r>
            <w:proofErr w:type="spellStart"/>
            <w:r>
              <w:t>segera</w:t>
            </w:r>
            <w:proofErr w:type="spellEnd"/>
            <w:r>
              <w:t xml:space="preserve"> </w:t>
            </w:r>
            <w:proofErr w:type="spellStart"/>
            <w:r>
              <w:t>menghentikan</w:t>
            </w:r>
            <w:proofErr w:type="spellEnd"/>
            <w:r>
              <w:t xml:space="preserve"> </w:t>
            </w:r>
            <w:proofErr w:type="spellStart"/>
            <w:r>
              <w:t>tuntutannya</w:t>
            </w:r>
            <w:proofErr w:type="spellEnd"/>
            <w:r>
              <w:t xml:space="preserve"> demi </w:t>
            </w:r>
            <w:proofErr w:type="spellStart"/>
            <w:r>
              <w:t>stabilitas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  <w:r>
              <w:t xml:space="preserve"> dan </w:t>
            </w:r>
            <w:proofErr w:type="spellStart"/>
            <w:r>
              <w:t>daerah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Pernyataan</w:t>
            </w:r>
            <w:proofErr w:type="spellEnd"/>
            <w:r>
              <w:t xml:space="preserve"> 2 dan 4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Kompromi</w:t>
            </w:r>
            <w:proofErr w:type="spellEnd"/>
            <w:r>
              <w:t xml:space="preserve"> (win-win) dan </w:t>
            </w:r>
            <w:proofErr w:type="spellStart"/>
            <w:r>
              <w:t>transformasi</w:t>
            </w:r>
            <w:proofErr w:type="spellEnd"/>
            <w:r>
              <w:t xml:space="preserve"> </w:t>
            </w:r>
            <w:proofErr w:type="spellStart"/>
            <w:r>
              <w:t>konflik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arah</w:t>
            </w:r>
            <w:proofErr w:type="spellEnd"/>
            <w:r>
              <w:t xml:space="preserve"> </w:t>
            </w:r>
            <w:proofErr w:type="spellStart"/>
            <w:r>
              <w:t>kesejahteraan</w:t>
            </w:r>
            <w:proofErr w:type="spellEnd"/>
            <w:r>
              <w:t xml:space="preserve"> </w:t>
            </w:r>
            <w:proofErr w:type="spellStart"/>
            <w:r>
              <w:t>jangka</w:t>
            </w:r>
            <w:proofErr w:type="spellEnd"/>
            <w:r>
              <w:t xml:space="preserve"> </w:t>
            </w:r>
            <w:proofErr w:type="spellStart"/>
            <w:r>
              <w:t>panjang</w:t>
            </w:r>
            <w:proofErr w:type="spellEnd"/>
            <w:r>
              <w:t xml:space="preserve"> </w:t>
            </w:r>
            <w:proofErr w:type="spellStart"/>
            <w:r>
              <w:t>dibutuhkan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memecah</w:t>
            </w:r>
            <w:proofErr w:type="spellEnd"/>
            <w:r>
              <w:t xml:space="preserve"> deadlock.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7"/>
        <w:gridCol w:w="6789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37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mengkaji</w:t>
            </w:r>
            <w:proofErr w:type="spellEnd"/>
            <w:r>
              <w:t xml:space="preserve"> </w:t>
            </w:r>
            <w:proofErr w:type="spellStart"/>
            <w:r>
              <w:t>dampak</w:t>
            </w:r>
            <w:proofErr w:type="spellEnd"/>
            <w:r>
              <w:t xml:space="preserve"> </w:t>
            </w:r>
            <w:proofErr w:type="spellStart"/>
            <w:r>
              <w:t>penetrasi</w:t>
            </w:r>
            <w:proofErr w:type="spellEnd"/>
            <w:r>
              <w:t xml:space="preserve"> digital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</w:t>
            </w:r>
            <w:proofErr w:type="spellStart"/>
            <w:r>
              <w:t>pedesaan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F1126">
            <w:r>
              <w:t>C4</w:t>
            </w:r>
            <w:r w:rsidR="001E1470">
              <w:t xml:space="preserve"> (</w:t>
            </w:r>
            <w:proofErr w:type="spellStart"/>
            <w:r w:rsidR="001E1470">
              <w:t>Menganalisis</w:t>
            </w:r>
            <w:proofErr w:type="spellEnd"/>
            <w:r w:rsidR="001E1470"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Kompleks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Masuknya</w:t>
            </w:r>
            <w:proofErr w:type="spellEnd"/>
            <w:r>
              <w:t xml:space="preserve"> </w:t>
            </w:r>
            <w:proofErr w:type="spellStart"/>
            <w:r>
              <w:t>infrastruktur</w:t>
            </w:r>
            <w:proofErr w:type="spellEnd"/>
            <w:r>
              <w:t xml:space="preserve"> internet </w:t>
            </w:r>
            <w:proofErr w:type="spellStart"/>
            <w:r>
              <w:t>ke</w:t>
            </w:r>
            <w:proofErr w:type="spellEnd"/>
            <w:r>
              <w:t xml:space="preserve"> wilayah </w:t>
            </w:r>
            <w:proofErr w:type="spellStart"/>
            <w:r>
              <w:t>pedesaan</w:t>
            </w:r>
            <w:proofErr w:type="spellEnd"/>
            <w:r>
              <w:t xml:space="preserve"> di Indonesia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memicu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signifikan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komunikasi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. </w:t>
            </w:r>
            <w:proofErr w:type="spellStart"/>
            <w:r>
              <w:t>Dahulu</w:t>
            </w:r>
            <w:proofErr w:type="spellEnd"/>
            <w:r>
              <w:t xml:space="preserve">, </w:t>
            </w:r>
            <w:proofErr w:type="spellStart"/>
            <w:r>
              <w:t>musyawarah</w:t>
            </w:r>
            <w:proofErr w:type="spellEnd"/>
            <w:r>
              <w:t xml:space="preserve"> </w:t>
            </w:r>
            <w:proofErr w:type="spellStart"/>
            <w:r>
              <w:t>dilakukan</w:t>
            </w:r>
            <w:proofErr w:type="spellEnd"/>
            <w:r>
              <w:t xml:space="preserve"> di </w:t>
            </w:r>
            <w:proofErr w:type="spellStart"/>
            <w:r>
              <w:t>balai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kehadiran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penuh</w:t>
            </w:r>
            <w:proofErr w:type="spellEnd"/>
            <w:r>
              <w:t xml:space="preserve">. </w:t>
            </w:r>
            <w:proofErr w:type="spellStart"/>
            <w:r>
              <w:t>Kini</w:t>
            </w:r>
            <w:proofErr w:type="spellEnd"/>
            <w:r>
              <w:t xml:space="preserve">, </w:t>
            </w:r>
            <w:proofErr w:type="spellStart"/>
            <w:r>
              <w:t>koordinasi</w:t>
            </w:r>
            <w:proofErr w:type="spellEnd"/>
            <w:r>
              <w:t xml:space="preserve"> </w:t>
            </w:r>
            <w:proofErr w:type="spellStart"/>
            <w:r>
              <w:t>sering</w:t>
            </w:r>
            <w:proofErr w:type="spellEnd"/>
            <w:r>
              <w:t xml:space="preserve"> kali </w:t>
            </w:r>
            <w:proofErr w:type="spellStart"/>
            <w:r>
              <w:t>dilakukan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grup</w:t>
            </w:r>
            <w:proofErr w:type="spellEnd"/>
            <w:r>
              <w:t xml:space="preserve"> </w:t>
            </w:r>
            <w:proofErr w:type="spellStart"/>
            <w:r>
              <w:t>aplikasi</w:t>
            </w:r>
            <w:proofErr w:type="spellEnd"/>
            <w:r>
              <w:t xml:space="preserve"> </w:t>
            </w:r>
            <w:proofErr w:type="spellStart"/>
            <w:r>
              <w:t>pesan</w:t>
            </w:r>
            <w:proofErr w:type="spellEnd"/>
            <w:r>
              <w:t xml:space="preserve"> </w:t>
            </w:r>
            <w:proofErr w:type="spellStart"/>
            <w:r>
              <w:t>instan</w:t>
            </w:r>
            <w:proofErr w:type="spellEnd"/>
            <w:r>
              <w:t xml:space="preserve">. </w:t>
            </w:r>
            <w:proofErr w:type="spellStart"/>
            <w:r>
              <w:t>Meskipun</w:t>
            </w:r>
            <w:proofErr w:type="spellEnd"/>
            <w:r>
              <w:t xml:space="preserve"> </w:t>
            </w:r>
            <w:proofErr w:type="spellStart"/>
            <w:r>
              <w:t>mempercepat</w:t>
            </w:r>
            <w:proofErr w:type="spellEnd"/>
            <w:r>
              <w:t xml:space="preserve"> </w:t>
            </w:r>
            <w:proofErr w:type="spellStart"/>
            <w:r>
              <w:t>arus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  <w:r>
              <w:t xml:space="preserve">,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juga </w:t>
            </w:r>
            <w:proofErr w:type="spellStart"/>
            <w:r>
              <w:t>memunculkan</w:t>
            </w:r>
            <w:proofErr w:type="spellEnd"/>
            <w:r>
              <w:t xml:space="preserve"> </w:t>
            </w:r>
            <w:proofErr w:type="spellStart"/>
            <w:r>
              <w:t>gejala</w:t>
            </w:r>
            <w:proofErr w:type="spellEnd"/>
            <w:r>
              <w:t xml:space="preserve"> </w:t>
            </w:r>
            <w:proofErr w:type="spellStart"/>
            <w:r>
              <w:t>individualisme</w:t>
            </w:r>
            <w:proofErr w:type="spellEnd"/>
            <w:r>
              <w:t xml:space="preserve"> di mana </w:t>
            </w:r>
            <w:proofErr w:type="spellStart"/>
            <w:r>
              <w:t>pemuda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sering</w:t>
            </w:r>
            <w:proofErr w:type="spellEnd"/>
            <w:r>
              <w:t xml:space="preserve"> </w:t>
            </w:r>
            <w:proofErr w:type="spellStart"/>
            <w:r>
              <w:t>menghabiskan</w:t>
            </w:r>
            <w:proofErr w:type="spellEnd"/>
            <w:r>
              <w:t xml:space="preserve"> </w:t>
            </w:r>
            <w:proofErr w:type="spellStart"/>
            <w:r>
              <w:t>waktu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lastRenderedPageBreak/>
              <w:t>perangkat</w:t>
            </w:r>
            <w:proofErr w:type="spellEnd"/>
            <w:r>
              <w:t xml:space="preserve"> </w:t>
            </w:r>
            <w:proofErr w:type="spellStart"/>
            <w:r>
              <w:t>gawai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dibandingkan</w:t>
            </w:r>
            <w:proofErr w:type="spellEnd"/>
            <w:r>
              <w:t xml:space="preserve"> </w:t>
            </w:r>
            <w:proofErr w:type="spellStart"/>
            <w:r>
              <w:t>berinteraksi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gotong royong </w:t>
            </w:r>
            <w:proofErr w:type="spellStart"/>
            <w:r>
              <w:t>tradisional</w:t>
            </w:r>
            <w:proofErr w:type="spellEnd"/>
            <w:r>
              <w:t>.</w:t>
            </w:r>
          </w:p>
          <w:p w:rsidR="00AA1A0E" w:rsidRDefault="001E1470">
            <w:proofErr w:type="spellStart"/>
            <w:r>
              <w:t>Masuknya</w:t>
            </w:r>
            <w:proofErr w:type="spellEnd"/>
            <w:r>
              <w:t xml:space="preserve"> </w:t>
            </w:r>
            <w:proofErr w:type="spellStart"/>
            <w:r>
              <w:t>infrastruktur</w:t>
            </w:r>
            <w:proofErr w:type="spellEnd"/>
            <w:r>
              <w:t xml:space="preserve"> internet </w:t>
            </w:r>
            <w:proofErr w:type="spellStart"/>
            <w:r>
              <w:t>ke</w:t>
            </w:r>
            <w:proofErr w:type="spellEnd"/>
            <w:r>
              <w:t xml:space="preserve"> wilayah </w:t>
            </w:r>
            <w:proofErr w:type="spellStart"/>
            <w:r>
              <w:t>pedesaan</w:t>
            </w:r>
            <w:proofErr w:type="spellEnd"/>
            <w:r>
              <w:t xml:space="preserve"> di Indonesia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memicu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signifikan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komunikasi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. </w:t>
            </w:r>
            <w:proofErr w:type="spellStart"/>
            <w:r>
              <w:t>Dahulu</w:t>
            </w:r>
            <w:proofErr w:type="spellEnd"/>
            <w:r>
              <w:t xml:space="preserve">, </w:t>
            </w:r>
            <w:proofErr w:type="spellStart"/>
            <w:r>
              <w:t>musyawarah</w:t>
            </w:r>
            <w:proofErr w:type="spellEnd"/>
            <w:r>
              <w:t xml:space="preserve"> </w:t>
            </w:r>
            <w:proofErr w:type="spellStart"/>
            <w:r>
              <w:t>dilakukan</w:t>
            </w:r>
            <w:proofErr w:type="spellEnd"/>
            <w:r>
              <w:t xml:space="preserve"> di </w:t>
            </w:r>
            <w:proofErr w:type="spellStart"/>
            <w:r>
              <w:t>balai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kehadiran</w:t>
            </w:r>
            <w:proofErr w:type="spellEnd"/>
            <w:r>
              <w:t xml:space="preserve"> </w:t>
            </w:r>
            <w:proofErr w:type="spellStart"/>
            <w:r>
              <w:t>fisik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penuh</w:t>
            </w:r>
            <w:proofErr w:type="spellEnd"/>
            <w:r>
              <w:t xml:space="preserve">. </w:t>
            </w:r>
            <w:proofErr w:type="spellStart"/>
            <w:r>
              <w:t>Kini</w:t>
            </w:r>
            <w:proofErr w:type="spellEnd"/>
            <w:r>
              <w:t xml:space="preserve">, </w:t>
            </w:r>
            <w:proofErr w:type="spellStart"/>
            <w:r>
              <w:t>koordinasi</w:t>
            </w:r>
            <w:proofErr w:type="spellEnd"/>
            <w:r>
              <w:t xml:space="preserve"> </w:t>
            </w:r>
            <w:proofErr w:type="spellStart"/>
            <w:r>
              <w:t>sering</w:t>
            </w:r>
            <w:proofErr w:type="spellEnd"/>
            <w:r>
              <w:t xml:space="preserve"> kali </w:t>
            </w:r>
            <w:proofErr w:type="spellStart"/>
            <w:r>
              <w:t>dilakukan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grup</w:t>
            </w:r>
            <w:proofErr w:type="spellEnd"/>
            <w:r>
              <w:t xml:space="preserve"> </w:t>
            </w:r>
            <w:proofErr w:type="spellStart"/>
            <w:r>
              <w:t>aplikasi</w:t>
            </w:r>
            <w:proofErr w:type="spellEnd"/>
            <w:r>
              <w:t xml:space="preserve"> </w:t>
            </w:r>
            <w:proofErr w:type="spellStart"/>
            <w:r>
              <w:t>pesan</w:t>
            </w:r>
            <w:proofErr w:type="spellEnd"/>
            <w:r>
              <w:t xml:space="preserve"> </w:t>
            </w:r>
            <w:proofErr w:type="spellStart"/>
            <w:r>
              <w:t>instan</w:t>
            </w:r>
            <w:proofErr w:type="spellEnd"/>
            <w:r>
              <w:t xml:space="preserve">. </w:t>
            </w:r>
            <w:proofErr w:type="spellStart"/>
            <w:r>
              <w:t>Meskipun</w:t>
            </w:r>
            <w:proofErr w:type="spellEnd"/>
            <w:r>
              <w:t xml:space="preserve"> </w:t>
            </w:r>
            <w:proofErr w:type="spellStart"/>
            <w:r>
              <w:t>mempercepat</w:t>
            </w:r>
            <w:proofErr w:type="spellEnd"/>
            <w:r>
              <w:t xml:space="preserve"> </w:t>
            </w:r>
            <w:proofErr w:type="spellStart"/>
            <w:r>
              <w:t>arus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  <w:r>
              <w:t xml:space="preserve">,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juga </w:t>
            </w:r>
            <w:proofErr w:type="spellStart"/>
            <w:r>
              <w:t>memunculkan</w:t>
            </w:r>
            <w:proofErr w:type="spellEnd"/>
            <w:r>
              <w:t xml:space="preserve"> </w:t>
            </w:r>
            <w:proofErr w:type="spellStart"/>
            <w:r>
              <w:t>gejala</w:t>
            </w:r>
            <w:proofErr w:type="spellEnd"/>
            <w:r>
              <w:t xml:space="preserve"> </w:t>
            </w:r>
            <w:proofErr w:type="spellStart"/>
            <w:r>
              <w:t>individualisme</w:t>
            </w:r>
            <w:proofErr w:type="spellEnd"/>
            <w:r>
              <w:t xml:space="preserve"> di mana </w:t>
            </w:r>
            <w:proofErr w:type="spellStart"/>
            <w:r>
              <w:t>pemuda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sering</w:t>
            </w:r>
            <w:proofErr w:type="spellEnd"/>
            <w:r>
              <w:t xml:space="preserve"> </w:t>
            </w:r>
            <w:proofErr w:type="spellStart"/>
            <w:r>
              <w:t>menghabiskan</w:t>
            </w:r>
            <w:proofErr w:type="spellEnd"/>
            <w:r>
              <w:t xml:space="preserve"> </w:t>
            </w:r>
            <w:proofErr w:type="spellStart"/>
            <w:r>
              <w:t>waktu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perangkat</w:t>
            </w:r>
            <w:proofErr w:type="spellEnd"/>
            <w:r>
              <w:t xml:space="preserve"> </w:t>
            </w:r>
            <w:proofErr w:type="spellStart"/>
            <w:r>
              <w:t>gawai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dibandingkan</w:t>
            </w:r>
            <w:proofErr w:type="spellEnd"/>
            <w:r>
              <w:t xml:space="preserve"> </w:t>
            </w:r>
            <w:proofErr w:type="spellStart"/>
            <w:r>
              <w:t>berinteraksi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gotong royong </w:t>
            </w:r>
            <w:proofErr w:type="spellStart"/>
            <w:r>
              <w:t>tradisional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Berdasarkan</w:t>
            </w:r>
            <w:proofErr w:type="spellEnd"/>
            <w:r>
              <w:t xml:space="preserve"> stimulus di </w:t>
            </w:r>
            <w:proofErr w:type="spellStart"/>
            <w:r>
              <w:t>atas</w:t>
            </w:r>
            <w:proofErr w:type="spellEnd"/>
            <w:r>
              <w:t xml:space="preserve">, </w:t>
            </w:r>
            <w:proofErr w:type="spellStart"/>
            <w:r>
              <w:t>manakah</w:t>
            </w:r>
            <w:proofErr w:type="spellEnd"/>
            <w:r>
              <w:t xml:space="preserve"> </w:t>
            </w:r>
            <w:proofErr w:type="spellStart"/>
            <w:r>
              <w:t>pernyataan</w:t>
            </w:r>
            <w:proofErr w:type="spellEnd"/>
            <w:r>
              <w:t xml:space="preserve"> yang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dampak</w:t>
            </w:r>
            <w:proofErr w:type="spellEnd"/>
            <w:r>
              <w:t xml:space="preserve"> dan </w:t>
            </w:r>
            <w:proofErr w:type="spellStart"/>
            <w:r>
              <w:t>karakteristik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?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dikategorikan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regres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sepenuhnya</w:t>
            </w:r>
            <w:proofErr w:type="spellEnd"/>
            <w:r>
              <w:t xml:space="preserve"> </w:t>
            </w:r>
            <w:proofErr w:type="spellStart"/>
            <w:r>
              <w:t>menghilangkan</w:t>
            </w:r>
            <w:proofErr w:type="spellEnd"/>
            <w:r>
              <w:t xml:space="preserve"> </w:t>
            </w:r>
            <w:proofErr w:type="spellStart"/>
            <w:r>
              <w:t>nilai-nilai</w:t>
            </w:r>
            <w:proofErr w:type="spellEnd"/>
            <w:r>
              <w:t xml:space="preserve"> </w:t>
            </w:r>
            <w:proofErr w:type="spellStart"/>
            <w:r>
              <w:t>luhur</w:t>
            </w:r>
            <w:proofErr w:type="spellEnd"/>
            <w:r>
              <w:t xml:space="preserve"> gotong royong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permanen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digital </w:t>
            </w:r>
            <w:proofErr w:type="spellStart"/>
            <w:r>
              <w:t>bertindak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faktor</w:t>
            </w:r>
            <w:proofErr w:type="spellEnd"/>
            <w:r>
              <w:t xml:space="preserve"> </w:t>
            </w:r>
            <w:proofErr w:type="spellStart"/>
            <w:r>
              <w:t>pendorong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eksternal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pergeseran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solidaritas</w:t>
            </w:r>
            <w:proofErr w:type="spellEnd"/>
            <w:r>
              <w:t xml:space="preserve"> </w:t>
            </w:r>
            <w:proofErr w:type="spellStart"/>
            <w:r>
              <w:t>mekanik</w:t>
            </w:r>
            <w:proofErr w:type="spellEnd"/>
            <w:r>
              <w:t xml:space="preserve"> </w:t>
            </w:r>
            <w:proofErr w:type="spellStart"/>
            <w:r>
              <w:t>menuju</w:t>
            </w:r>
            <w:proofErr w:type="spellEnd"/>
            <w:r>
              <w:t xml:space="preserve"> 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yang </w:t>
            </w:r>
            <w:proofErr w:type="spellStart"/>
            <w:r>
              <w:t>lebih</w:t>
            </w:r>
            <w:proofErr w:type="spellEnd"/>
            <w:r>
              <w:t xml:space="preserve"> impersonal </w:t>
            </w:r>
            <w:proofErr w:type="spellStart"/>
            <w:r>
              <w:t>akibat</w:t>
            </w:r>
            <w:proofErr w:type="spellEnd"/>
            <w:r>
              <w:t xml:space="preserve"> </w:t>
            </w:r>
            <w:proofErr w:type="spellStart"/>
            <w:r>
              <w:t>mediasi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adanya</w:t>
            </w:r>
            <w:proofErr w:type="spellEnd"/>
            <w:r>
              <w:t xml:space="preserve"> 'cultural lag' di mana </w:t>
            </w:r>
            <w:proofErr w:type="spellStart"/>
            <w:r>
              <w:t>teknologi</w:t>
            </w:r>
            <w:proofErr w:type="spellEnd"/>
            <w:r>
              <w:t xml:space="preserve"> </w:t>
            </w:r>
            <w:proofErr w:type="spellStart"/>
            <w:r>
              <w:t>berkembang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cepat</w:t>
            </w:r>
            <w:proofErr w:type="spellEnd"/>
            <w:r>
              <w:t xml:space="preserve"> </w:t>
            </w:r>
            <w:proofErr w:type="spellStart"/>
            <w:r>
              <w:t>daripada</w:t>
            </w:r>
            <w:proofErr w:type="spellEnd"/>
            <w:r>
              <w:t xml:space="preserve"> </w:t>
            </w:r>
            <w:proofErr w:type="spellStart"/>
            <w:r>
              <w:t>kesiapan</w:t>
            </w:r>
            <w:proofErr w:type="spellEnd"/>
            <w:r>
              <w:t xml:space="preserve"> </w:t>
            </w:r>
            <w:proofErr w:type="spellStart"/>
            <w:r>
              <w:t>norma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mengaturnya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komunikasi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evolusi</w:t>
            </w:r>
            <w:proofErr w:type="spellEnd"/>
            <w:r>
              <w:t xml:space="preserve"> linier yang </w:t>
            </w:r>
            <w:proofErr w:type="spellStart"/>
            <w:r>
              <w:t>pasti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dialami</w:t>
            </w:r>
            <w:proofErr w:type="spellEnd"/>
            <w:r>
              <w:t xml:space="preserve"> oleh </w:t>
            </w:r>
            <w:proofErr w:type="spellStart"/>
            <w:r>
              <w:t>seluruh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tradisional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terkecuali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Berdasarkan</w:t>
            </w:r>
            <w:proofErr w:type="spellEnd"/>
            <w:r>
              <w:t xml:space="preserve"> stimulus di </w:t>
            </w:r>
            <w:proofErr w:type="spellStart"/>
            <w:r>
              <w:t>atas</w:t>
            </w:r>
            <w:proofErr w:type="spellEnd"/>
            <w:r>
              <w:t xml:space="preserve">, </w:t>
            </w:r>
            <w:proofErr w:type="spellStart"/>
            <w:r>
              <w:t>manakah</w:t>
            </w:r>
            <w:proofErr w:type="spellEnd"/>
            <w:r>
              <w:t xml:space="preserve"> </w:t>
            </w:r>
            <w:proofErr w:type="spellStart"/>
            <w:r>
              <w:t>pernyataan</w:t>
            </w:r>
            <w:proofErr w:type="spellEnd"/>
            <w:r>
              <w:t xml:space="preserve"> yang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dampak</w:t>
            </w:r>
            <w:proofErr w:type="spellEnd"/>
            <w:r>
              <w:t xml:space="preserve"> dan </w:t>
            </w:r>
            <w:proofErr w:type="spellStart"/>
            <w:r>
              <w:t>karakteristik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?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dikategorikan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regres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sepenuhnya</w:t>
            </w:r>
            <w:proofErr w:type="spellEnd"/>
            <w:r>
              <w:t xml:space="preserve"> </w:t>
            </w:r>
            <w:proofErr w:type="spellStart"/>
            <w:r>
              <w:t>menghilangkan</w:t>
            </w:r>
            <w:proofErr w:type="spellEnd"/>
            <w:r>
              <w:t xml:space="preserve"> </w:t>
            </w:r>
            <w:proofErr w:type="spellStart"/>
            <w:r>
              <w:t>nilai-nilai</w:t>
            </w:r>
            <w:proofErr w:type="spellEnd"/>
            <w:r>
              <w:t xml:space="preserve"> </w:t>
            </w:r>
            <w:proofErr w:type="spellStart"/>
            <w:r>
              <w:t>luhur</w:t>
            </w:r>
            <w:proofErr w:type="spellEnd"/>
            <w:r>
              <w:t xml:space="preserve"> gotong royong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permanen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digital </w:t>
            </w:r>
            <w:proofErr w:type="spellStart"/>
            <w:r>
              <w:t>bertindak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faktor</w:t>
            </w:r>
            <w:proofErr w:type="spellEnd"/>
            <w:r>
              <w:t xml:space="preserve"> </w:t>
            </w:r>
            <w:proofErr w:type="spellStart"/>
            <w:r>
              <w:t>pendorong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yang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eksternal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pergeseran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solidaritas</w:t>
            </w:r>
            <w:proofErr w:type="spellEnd"/>
            <w:r>
              <w:t xml:space="preserve"> </w:t>
            </w:r>
            <w:proofErr w:type="spellStart"/>
            <w:r>
              <w:t>mekanik</w:t>
            </w:r>
            <w:proofErr w:type="spellEnd"/>
            <w:r>
              <w:t xml:space="preserve"> </w:t>
            </w:r>
            <w:proofErr w:type="spellStart"/>
            <w:r>
              <w:t>menuju</w:t>
            </w:r>
            <w:proofErr w:type="spellEnd"/>
            <w:r>
              <w:t xml:space="preserve"> 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yang </w:t>
            </w:r>
            <w:proofErr w:type="spellStart"/>
            <w:r>
              <w:t>lebih</w:t>
            </w:r>
            <w:proofErr w:type="spellEnd"/>
            <w:r>
              <w:t xml:space="preserve"> impersonal </w:t>
            </w:r>
            <w:proofErr w:type="spellStart"/>
            <w:r>
              <w:t>akibat</w:t>
            </w:r>
            <w:proofErr w:type="spellEnd"/>
            <w:r>
              <w:t xml:space="preserve"> </w:t>
            </w:r>
            <w:proofErr w:type="spellStart"/>
            <w:r>
              <w:t>mediasi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adanya</w:t>
            </w:r>
            <w:proofErr w:type="spellEnd"/>
            <w:r>
              <w:t xml:space="preserve"> 'cultural lag' di mana </w:t>
            </w:r>
            <w:proofErr w:type="spellStart"/>
            <w:r>
              <w:t>teknologi</w:t>
            </w:r>
            <w:proofErr w:type="spellEnd"/>
            <w:r>
              <w:t xml:space="preserve"> </w:t>
            </w:r>
            <w:proofErr w:type="spellStart"/>
            <w:r>
              <w:t>berkembang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cepat</w:t>
            </w:r>
            <w:proofErr w:type="spellEnd"/>
            <w:r>
              <w:t xml:space="preserve"> </w:t>
            </w:r>
            <w:proofErr w:type="spellStart"/>
            <w:r>
              <w:t>daripada</w:t>
            </w:r>
            <w:proofErr w:type="spellEnd"/>
            <w:r>
              <w:t xml:space="preserve"> </w:t>
            </w:r>
            <w:proofErr w:type="spellStart"/>
            <w:r>
              <w:t>kesiapan</w:t>
            </w:r>
            <w:proofErr w:type="spellEnd"/>
            <w:r>
              <w:t xml:space="preserve"> </w:t>
            </w:r>
            <w:proofErr w:type="spellStart"/>
            <w:r>
              <w:t>norma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mengaturnya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pola</w:t>
            </w:r>
            <w:proofErr w:type="spellEnd"/>
            <w:r>
              <w:t xml:space="preserve"> </w:t>
            </w:r>
            <w:proofErr w:type="spellStart"/>
            <w:r>
              <w:t>komunikasi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evolusi</w:t>
            </w:r>
            <w:proofErr w:type="spellEnd"/>
            <w:r>
              <w:t xml:space="preserve"> linier yang </w:t>
            </w:r>
            <w:proofErr w:type="spellStart"/>
            <w:r>
              <w:t>pasti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dialami</w:t>
            </w:r>
            <w:proofErr w:type="spellEnd"/>
            <w:r>
              <w:t xml:space="preserve"> oleh </w:t>
            </w:r>
            <w:proofErr w:type="spellStart"/>
            <w:r>
              <w:t>seluruh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tradisional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terkecuali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Pernyataan</w:t>
            </w:r>
            <w:proofErr w:type="spellEnd"/>
            <w:r>
              <w:t xml:space="preserve"> 2, 3, dan 4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Teknologi</w:t>
            </w:r>
            <w:proofErr w:type="spellEnd"/>
            <w:r>
              <w:t xml:space="preserve"> </w:t>
            </w:r>
            <w:proofErr w:type="spellStart"/>
            <w:r>
              <w:t>masuk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dorongan</w:t>
            </w:r>
            <w:proofErr w:type="spellEnd"/>
            <w:r>
              <w:t xml:space="preserve"> </w:t>
            </w:r>
            <w:proofErr w:type="spellStart"/>
            <w:r>
              <w:t>eksternal</w:t>
            </w:r>
            <w:proofErr w:type="spellEnd"/>
            <w:r>
              <w:t xml:space="preserve"> yang </w:t>
            </w:r>
            <w:proofErr w:type="spellStart"/>
            <w:r>
              <w:t>menimbulkan</w:t>
            </w:r>
            <w:proofErr w:type="spellEnd"/>
            <w:r>
              <w:t xml:space="preserve"> </w:t>
            </w:r>
            <w:proofErr w:type="spellStart"/>
            <w:r>
              <w:t>impersonalitas</w:t>
            </w:r>
            <w:proofErr w:type="spellEnd"/>
            <w:r>
              <w:t xml:space="preserve"> </w:t>
            </w:r>
            <w:proofErr w:type="spellStart"/>
            <w:r>
              <w:t>interaksi</w:t>
            </w:r>
            <w:proofErr w:type="spellEnd"/>
            <w:r>
              <w:t xml:space="preserve">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memicu</w:t>
            </w:r>
            <w:proofErr w:type="spellEnd"/>
            <w:r>
              <w:t xml:space="preserve"> cultural lag.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6"/>
        <w:gridCol w:w="6790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38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Globalisasi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</w:t>
            </w:r>
            <w:proofErr w:type="spellStart"/>
            <w:r>
              <w:t>glokalisasi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sudut</w:t>
            </w:r>
            <w:proofErr w:type="spellEnd"/>
            <w:r>
              <w:t xml:space="preserve"> </w:t>
            </w:r>
            <w:proofErr w:type="spellStart"/>
            <w:r>
              <w:t>pandang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F1126">
            <w:r>
              <w:t>C5</w:t>
            </w:r>
            <w:r w:rsidR="001E1470">
              <w:t xml:space="preserve"> (</w:t>
            </w:r>
            <w:proofErr w:type="spellStart"/>
            <w:r w:rsidR="001E1470">
              <w:t>Mengevaluasi</w:t>
            </w:r>
            <w:proofErr w:type="spellEnd"/>
            <w:r w:rsidR="001E1470"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Kompleks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Glokalisasi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strategi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  <w:r>
              <w:t xml:space="preserve"> </w:t>
            </w:r>
            <w:proofErr w:type="spellStart"/>
            <w:r>
              <w:t>multinasional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menyesuaikan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global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selera</w:t>
            </w:r>
            <w:proofErr w:type="spellEnd"/>
            <w:r>
              <w:t xml:space="preserve"> dan </w:t>
            </w:r>
            <w:proofErr w:type="spellStart"/>
            <w:r>
              <w:t>budaya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 xml:space="preserve">.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contoh</w:t>
            </w:r>
            <w:proofErr w:type="spellEnd"/>
            <w:r>
              <w:t xml:space="preserve">, </w:t>
            </w:r>
            <w:proofErr w:type="spellStart"/>
            <w:r>
              <w:t>jaringan</w:t>
            </w:r>
            <w:proofErr w:type="spellEnd"/>
            <w:r>
              <w:t xml:space="preserve"> </w:t>
            </w:r>
            <w:proofErr w:type="spellStart"/>
            <w:r>
              <w:t>restoran</w:t>
            </w:r>
            <w:proofErr w:type="spellEnd"/>
            <w:r>
              <w:t xml:space="preserve"> </w:t>
            </w:r>
            <w:proofErr w:type="spellStart"/>
            <w:r>
              <w:t>cepat</w:t>
            </w:r>
            <w:proofErr w:type="spellEnd"/>
            <w:r>
              <w:t xml:space="preserve"> </w:t>
            </w:r>
            <w:proofErr w:type="spellStart"/>
            <w:r>
              <w:t>saji</w:t>
            </w:r>
            <w:proofErr w:type="spellEnd"/>
            <w:r>
              <w:t xml:space="preserve"> global </w:t>
            </w:r>
            <w:proofErr w:type="spellStart"/>
            <w:r>
              <w:t>menawarkan</w:t>
            </w:r>
            <w:proofErr w:type="spellEnd"/>
            <w:r>
              <w:t xml:space="preserve"> menu nasi dan sambal </w:t>
            </w:r>
            <w:proofErr w:type="spellStart"/>
            <w:r>
              <w:t>khusus</w:t>
            </w:r>
            <w:proofErr w:type="spellEnd"/>
            <w:r>
              <w:t xml:space="preserve"> di Indonesia,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bumbu</w:t>
            </w:r>
            <w:proofErr w:type="spellEnd"/>
            <w:r>
              <w:t xml:space="preserve"> rendang pada burger </w:t>
            </w:r>
            <w:proofErr w:type="spellStart"/>
            <w:r>
              <w:t>mereka</w:t>
            </w:r>
            <w:proofErr w:type="spellEnd"/>
            <w:r>
              <w:t xml:space="preserve">.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percampuran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yang </w:t>
            </w:r>
            <w:proofErr w:type="spellStart"/>
            <w:r>
              <w:t>unik</w:t>
            </w:r>
            <w:proofErr w:type="spellEnd"/>
            <w:r>
              <w:t xml:space="preserve">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sekaligus</w:t>
            </w:r>
            <w:proofErr w:type="spellEnd"/>
            <w:r>
              <w:t xml:space="preserve"> </w:t>
            </w:r>
            <w:proofErr w:type="spellStart"/>
            <w:r>
              <w:t>menimbulkan</w:t>
            </w:r>
            <w:proofErr w:type="spellEnd"/>
            <w:r>
              <w:t xml:space="preserve"> </w:t>
            </w:r>
            <w:proofErr w:type="spellStart"/>
            <w:r>
              <w:t>perdebatan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orisinalitas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>.</w:t>
            </w:r>
          </w:p>
          <w:p w:rsidR="00AA1A0E" w:rsidRDefault="001E1470">
            <w:proofErr w:type="spellStart"/>
            <w:r>
              <w:t>Glokalisasi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strategi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  <w:r>
              <w:t xml:space="preserve"> </w:t>
            </w:r>
            <w:proofErr w:type="spellStart"/>
            <w:r>
              <w:t>multinasional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menyesuaikan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global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selera</w:t>
            </w:r>
            <w:proofErr w:type="spellEnd"/>
            <w:r>
              <w:t xml:space="preserve"> dan </w:t>
            </w:r>
            <w:proofErr w:type="spellStart"/>
            <w:r>
              <w:t>budaya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 xml:space="preserve">.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contoh</w:t>
            </w:r>
            <w:proofErr w:type="spellEnd"/>
            <w:r>
              <w:t xml:space="preserve">, </w:t>
            </w:r>
            <w:proofErr w:type="spellStart"/>
            <w:r>
              <w:t>jaringan</w:t>
            </w:r>
            <w:proofErr w:type="spellEnd"/>
            <w:r>
              <w:t xml:space="preserve"> </w:t>
            </w:r>
            <w:proofErr w:type="spellStart"/>
            <w:r>
              <w:t>restoran</w:t>
            </w:r>
            <w:proofErr w:type="spellEnd"/>
            <w:r>
              <w:t xml:space="preserve"> </w:t>
            </w:r>
            <w:proofErr w:type="spellStart"/>
            <w:r>
              <w:t>cepat</w:t>
            </w:r>
            <w:proofErr w:type="spellEnd"/>
            <w:r>
              <w:t xml:space="preserve"> </w:t>
            </w:r>
            <w:proofErr w:type="spellStart"/>
            <w:r>
              <w:t>saji</w:t>
            </w:r>
            <w:proofErr w:type="spellEnd"/>
            <w:r>
              <w:t xml:space="preserve"> global </w:t>
            </w:r>
            <w:proofErr w:type="spellStart"/>
            <w:r>
              <w:t>menawarkan</w:t>
            </w:r>
            <w:proofErr w:type="spellEnd"/>
            <w:r>
              <w:t xml:space="preserve"> menu nasi dan sambal </w:t>
            </w:r>
            <w:proofErr w:type="spellStart"/>
            <w:r>
              <w:t>khusus</w:t>
            </w:r>
            <w:proofErr w:type="spellEnd"/>
            <w:r>
              <w:t xml:space="preserve"> di Indonesia,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bumbu</w:t>
            </w:r>
            <w:proofErr w:type="spellEnd"/>
            <w:r>
              <w:t xml:space="preserve"> rendang pada burger </w:t>
            </w:r>
            <w:proofErr w:type="spellStart"/>
            <w:r>
              <w:t>mereka</w:t>
            </w:r>
            <w:proofErr w:type="spellEnd"/>
            <w:r>
              <w:t xml:space="preserve">.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percampuran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yang </w:t>
            </w:r>
            <w:proofErr w:type="spellStart"/>
            <w:r>
              <w:t>unik</w:t>
            </w:r>
            <w:proofErr w:type="spellEnd"/>
            <w:r>
              <w:t xml:space="preserve">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sekaligus</w:t>
            </w:r>
            <w:proofErr w:type="spellEnd"/>
            <w:r>
              <w:t xml:space="preserve"> </w:t>
            </w:r>
            <w:proofErr w:type="spellStart"/>
            <w:r>
              <w:t>menimbulkan</w:t>
            </w:r>
            <w:proofErr w:type="spellEnd"/>
            <w:r>
              <w:t xml:space="preserve"> </w:t>
            </w:r>
            <w:proofErr w:type="spellStart"/>
            <w:r>
              <w:t>perdebatan</w:t>
            </w:r>
            <w:proofErr w:type="spellEnd"/>
            <w:r>
              <w:t xml:space="preserve"> </w:t>
            </w:r>
            <w:proofErr w:type="spellStart"/>
            <w:r>
              <w:t>mengenai</w:t>
            </w:r>
            <w:proofErr w:type="spellEnd"/>
            <w:r>
              <w:t xml:space="preserve"> </w:t>
            </w:r>
            <w:proofErr w:type="spellStart"/>
            <w:r>
              <w:t>orisinalitas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Evaluasilah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glokalisasi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perspektif</w:t>
            </w:r>
            <w:proofErr w:type="spellEnd"/>
            <w:r>
              <w:t xml:space="preserve"> </w:t>
            </w:r>
            <w:proofErr w:type="spellStart"/>
            <w:r>
              <w:t>sosiologis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memilih</w:t>
            </w:r>
            <w:proofErr w:type="spellEnd"/>
            <w:r>
              <w:t xml:space="preserve"> </w:t>
            </w:r>
            <w:proofErr w:type="spellStart"/>
            <w:r>
              <w:t>pernyataan-pernyataan</w:t>
            </w:r>
            <w:proofErr w:type="spellEnd"/>
            <w:r>
              <w:t xml:space="preserve"> yang </w:t>
            </w:r>
            <w:proofErr w:type="spellStart"/>
            <w:r>
              <w:t>benar</w:t>
            </w:r>
            <w:proofErr w:type="spellEnd"/>
            <w:r>
              <w:t xml:space="preserve"> di </w:t>
            </w:r>
            <w:proofErr w:type="spellStart"/>
            <w:r>
              <w:t>bawah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>: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Glokalisasi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pertahanan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 xml:space="preserve"> agar </w:t>
            </w:r>
            <w:proofErr w:type="spellStart"/>
            <w:r>
              <w:t>tetap</w:t>
            </w:r>
            <w:proofErr w:type="spellEnd"/>
            <w:r>
              <w:t xml:space="preserve"> </w:t>
            </w:r>
            <w:proofErr w:type="spellStart"/>
            <w:r>
              <w:t>relevan</w:t>
            </w:r>
            <w:proofErr w:type="spellEnd"/>
            <w:r>
              <w:t xml:space="preserve"> dan </w:t>
            </w:r>
            <w:proofErr w:type="spellStart"/>
            <w:r>
              <w:t>dikenal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arus</w:t>
            </w:r>
            <w:proofErr w:type="spellEnd"/>
            <w:r>
              <w:t xml:space="preserve"> </w:t>
            </w:r>
            <w:proofErr w:type="spellStart"/>
            <w:r>
              <w:t>modernitas</w:t>
            </w:r>
            <w:proofErr w:type="spellEnd"/>
            <w:r>
              <w:t xml:space="preserve"> global.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memicu</w:t>
            </w:r>
            <w:proofErr w:type="spellEnd"/>
            <w:r>
              <w:t xml:space="preserve"> </w:t>
            </w:r>
            <w:proofErr w:type="spellStart"/>
            <w:r>
              <w:t>hibriditas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yang </w:t>
            </w:r>
            <w:proofErr w:type="spellStart"/>
            <w:r>
              <w:t>memperkaya</w:t>
            </w:r>
            <w:proofErr w:type="spellEnd"/>
            <w:r>
              <w:t xml:space="preserve"> </w:t>
            </w:r>
            <w:proofErr w:type="spellStart"/>
            <w:r>
              <w:t>khazanah</w:t>
            </w:r>
            <w:proofErr w:type="spellEnd"/>
            <w:r>
              <w:t xml:space="preserve"> </w:t>
            </w:r>
            <w:proofErr w:type="spellStart"/>
            <w:r>
              <w:t>kebudayaan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harus</w:t>
            </w:r>
            <w:proofErr w:type="spellEnd"/>
            <w:r>
              <w:t xml:space="preserve"> </w:t>
            </w:r>
            <w:proofErr w:type="spellStart"/>
            <w:r>
              <w:t>menghilangkan</w:t>
            </w:r>
            <w:proofErr w:type="spellEnd"/>
            <w:r>
              <w:t xml:space="preserve"> </w:t>
            </w:r>
            <w:proofErr w:type="spellStart"/>
            <w:r>
              <w:t>unsur</w:t>
            </w:r>
            <w:proofErr w:type="spellEnd"/>
            <w:r>
              <w:t xml:space="preserve"> </w:t>
            </w:r>
            <w:proofErr w:type="spellStart"/>
            <w:r>
              <w:t>aslinya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Glokalisasi</w:t>
            </w:r>
            <w:proofErr w:type="spellEnd"/>
            <w:r>
              <w:t xml:space="preserve"> </w:t>
            </w:r>
            <w:proofErr w:type="spellStart"/>
            <w:r>
              <w:t>berpotensi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hegemoni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</w:t>
            </w:r>
            <w:proofErr w:type="spellStart"/>
            <w:r>
              <w:t>terselubung</w:t>
            </w:r>
            <w:proofErr w:type="spellEnd"/>
            <w:r>
              <w:t xml:space="preserve"> di mana </w:t>
            </w:r>
            <w:proofErr w:type="spellStart"/>
            <w:r>
              <w:t>nilai-nilai</w:t>
            </w:r>
            <w:proofErr w:type="spellEnd"/>
            <w:r>
              <w:t xml:space="preserve"> </w:t>
            </w:r>
            <w:proofErr w:type="spellStart"/>
            <w:r>
              <w:t>kapitalisme</w:t>
            </w:r>
            <w:proofErr w:type="spellEnd"/>
            <w:r>
              <w:t xml:space="preserve"> global </w:t>
            </w:r>
            <w:proofErr w:type="spellStart"/>
            <w:r>
              <w:t>masuk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kemasan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Strategi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otomatis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menghentikan</w:t>
            </w:r>
            <w:proofErr w:type="spellEnd"/>
            <w:r>
              <w:t xml:space="preserve"> proses </w:t>
            </w:r>
            <w:proofErr w:type="spellStart"/>
            <w:r>
              <w:t>komodifikasi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mengutamakan</w:t>
            </w:r>
            <w:proofErr w:type="spellEnd"/>
            <w:r>
              <w:t xml:space="preserve"> </w:t>
            </w:r>
            <w:proofErr w:type="spellStart"/>
            <w:r>
              <w:t>nilai</w:t>
            </w:r>
            <w:proofErr w:type="spellEnd"/>
            <w:r>
              <w:t xml:space="preserve"> </w:t>
            </w:r>
            <w:proofErr w:type="spellStart"/>
            <w:r>
              <w:t>estetika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Masyarakat </w:t>
            </w:r>
            <w:proofErr w:type="spellStart"/>
            <w:r>
              <w:t>lokal</w:t>
            </w:r>
            <w:proofErr w:type="spellEnd"/>
            <w:r>
              <w:t xml:space="preserve"> </w:t>
            </w:r>
            <w:proofErr w:type="spellStart"/>
            <w:r>
              <w:t>cenderung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konsumen</w:t>
            </w:r>
            <w:proofErr w:type="spellEnd"/>
            <w:r>
              <w:t xml:space="preserve"> </w:t>
            </w:r>
            <w:proofErr w:type="spellStart"/>
            <w:r>
              <w:t>pasif</w:t>
            </w:r>
            <w:proofErr w:type="spellEnd"/>
            <w:r>
              <w:t xml:space="preserve"> yang </w:t>
            </w:r>
            <w:proofErr w:type="spellStart"/>
            <w:r>
              <w:t>kehilangan</w:t>
            </w:r>
            <w:proofErr w:type="spellEnd"/>
            <w:r>
              <w:t xml:space="preserve"> </w:t>
            </w:r>
            <w:proofErr w:type="spellStart"/>
            <w:r>
              <w:t>daya</w:t>
            </w:r>
            <w:proofErr w:type="spellEnd"/>
            <w:r>
              <w:t xml:space="preserve"> </w:t>
            </w:r>
            <w:proofErr w:type="spellStart"/>
            <w:r>
              <w:t>kritis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filosofis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simbol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yang </w:t>
            </w:r>
            <w:proofErr w:type="spellStart"/>
            <w:r>
              <w:t>diglokalisasi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Evaluasilah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glokalisasi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perspektif</w:t>
            </w:r>
            <w:proofErr w:type="spellEnd"/>
            <w:r>
              <w:t xml:space="preserve"> </w:t>
            </w:r>
            <w:proofErr w:type="spellStart"/>
            <w:r>
              <w:t>sosiologis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memilih</w:t>
            </w:r>
            <w:proofErr w:type="spellEnd"/>
            <w:r>
              <w:t xml:space="preserve"> </w:t>
            </w:r>
            <w:proofErr w:type="spellStart"/>
            <w:r>
              <w:t>pernyataan-pernyataan</w:t>
            </w:r>
            <w:proofErr w:type="spellEnd"/>
            <w:r>
              <w:t xml:space="preserve"> yang </w:t>
            </w:r>
            <w:proofErr w:type="spellStart"/>
            <w:r>
              <w:t>benar</w:t>
            </w:r>
            <w:proofErr w:type="spellEnd"/>
            <w:r>
              <w:t xml:space="preserve"> di </w:t>
            </w:r>
            <w:proofErr w:type="spellStart"/>
            <w:r>
              <w:t>bawah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>: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Glokalisasi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pertahanan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 xml:space="preserve"> agar </w:t>
            </w:r>
            <w:proofErr w:type="spellStart"/>
            <w:r>
              <w:t>tetap</w:t>
            </w:r>
            <w:proofErr w:type="spellEnd"/>
            <w:r>
              <w:t xml:space="preserve"> </w:t>
            </w:r>
            <w:proofErr w:type="spellStart"/>
            <w:r>
              <w:t>relevan</w:t>
            </w:r>
            <w:proofErr w:type="spellEnd"/>
            <w:r>
              <w:t xml:space="preserve"> dan </w:t>
            </w:r>
            <w:proofErr w:type="spellStart"/>
            <w:r>
              <w:t>dikenal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arus</w:t>
            </w:r>
            <w:proofErr w:type="spellEnd"/>
            <w:r>
              <w:t xml:space="preserve"> </w:t>
            </w:r>
            <w:proofErr w:type="spellStart"/>
            <w:r>
              <w:t>modernitas</w:t>
            </w:r>
            <w:proofErr w:type="spellEnd"/>
            <w:r>
              <w:t xml:space="preserve"> global.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memicu</w:t>
            </w:r>
            <w:proofErr w:type="spellEnd"/>
            <w:r>
              <w:t xml:space="preserve"> </w:t>
            </w:r>
            <w:proofErr w:type="spellStart"/>
            <w:r>
              <w:t>hibriditas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yang </w:t>
            </w:r>
            <w:proofErr w:type="spellStart"/>
            <w:r>
              <w:t>memperkaya</w:t>
            </w:r>
            <w:proofErr w:type="spellEnd"/>
            <w:r>
              <w:t xml:space="preserve"> </w:t>
            </w:r>
            <w:proofErr w:type="spellStart"/>
            <w:r>
              <w:t>khazanah</w:t>
            </w:r>
            <w:proofErr w:type="spellEnd"/>
            <w:r>
              <w:t xml:space="preserve"> </w:t>
            </w:r>
            <w:proofErr w:type="spellStart"/>
            <w:r>
              <w:t>kebudayaan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harus</w:t>
            </w:r>
            <w:proofErr w:type="spellEnd"/>
            <w:r>
              <w:t xml:space="preserve"> </w:t>
            </w:r>
            <w:proofErr w:type="spellStart"/>
            <w:r>
              <w:t>menghilangkan</w:t>
            </w:r>
            <w:proofErr w:type="spellEnd"/>
            <w:r>
              <w:t xml:space="preserve"> </w:t>
            </w:r>
            <w:proofErr w:type="spellStart"/>
            <w:r>
              <w:t>unsur</w:t>
            </w:r>
            <w:proofErr w:type="spellEnd"/>
            <w:r>
              <w:t xml:space="preserve"> </w:t>
            </w:r>
            <w:proofErr w:type="spellStart"/>
            <w:r>
              <w:t>aslinya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Glokalisasi</w:t>
            </w:r>
            <w:proofErr w:type="spellEnd"/>
            <w:r>
              <w:t xml:space="preserve"> </w:t>
            </w:r>
            <w:proofErr w:type="spellStart"/>
            <w:r>
              <w:t>berpotensi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hegemoni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</w:t>
            </w:r>
            <w:proofErr w:type="spellStart"/>
            <w:r>
              <w:lastRenderedPageBreak/>
              <w:t>terselubung</w:t>
            </w:r>
            <w:proofErr w:type="spellEnd"/>
            <w:r>
              <w:t xml:space="preserve"> di mana </w:t>
            </w:r>
            <w:proofErr w:type="spellStart"/>
            <w:r>
              <w:t>nilai-nilai</w:t>
            </w:r>
            <w:proofErr w:type="spellEnd"/>
            <w:r>
              <w:t xml:space="preserve"> </w:t>
            </w:r>
            <w:proofErr w:type="spellStart"/>
            <w:r>
              <w:t>kapitalisme</w:t>
            </w:r>
            <w:proofErr w:type="spellEnd"/>
            <w:r>
              <w:t xml:space="preserve"> global </w:t>
            </w:r>
            <w:proofErr w:type="spellStart"/>
            <w:r>
              <w:t>masuk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kemasan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Strategi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otomatis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menghentikan</w:t>
            </w:r>
            <w:proofErr w:type="spellEnd"/>
            <w:r>
              <w:t xml:space="preserve"> proses </w:t>
            </w:r>
            <w:proofErr w:type="spellStart"/>
            <w:r>
              <w:t>komodifikasi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mengutamakan</w:t>
            </w:r>
            <w:proofErr w:type="spellEnd"/>
            <w:r>
              <w:t xml:space="preserve"> </w:t>
            </w:r>
            <w:proofErr w:type="spellStart"/>
            <w:r>
              <w:t>nilai</w:t>
            </w:r>
            <w:proofErr w:type="spellEnd"/>
            <w:r>
              <w:t xml:space="preserve"> </w:t>
            </w:r>
            <w:proofErr w:type="spellStart"/>
            <w:r>
              <w:t>estetika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Masyarakat </w:t>
            </w:r>
            <w:proofErr w:type="spellStart"/>
            <w:r>
              <w:t>lokal</w:t>
            </w:r>
            <w:proofErr w:type="spellEnd"/>
            <w:r>
              <w:t xml:space="preserve"> </w:t>
            </w:r>
            <w:proofErr w:type="spellStart"/>
            <w:r>
              <w:t>cenderung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konsumen</w:t>
            </w:r>
            <w:proofErr w:type="spellEnd"/>
            <w:r>
              <w:t xml:space="preserve"> </w:t>
            </w:r>
            <w:proofErr w:type="spellStart"/>
            <w:r>
              <w:t>pasif</w:t>
            </w:r>
            <w:proofErr w:type="spellEnd"/>
            <w:r>
              <w:t xml:space="preserve"> yang </w:t>
            </w:r>
            <w:proofErr w:type="spellStart"/>
            <w:r>
              <w:t>kehilangan</w:t>
            </w:r>
            <w:proofErr w:type="spellEnd"/>
            <w:r>
              <w:t xml:space="preserve"> </w:t>
            </w:r>
            <w:proofErr w:type="spellStart"/>
            <w:r>
              <w:t>daya</w:t>
            </w:r>
            <w:proofErr w:type="spellEnd"/>
            <w:r>
              <w:t xml:space="preserve"> </w:t>
            </w:r>
            <w:proofErr w:type="spellStart"/>
            <w:r>
              <w:t>kritis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filosofis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simbol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yang </w:t>
            </w:r>
            <w:proofErr w:type="spellStart"/>
            <w:r>
              <w:t>diglokalisasi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Pernyataan</w:t>
            </w:r>
            <w:proofErr w:type="spellEnd"/>
            <w:r>
              <w:t xml:space="preserve"> 1, 2, dan 3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Glokalisasi</w:t>
            </w:r>
            <w:proofErr w:type="spellEnd"/>
            <w:r>
              <w:t xml:space="preserve"> </w:t>
            </w:r>
            <w:proofErr w:type="spellStart"/>
            <w:r>
              <w:t>melahirkan</w:t>
            </w:r>
            <w:proofErr w:type="spellEnd"/>
            <w:r>
              <w:t xml:space="preserve"> </w:t>
            </w:r>
            <w:proofErr w:type="spellStart"/>
            <w:r>
              <w:t>hibriditas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, </w:t>
            </w:r>
            <w:proofErr w:type="spellStart"/>
            <w:r>
              <w:t>bisa</w:t>
            </w:r>
            <w:proofErr w:type="spellEnd"/>
            <w:r>
              <w:t xml:space="preserve"> </w:t>
            </w:r>
            <w:proofErr w:type="spellStart"/>
            <w:r>
              <w:t>jadi</w:t>
            </w:r>
            <w:proofErr w:type="spellEnd"/>
            <w:r>
              <w:t xml:space="preserve">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adaptasi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 xml:space="preserve">, </w:t>
            </w:r>
            <w:proofErr w:type="spellStart"/>
            <w:r>
              <w:t>sekaligus</w:t>
            </w:r>
            <w:proofErr w:type="spellEnd"/>
            <w:r>
              <w:t xml:space="preserve"> </w:t>
            </w:r>
            <w:proofErr w:type="spellStart"/>
            <w:r>
              <w:t>ancaman</w:t>
            </w:r>
            <w:proofErr w:type="spellEnd"/>
            <w:r>
              <w:t xml:space="preserve"> </w:t>
            </w:r>
            <w:proofErr w:type="spellStart"/>
            <w:r>
              <w:t>hegemoni</w:t>
            </w:r>
            <w:proofErr w:type="spellEnd"/>
            <w:r>
              <w:t xml:space="preserve"> </w:t>
            </w:r>
            <w:proofErr w:type="spellStart"/>
            <w:r>
              <w:t>nilai</w:t>
            </w:r>
            <w:proofErr w:type="spellEnd"/>
            <w:r>
              <w:t xml:space="preserve"> </w:t>
            </w:r>
            <w:proofErr w:type="spellStart"/>
            <w:r>
              <w:t>asing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7"/>
        <w:gridCol w:w="6789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39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Ketimpangan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merumuskan</w:t>
            </w:r>
            <w:proofErr w:type="spellEnd"/>
            <w:r>
              <w:t xml:space="preserve"> </w:t>
            </w:r>
            <w:proofErr w:type="spellStart"/>
            <w:r>
              <w:t>penyebab</w:t>
            </w:r>
            <w:proofErr w:type="spellEnd"/>
            <w:r>
              <w:t xml:space="preserve"> </w:t>
            </w:r>
            <w:proofErr w:type="spellStart"/>
            <w:r>
              <w:t>ketimpangan</w:t>
            </w:r>
            <w:proofErr w:type="spellEnd"/>
            <w:r>
              <w:t xml:space="preserve"> di era global.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F1126">
            <w:r>
              <w:t>C4</w:t>
            </w:r>
            <w:r w:rsidR="001E1470">
              <w:t xml:space="preserve"> (</w:t>
            </w:r>
            <w:proofErr w:type="spellStart"/>
            <w:r w:rsidR="001E1470">
              <w:t>Menganalisis</w:t>
            </w:r>
            <w:proofErr w:type="spellEnd"/>
            <w:r w:rsidR="001E1470"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Kompleks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Globalisasi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peluang</w:t>
            </w:r>
            <w:proofErr w:type="spellEnd"/>
            <w:r>
              <w:t xml:space="preserve"> </w:t>
            </w:r>
            <w:proofErr w:type="spellStart"/>
            <w:r>
              <w:t>besar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para </w:t>
            </w:r>
            <w:proofErr w:type="spellStart"/>
            <w:r>
              <w:t>profesional</w:t>
            </w:r>
            <w:proofErr w:type="spellEnd"/>
            <w:r>
              <w:t xml:space="preserve"> di </w:t>
            </w:r>
            <w:proofErr w:type="spellStart"/>
            <w:r>
              <w:t>bidang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  <w:r>
              <w:t xml:space="preserve"> di </w:t>
            </w:r>
            <w:proofErr w:type="spellStart"/>
            <w:r>
              <w:t>kota-kota</w:t>
            </w:r>
            <w:proofErr w:type="spellEnd"/>
            <w:r>
              <w:t xml:space="preserve"> </w:t>
            </w:r>
            <w:proofErr w:type="spellStart"/>
            <w:r>
              <w:t>besar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bekerja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remote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  <w:r>
              <w:t xml:space="preserve"> </w:t>
            </w:r>
            <w:proofErr w:type="spellStart"/>
            <w:r>
              <w:t>asing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gaji</w:t>
            </w:r>
            <w:proofErr w:type="spellEnd"/>
            <w:r>
              <w:t xml:space="preserve"> </w:t>
            </w:r>
            <w:proofErr w:type="spellStart"/>
            <w:r>
              <w:t>tinggi</w:t>
            </w:r>
            <w:proofErr w:type="spellEnd"/>
            <w:r>
              <w:t xml:space="preserve">. Di </w:t>
            </w:r>
            <w:proofErr w:type="spellStart"/>
            <w:r>
              <w:t>sisi</w:t>
            </w:r>
            <w:proofErr w:type="spellEnd"/>
            <w:r>
              <w:t xml:space="preserve"> </w:t>
            </w:r>
            <w:proofErr w:type="spellStart"/>
            <w:r>
              <w:t>lain</w:t>
            </w:r>
            <w:proofErr w:type="spellEnd"/>
            <w:r>
              <w:t xml:space="preserve">, </w:t>
            </w:r>
            <w:proofErr w:type="spellStart"/>
            <w:r>
              <w:t>petani</w:t>
            </w:r>
            <w:proofErr w:type="spellEnd"/>
            <w:r>
              <w:t xml:space="preserve"> di </w:t>
            </w:r>
            <w:proofErr w:type="spellStart"/>
            <w:r>
              <w:t>pelosok</w:t>
            </w:r>
            <w:proofErr w:type="spellEnd"/>
            <w:r>
              <w:t xml:space="preserve"> </w:t>
            </w:r>
            <w:proofErr w:type="spellStart"/>
            <w:r>
              <w:t>daerah</w:t>
            </w:r>
            <w:proofErr w:type="spellEnd"/>
            <w:r>
              <w:t xml:space="preserve"> </w:t>
            </w:r>
            <w:proofErr w:type="spellStart"/>
            <w:r>
              <w:t>masih</w:t>
            </w:r>
            <w:proofErr w:type="spellEnd"/>
            <w:r>
              <w:t xml:space="preserve"> </w:t>
            </w:r>
            <w:proofErr w:type="spellStart"/>
            <w:r>
              <w:t>kesulitan</w:t>
            </w:r>
            <w:proofErr w:type="spellEnd"/>
            <w:r>
              <w:t xml:space="preserve"> </w:t>
            </w:r>
            <w:proofErr w:type="spellStart"/>
            <w:r>
              <w:t>mengakses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  <w:r>
              <w:t xml:space="preserve"> </w:t>
            </w:r>
            <w:proofErr w:type="spellStart"/>
            <w:r>
              <w:t>harga</w:t>
            </w:r>
            <w:proofErr w:type="spellEnd"/>
            <w:r>
              <w:t xml:space="preserve"> pasar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keterbatasan</w:t>
            </w:r>
            <w:proofErr w:type="spellEnd"/>
            <w:r>
              <w:t xml:space="preserve"> </w:t>
            </w:r>
            <w:proofErr w:type="spellStart"/>
            <w:r>
              <w:t>jaringan</w:t>
            </w:r>
            <w:proofErr w:type="spellEnd"/>
            <w:r>
              <w:t xml:space="preserve"> dan </w:t>
            </w:r>
            <w:proofErr w:type="spellStart"/>
            <w:r>
              <w:t>literasi</w:t>
            </w:r>
            <w:proofErr w:type="spellEnd"/>
            <w:r>
              <w:t xml:space="preserve"> digital, </w:t>
            </w:r>
            <w:proofErr w:type="spellStart"/>
            <w:r>
              <w:t>sehingga</w:t>
            </w:r>
            <w:proofErr w:type="spellEnd"/>
            <w:r>
              <w:t xml:space="preserve"> </w:t>
            </w:r>
            <w:proofErr w:type="spellStart"/>
            <w:r>
              <w:t>sering</w:t>
            </w:r>
            <w:proofErr w:type="spellEnd"/>
            <w:r>
              <w:t xml:space="preserve"> kali </w:t>
            </w:r>
            <w:proofErr w:type="spellStart"/>
            <w:r>
              <w:t>terjebak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skema</w:t>
            </w:r>
            <w:proofErr w:type="spellEnd"/>
            <w:r>
              <w:t xml:space="preserve"> </w:t>
            </w:r>
            <w:proofErr w:type="spellStart"/>
            <w:r>
              <w:t>tengkulak</w:t>
            </w:r>
            <w:proofErr w:type="spellEnd"/>
            <w:r>
              <w:t xml:space="preserve">. </w:t>
            </w:r>
            <w:proofErr w:type="spellStart"/>
            <w:r>
              <w:t>Kondisi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memperlebar</w:t>
            </w:r>
            <w:proofErr w:type="spellEnd"/>
            <w:r>
              <w:t xml:space="preserve"> </w:t>
            </w:r>
            <w:proofErr w:type="spellStart"/>
            <w:r>
              <w:t>jurang</w:t>
            </w:r>
            <w:proofErr w:type="spellEnd"/>
            <w:r>
              <w:t xml:space="preserve"> </w:t>
            </w:r>
            <w:proofErr w:type="spellStart"/>
            <w:r>
              <w:t>kesejahteraan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>.</w:t>
            </w:r>
          </w:p>
          <w:p w:rsidR="00AA1A0E" w:rsidRDefault="001E1470">
            <w:proofErr w:type="spellStart"/>
            <w:r>
              <w:t>Globalisasi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peluang</w:t>
            </w:r>
            <w:proofErr w:type="spellEnd"/>
            <w:r>
              <w:t xml:space="preserve"> </w:t>
            </w:r>
            <w:proofErr w:type="spellStart"/>
            <w:r>
              <w:t>besar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para </w:t>
            </w:r>
            <w:proofErr w:type="spellStart"/>
            <w:r>
              <w:t>profesional</w:t>
            </w:r>
            <w:proofErr w:type="spellEnd"/>
            <w:r>
              <w:t xml:space="preserve"> di </w:t>
            </w:r>
            <w:proofErr w:type="spellStart"/>
            <w:r>
              <w:t>bidang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  <w:r>
              <w:t xml:space="preserve"> di </w:t>
            </w:r>
            <w:proofErr w:type="spellStart"/>
            <w:r>
              <w:t>kota-kota</w:t>
            </w:r>
            <w:proofErr w:type="spellEnd"/>
            <w:r>
              <w:t xml:space="preserve"> </w:t>
            </w:r>
            <w:proofErr w:type="spellStart"/>
            <w:r>
              <w:t>besar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bekerja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remote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perusahaan</w:t>
            </w:r>
            <w:proofErr w:type="spellEnd"/>
            <w:r>
              <w:t xml:space="preserve"> </w:t>
            </w:r>
            <w:proofErr w:type="spellStart"/>
            <w:r>
              <w:t>asing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gaji</w:t>
            </w:r>
            <w:proofErr w:type="spellEnd"/>
            <w:r>
              <w:t xml:space="preserve"> </w:t>
            </w:r>
            <w:proofErr w:type="spellStart"/>
            <w:r>
              <w:t>tinggi</w:t>
            </w:r>
            <w:proofErr w:type="spellEnd"/>
            <w:r>
              <w:t xml:space="preserve">. Di </w:t>
            </w:r>
            <w:proofErr w:type="spellStart"/>
            <w:r>
              <w:t>sisi</w:t>
            </w:r>
            <w:proofErr w:type="spellEnd"/>
            <w:r>
              <w:t xml:space="preserve"> </w:t>
            </w:r>
            <w:proofErr w:type="spellStart"/>
            <w:r>
              <w:t>lain</w:t>
            </w:r>
            <w:proofErr w:type="spellEnd"/>
            <w:r>
              <w:t xml:space="preserve">, </w:t>
            </w:r>
            <w:proofErr w:type="spellStart"/>
            <w:r>
              <w:t>petani</w:t>
            </w:r>
            <w:proofErr w:type="spellEnd"/>
            <w:r>
              <w:t xml:space="preserve"> di </w:t>
            </w:r>
            <w:proofErr w:type="spellStart"/>
            <w:r>
              <w:t>pelosok</w:t>
            </w:r>
            <w:proofErr w:type="spellEnd"/>
            <w:r>
              <w:t xml:space="preserve"> </w:t>
            </w:r>
            <w:proofErr w:type="spellStart"/>
            <w:r>
              <w:t>daerah</w:t>
            </w:r>
            <w:proofErr w:type="spellEnd"/>
            <w:r>
              <w:t xml:space="preserve"> </w:t>
            </w:r>
            <w:proofErr w:type="spellStart"/>
            <w:r>
              <w:t>masih</w:t>
            </w:r>
            <w:proofErr w:type="spellEnd"/>
            <w:r>
              <w:t xml:space="preserve"> </w:t>
            </w:r>
            <w:proofErr w:type="spellStart"/>
            <w:r>
              <w:t>kesulitan</w:t>
            </w:r>
            <w:proofErr w:type="spellEnd"/>
            <w:r>
              <w:t xml:space="preserve"> </w:t>
            </w:r>
            <w:proofErr w:type="spellStart"/>
            <w:r>
              <w:t>mengakses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  <w:r>
              <w:t xml:space="preserve"> </w:t>
            </w:r>
            <w:proofErr w:type="spellStart"/>
            <w:r>
              <w:t>harga</w:t>
            </w:r>
            <w:proofErr w:type="spellEnd"/>
            <w:r>
              <w:t xml:space="preserve"> pasar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keterbatasan</w:t>
            </w:r>
            <w:proofErr w:type="spellEnd"/>
            <w:r>
              <w:t xml:space="preserve"> </w:t>
            </w:r>
            <w:proofErr w:type="spellStart"/>
            <w:r>
              <w:t>jaringan</w:t>
            </w:r>
            <w:proofErr w:type="spellEnd"/>
            <w:r>
              <w:t xml:space="preserve"> dan </w:t>
            </w:r>
            <w:proofErr w:type="spellStart"/>
            <w:r>
              <w:t>literasi</w:t>
            </w:r>
            <w:proofErr w:type="spellEnd"/>
            <w:r>
              <w:t xml:space="preserve"> digital, </w:t>
            </w:r>
            <w:proofErr w:type="spellStart"/>
            <w:r>
              <w:t>sehingga</w:t>
            </w:r>
            <w:proofErr w:type="spellEnd"/>
            <w:r>
              <w:t xml:space="preserve"> </w:t>
            </w:r>
            <w:proofErr w:type="spellStart"/>
            <w:r>
              <w:t>sering</w:t>
            </w:r>
            <w:proofErr w:type="spellEnd"/>
            <w:r>
              <w:t xml:space="preserve"> kali </w:t>
            </w:r>
            <w:proofErr w:type="spellStart"/>
            <w:r>
              <w:t>terjebak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skema</w:t>
            </w:r>
            <w:proofErr w:type="spellEnd"/>
            <w:r>
              <w:t xml:space="preserve"> </w:t>
            </w:r>
            <w:proofErr w:type="spellStart"/>
            <w:r>
              <w:t>tengkulak</w:t>
            </w:r>
            <w:proofErr w:type="spellEnd"/>
            <w:r>
              <w:t xml:space="preserve">. </w:t>
            </w:r>
            <w:proofErr w:type="spellStart"/>
            <w:r>
              <w:t>Kondisi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memperlebar</w:t>
            </w:r>
            <w:proofErr w:type="spellEnd"/>
            <w:r>
              <w:t xml:space="preserve"> </w:t>
            </w:r>
            <w:proofErr w:type="spellStart"/>
            <w:r>
              <w:t>jurang</w:t>
            </w:r>
            <w:proofErr w:type="spellEnd"/>
            <w:r>
              <w:t xml:space="preserve"> </w:t>
            </w:r>
            <w:proofErr w:type="spellStart"/>
            <w:r>
              <w:t>kesejahteraan</w:t>
            </w:r>
            <w:proofErr w:type="spellEnd"/>
            <w:r>
              <w:t xml:space="preserve">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Analisislah</w:t>
            </w:r>
            <w:proofErr w:type="spellEnd"/>
            <w:r>
              <w:t xml:space="preserve"> </w:t>
            </w:r>
            <w:proofErr w:type="spellStart"/>
            <w:r>
              <w:t>penyebab</w:t>
            </w:r>
            <w:proofErr w:type="spellEnd"/>
            <w:r>
              <w:t xml:space="preserve"> </w:t>
            </w:r>
            <w:proofErr w:type="spellStart"/>
            <w:r>
              <w:t>ketimpangan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konteks</w:t>
            </w:r>
            <w:proofErr w:type="spell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di </w:t>
            </w:r>
            <w:proofErr w:type="spellStart"/>
            <w:r>
              <w:t>atas</w:t>
            </w:r>
            <w:proofErr w:type="spellEnd"/>
            <w:r>
              <w:t xml:space="preserve">. </w:t>
            </w:r>
            <w:proofErr w:type="spellStart"/>
            <w:r>
              <w:t>Pernyataan</w:t>
            </w:r>
            <w:proofErr w:type="spellEnd"/>
            <w:r>
              <w:t xml:space="preserve"> </w:t>
            </w:r>
            <w:proofErr w:type="spellStart"/>
            <w:r>
              <w:t>manakah</w:t>
            </w:r>
            <w:proofErr w:type="spellEnd"/>
            <w:r>
              <w:t xml:space="preserve"> yang </w:t>
            </w:r>
            <w:proofErr w:type="spellStart"/>
            <w:r>
              <w:t>mendukung</w:t>
            </w:r>
            <w:proofErr w:type="spellEnd"/>
            <w:r>
              <w:t xml:space="preserve"> </w:t>
            </w:r>
            <w:proofErr w:type="spellStart"/>
            <w:r>
              <w:t>analisis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?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Ketimpangan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disebabkan</w:t>
            </w:r>
            <w:proofErr w:type="spellEnd"/>
            <w:r>
              <w:t xml:space="preserve"> oleh </w:t>
            </w:r>
            <w:proofErr w:type="spellStart"/>
            <w:r>
              <w:t>distribusi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daya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merata</w:t>
            </w:r>
            <w:proofErr w:type="spellEnd"/>
            <w:r>
              <w:t xml:space="preserve"> (mismatch)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sektor</w:t>
            </w:r>
            <w:proofErr w:type="spellEnd"/>
            <w:r>
              <w:t xml:space="preserve"> </w:t>
            </w:r>
            <w:proofErr w:type="spellStart"/>
            <w:r>
              <w:t>industri</w:t>
            </w:r>
            <w:proofErr w:type="spellEnd"/>
            <w:r>
              <w:t xml:space="preserve"> dan </w:t>
            </w:r>
            <w:proofErr w:type="spellStart"/>
            <w:r>
              <w:t>agraris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Akses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  <w:r>
              <w:t xml:space="preserve"> (digital divide)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variabel</w:t>
            </w:r>
            <w:proofErr w:type="spellEnd"/>
            <w:r>
              <w:t xml:space="preserve"> </w:t>
            </w:r>
            <w:proofErr w:type="spellStart"/>
            <w:r>
              <w:t>penentu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mobilitas</w:t>
            </w:r>
            <w:proofErr w:type="spellEnd"/>
            <w:r>
              <w:t xml:space="preserve"> </w:t>
            </w:r>
            <w:proofErr w:type="spellStart"/>
            <w:r>
              <w:t>vertikal</w:t>
            </w:r>
            <w:proofErr w:type="spellEnd"/>
            <w:r>
              <w:t xml:space="preserve"> di era </w:t>
            </w:r>
            <w:proofErr w:type="spellStart"/>
            <w:r>
              <w:t>globalisasi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keuntungan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'digital literate' yang </w:t>
            </w:r>
            <w:proofErr w:type="spellStart"/>
            <w:r>
              <w:t>memiliki</w:t>
            </w:r>
            <w:proofErr w:type="spellEnd"/>
            <w:r>
              <w:t xml:space="preserve"> modal </w:t>
            </w:r>
            <w:proofErr w:type="spellStart"/>
            <w:r>
              <w:t>manusia</w:t>
            </w:r>
            <w:proofErr w:type="spellEnd"/>
            <w:r>
              <w:t xml:space="preserve"> (human capital) </w:t>
            </w:r>
            <w:proofErr w:type="spellStart"/>
            <w:r>
              <w:t>tinggi</w:t>
            </w:r>
            <w:proofErr w:type="spellEnd"/>
            <w:r>
              <w:t>.</w:t>
            </w:r>
          </w:p>
          <w:p w:rsidR="00AA1A0E" w:rsidRDefault="001E1470">
            <w:r>
              <w:lastRenderedPageBreak/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sepenuhnya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bertanggung</w:t>
            </w:r>
            <w:proofErr w:type="spellEnd"/>
            <w:r>
              <w:t xml:space="preserve"> </w:t>
            </w:r>
            <w:proofErr w:type="spellStart"/>
            <w:r>
              <w:t>jawab</w:t>
            </w:r>
            <w:proofErr w:type="spellEnd"/>
            <w:r>
              <w:t xml:space="preserve"> </w:t>
            </w:r>
            <w:proofErr w:type="spellStart"/>
            <w:r>
              <w:t>atas</w:t>
            </w:r>
            <w:proofErr w:type="spellEnd"/>
            <w:r>
              <w:t xml:space="preserve"> </w:t>
            </w:r>
            <w:proofErr w:type="spellStart"/>
            <w:r>
              <w:t>ketimpangan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konsekuensi</w:t>
            </w:r>
            <w:proofErr w:type="spellEnd"/>
            <w:r>
              <w:t xml:space="preserve"> </w:t>
            </w:r>
            <w:proofErr w:type="spellStart"/>
            <w:r>
              <w:t>logis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pasar </w:t>
            </w:r>
            <w:proofErr w:type="spellStart"/>
            <w:r>
              <w:t>bebas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Sektor</w:t>
            </w:r>
            <w:proofErr w:type="spellEnd"/>
            <w:r>
              <w:t xml:space="preserve"> </w:t>
            </w:r>
            <w:proofErr w:type="spellStart"/>
            <w:r>
              <w:t>pertanian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berkembang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sifat</w:t>
            </w:r>
            <w:proofErr w:type="spellEnd"/>
            <w:r>
              <w:t xml:space="preserve"> </w:t>
            </w:r>
            <w:proofErr w:type="spellStart"/>
            <w:r>
              <w:t>dasarnya</w:t>
            </w:r>
            <w:proofErr w:type="spellEnd"/>
            <w:r>
              <w:t xml:space="preserve"> yang </w:t>
            </w:r>
            <w:proofErr w:type="spellStart"/>
            <w:r>
              <w:t>statis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bersentuhan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arus</w:t>
            </w:r>
            <w:proofErr w:type="spell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Analisislah</w:t>
            </w:r>
            <w:proofErr w:type="spellEnd"/>
            <w:r>
              <w:t xml:space="preserve"> </w:t>
            </w:r>
            <w:proofErr w:type="spellStart"/>
            <w:r>
              <w:t>penyebab</w:t>
            </w:r>
            <w:proofErr w:type="spellEnd"/>
            <w:r>
              <w:t xml:space="preserve"> </w:t>
            </w:r>
            <w:proofErr w:type="spellStart"/>
            <w:r>
              <w:t>ketimpangan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konteks</w:t>
            </w:r>
            <w:proofErr w:type="spell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 di </w:t>
            </w:r>
            <w:proofErr w:type="spellStart"/>
            <w:r>
              <w:t>atas</w:t>
            </w:r>
            <w:proofErr w:type="spellEnd"/>
            <w:r>
              <w:t xml:space="preserve">. </w:t>
            </w:r>
            <w:proofErr w:type="spellStart"/>
            <w:r>
              <w:t>Pernyataan</w:t>
            </w:r>
            <w:proofErr w:type="spellEnd"/>
            <w:r>
              <w:t xml:space="preserve"> </w:t>
            </w:r>
            <w:proofErr w:type="spellStart"/>
            <w:r>
              <w:t>manakah</w:t>
            </w:r>
            <w:proofErr w:type="spellEnd"/>
            <w:r>
              <w:t xml:space="preserve"> yang </w:t>
            </w:r>
            <w:proofErr w:type="spellStart"/>
            <w:r>
              <w:t>mendukung</w:t>
            </w:r>
            <w:proofErr w:type="spellEnd"/>
            <w:r>
              <w:t xml:space="preserve"> </w:t>
            </w:r>
            <w:proofErr w:type="spellStart"/>
            <w:r>
              <w:t>analisis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?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Ketimpangan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disebabkan</w:t>
            </w:r>
            <w:proofErr w:type="spellEnd"/>
            <w:r>
              <w:t xml:space="preserve"> oleh </w:t>
            </w:r>
            <w:proofErr w:type="spellStart"/>
            <w:r>
              <w:t>distribusi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daya</w:t>
            </w:r>
            <w:proofErr w:type="spellEnd"/>
            <w:r>
              <w:t xml:space="preserve"> </w:t>
            </w:r>
            <w:proofErr w:type="spellStart"/>
            <w:r>
              <w:t>ekonomi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merata</w:t>
            </w:r>
            <w:proofErr w:type="spellEnd"/>
            <w:r>
              <w:t xml:space="preserve"> (mismatch) </w:t>
            </w: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sektor</w:t>
            </w:r>
            <w:proofErr w:type="spellEnd"/>
            <w:r>
              <w:t xml:space="preserve"> </w:t>
            </w:r>
            <w:proofErr w:type="spellStart"/>
            <w:r>
              <w:t>industri</w:t>
            </w:r>
            <w:proofErr w:type="spellEnd"/>
            <w:r>
              <w:t xml:space="preserve"> dan </w:t>
            </w:r>
            <w:proofErr w:type="spellStart"/>
            <w:r>
              <w:t>agraris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Akses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  <w:r>
              <w:t xml:space="preserve"> (digital divide)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variabel</w:t>
            </w:r>
            <w:proofErr w:type="spellEnd"/>
            <w:r>
              <w:t xml:space="preserve"> </w:t>
            </w:r>
            <w:proofErr w:type="spellStart"/>
            <w:r>
              <w:t>penentu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mobilitas</w:t>
            </w:r>
            <w:proofErr w:type="spellEnd"/>
            <w:r>
              <w:t xml:space="preserve"> </w:t>
            </w:r>
            <w:proofErr w:type="spellStart"/>
            <w:r>
              <w:t>vertikal</w:t>
            </w:r>
            <w:proofErr w:type="spellEnd"/>
            <w:r>
              <w:t xml:space="preserve"> di era </w:t>
            </w:r>
            <w:proofErr w:type="spellStart"/>
            <w:r>
              <w:t>globalisasi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keuntungan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'digital literate' yang </w:t>
            </w:r>
            <w:proofErr w:type="spellStart"/>
            <w:r>
              <w:t>memiliki</w:t>
            </w:r>
            <w:proofErr w:type="spellEnd"/>
            <w:r>
              <w:t xml:space="preserve"> modal </w:t>
            </w:r>
            <w:proofErr w:type="spellStart"/>
            <w:r>
              <w:t>manusia</w:t>
            </w:r>
            <w:proofErr w:type="spellEnd"/>
            <w:r>
              <w:t xml:space="preserve"> (human capital) </w:t>
            </w:r>
            <w:proofErr w:type="spellStart"/>
            <w:r>
              <w:t>tinggi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sepenuhnya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bertanggung</w:t>
            </w:r>
            <w:proofErr w:type="spellEnd"/>
            <w:r>
              <w:t xml:space="preserve"> </w:t>
            </w:r>
            <w:proofErr w:type="spellStart"/>
            <w:r>
              <w:t>jawab</w:t>
            </w:r>
            <w:proofErr w:type="spellEnd"/>
            <w:r>
              <w:t xml:space="preserve"> </w:t>
            </w:r>
            <w:proofErr w:type="spellStart"/>
            <w:r>
              <w:t>atas</w:t>
            </w:r>
            <w:proofErr w:type="spellEnd"/>
            <w:r>
              <w:t xml:space="preserve"> </w:t>
            </w:r>
            <w:proofErr w:type="spellStart"/>
            <w:r>
              <w:t>ketimpangan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konsekuensi</w:t>
            </w:r>
            <w:proofErr w:type="spellEnd"/>
            <w:r>
              <w:t xml:space="preserve"> </w:t>
            </w:r>
            <w:proofErr w:type="spellStart"/>
            <w:r>
              <w:t>logis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pasar </w:t>
            </w:r>
            <w:proofErr w:type="spellStart"/>
            <w:r>
              <w:t>bebas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Sektor</w:t>
            </w:r>
            <w:proofErr w:type="spellEnd"/>
            <w:r>
              <w:t xml:space="preserve"> </w:t>
            </w:r>
            <w:proofErr w:type="spellStart"/>
            <w:r>
              <w:t>pertanian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berkembang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sifat</w:t>
            </w:r>
            <w:proofErr w:type="spellEnd"/>
            <w:r>
              <w:t xml:space="preserve"> </w:t>
            </w:r>
            <w:proofErr w:type="spellStart"/>
            <w:r>
              <w:t>dasarnya</w:t>
            </w:r>
            <w:proofErr w:type="spellEnd"/>
            <w:r>
              <w:t xml:space="preserve"> yang </w:t>
            </w:r>
            <w:proofErr w:type="spellStart"/>
            <w:r>
              <w:t>statis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bersentuhan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arus</w:t>
            </w:r>
            <w:proofErr w:type="spell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Pernyataan</w:t>
            </w:r>
            <w:proofErr w:type="spellEnd"/>
            <w:r>
              <w:t xml:space="preserve"> 1 dan 2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Akses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(digital divide) dan </w:t>
            </w:r>
            <w:proofErr w:type="spellStart"/>
            <w:r>
              <w:t>distribusi</w:t>
            </w:r>
            <w:proofErr w:type="spellEnd"/>
            <w:r>
              <w:t xml:space="preserve"> </w:t>
            </w:r>
            <w:proofErr w:type="spellStart"/>
            <w:r>
              <w:t>pembangunan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merata</w:t>
            </w:r>
            <w:proofErr w:type="spellEnd"/>
            <w:r>
              <w:t xml:space="preserve"> </w:t>
            </w:r>
            <w:proofErr w:type="spellStart"/>
            <w:r>
              <w:t>sangat</w:t>
            </w:r>
            <w:proofErr w:type="spellEnd"/>
            <w:r>
              <w:t xml:space="preserve"> </w:t>
            </w:r>
            <w:proofErr w:type="spellStart"/>
            <w:r>
              <w:t>memengaruhi</w:t>
            </w:r>
            <w:proofErr w:type="spellEnd"/>
            <w:r>
              <w:t xml:space="preserve"> </w:t>
            </w:r>
            <w:proofErr w:type="spellStart"/>
            <w:r>
              <w:t>mobilitas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vertikal</w:t>
            </w:r>
            <w:proofErr w:type="spellEnd"/>
            <w:r>
              <w:t>.</w:t>
            </w:r>
          </w:p>
        </w:tc>
      </w:tr>
    </w:tbl>
    <w:p w:rsidR="00AA1A0E" w:rsidRDefault="00AA1A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2"/>
        <w:gridCol w:w="6794"/>
      </w:tblGrid>
      <w:tr w:rsidR="00AA1A0E">
        <w:tc>
          <w:tcPr>
            <w:tcW w:w="8640" w:type="dxa"/>
            <w:gridSpan w:val="2"/>
          </w:tcPr>
          <w:p w:rsidR="00AA1A0E" w:rsidRDefault="001E1470">
            <w:pPr>
              <w:jc w:val="center"/>
            </w:pPr>
            <w:r>
              <w:rPr>
                <w:b/>
              </w:rPr>
              <w:t>KARTU SOAL NOMOR 40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Mata Pelajaran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Sosiologi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Fase</w:t>
            </w:r>
            <w:proofErr w:type="spellEnd"/>
            <w:r>
              <w:rPr>
                <w:b/>
              </w:rPr>
              <w:t>/Kelas</w:t>
            </w:r>
          </w:p>
        </w:tc>
        <w:tc>
          <w:tcPr>
            <w:tcW w:w="7920" w:type="dxa"/>
          </w:tcPr>
          <w:p w:rsidR="00AA1A0E" w:rsidRDefault="001E1470">
            <w:r>
              <w:t xml:space="preserve">F /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Jenjang</w:t>
            </w:r>
            <w:proofErr w:type="spellEnd"/>
            <w:r>
              <w:t xml:space="preserve"> (SMA/MA)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Pembelajaran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Menganalisis</w:t>
            </w:r>
            <w:proofErr w:type="spellEnd"/>
            <w:r>
              <w:t xml:space="preserve"> dan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fenomena</w:t>
            </w:r>
            <w:proofErr w:type="spellEnd"/>
            <w:r>
              <w:t xml:space="preserve"> dan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di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teori</w:t>
            </w:r>
            <w:proofErr w:type="spellEnd"/>
            <w:r>
              <w:t xml:space="preserve"> </w:t>
            </w:r>
            <w:proofErr w:type="spellStart"/>
            <w:r>
              <w:t>sosiologi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Materi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Ketahanan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Indikator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mendesain</w:t>
            </w:r>
            <w:proofErr w:type="spellEnd"/>
            <w:r>
              <w:t xml:space="preserve"> </w:t>
            </w:r>
            <w:proofErr w:type="spellStart"/>
            <w:r>
              <w:t>strategi</w:t>
            </w:r>
            <w:proofErr w:type="spellEnd"/>
            <w:r>
              <w:t xml:space="preserve"> </w:t>
            </w:r>
            <w:proofErr w:type="spellStart"/>
            <w:r>
              <w:t>ketahanan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 xml:space="preserve">Level </w:t>
            </w:r>
            <w:proofErr w:type="spellStart"/>
            <w:r>
              <w:rPr>
                <w:b/>
              </w:rPr>
              <w:t>Kognitif</w:t>
            </w:r>
            <w:proofErr w:type="spellEnd"/>
          </w:p>
        </w:tc>
        <w:tc>
          <w:tcPr>
            <w:tcW w:w="7920" w:type="dxa"/>
          </w:tcPr>
          <w:p w:rsidR="00AA1A0E" w:rsidRDefault="001F1126">
            <w:r>
              <w:t>C6</w:t>
            </w:r>
            <w:r w:rsidR="001E1470">
              <w:t xml:space="preserve"> (</w:t>
            </w:r>
            <w:proofErr w:type="spellStart"/>
            <w:r w:rsidR="001E1470">
              <w:t>Mencipta</w:t>
            </w:r>
            <w:proofErr w:type="spellEnd"/>
            <w:r w:rsidR="001E1470">
              <w:t>)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Bentuk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Soal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Pilihan</w:t>
            </w:r>
            <w:proofErr w:type="spellEnd"/>
            <w:r>
              <w:t xml:space="preserve"> Ganda </w:t>
            </w:r>
            <w:proofErr w:type="spellStart"/>
            <w:r>
              <w:t>Kompleks</w:t>
            </w:r>
            <w:proofErr w:type="spellEnd"/>
          </w:p>
        </w:tc>
      </w:tr>
      <w:tr w:rsidR="00AA1A0E">
        <w:tc>
          <w:tcPr>
            <w:tcW w:w="2160" w:type="dxa"/>
          </w:tcPr>
          <w:p w:rsidR="00AA1A0E" w:rsidRDefault="001E1470">
            <w:r>
              <w:rPr>
                <w:b/>
              </w:rPr>
              <w:t>SOAL</w:t>
            </w:r>
          </w:p>
        </w:tc>
        <w:tc>
          <w:tcPr>
            <w:tcW w:w="7920" w:type="dxa"/>
          </w:tcPr>
          <w:p w:rsidR="00AA1A0E" w:rsidRDefault="001E1470">
            <w:proofErr w:type="spellStart"/>
            <w:r>
              <w:t>Maraknya</w:t>
            </w:r>
            <w:proofErr w:type="spellEnd"/>
            <w:r>
              <w:t xml:space="preserve"> </w:t>
            </w:r>
            <w:proofErr w:type="spellStart"/>
            <w:r>
              <w:t>tren</w:t>
            </w:r>
            <w:proofErr w:type="spellEnd"/>
            <w:r>
              <w:t xml:space="preserve"> </w:t>
            </w:r>
            <w:proofErr w:type="spellStart"/>
            <w:r>
              <w:t>gaya</w:t>
            </w:r>
            <w:proofErr w:type="spellEnd"/>
            <w:r>
              <w:t xml:space="preserve"> </w:t>
            </w:r>
            <w:proofErr w:type="spellStart"/>
            <w:r>
              <w:t>hidup</w:t>
            </w:r>
            <w:proofErr w:type="spellEnd"/>
            <w:r>
              <w:t xml:space="preserve"> </w:t>
            </w:r>
            <w:proofErr w:type="spellStart"/>
            <w:r>
              <w:t>konsumeris</w:t>
            </w:r>
            <w:proofErr w:type="spellEnd"/>
            <w:r>
              <w:t xml:space="preserve"> </w:t>
            </w:r>
            <w:proofErr w:type="spellStart"/>
            <w:r>
              <w:t>akibat</w:t>
            </w:r>
            <w:proofErr w:type="spellEnd"/>
            <w:r>
              <w:t xml:space="preserve"> </w:t>
            </w:r>
            <w:proofErr w:type="spellStart"/>
            <w:r>
              <w:t>pengaruh</w:t>
            </w:r>
            <w:proofErr w:type="spellEnd"/>
            <w:r>
              <w:t xml:space="preserve"> media </w:t>
            </w:r>
            <w:proofErr w:type="spellStart"/>
            <w:r>
              <w:t>sosial</w:t>
            </w:r>
            <w:proofErr w:type="spellEnd"/>
            <w:r>
              <w:t xml:space="preserve"> global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menyebabkan</w:t>
            </w:r>
            <w:proofErr w:type="spellEnd"/>
            <w:r>
              <w:t xml:space="preserve"> </w:t>
            </w:r>
            <w:proofErr w:type="spellStart"/>
            <w:r>
              <w:t>peningkatan</w:t>
            </w:r>
            <w:proofErr w:type="spellEnd"/>
            <w:r>
              <w:t xml:space="preserve"> </w:t>
            </w:r>
            <w:proofErr w:type="spellStart"/>
            <w:r>
              <w:t>limbah</w:t>
            </w:r>
            <w:proofErr w:type="spellEnd"/>
            <w:r>
              <w:t xml:space="preserve"> </w:t>
            </w:r>
            <w:proofErr w:type="spellStart"/>
            <w:r>
              <w:t>rumah</w:t>
            </w:r>
            <w:proofErr w:type="spellEnd"/>
            <w:r>
              <w:t xml:space="preserve"> </w:t>
            </w:r>
            <w:proofErr w:type="spellStart"/>
            <w:r>
              <w:t>tangga</w:t>
            </w:r>
            <w:proofErr w:type="spellEnd"/>
            <w:r>
              <w:t xml:space="preserve"> dan </w:t>
            </w:r>
            <w:proofErr w:type="spellStart"/>
            <w:r>
              <w:t>memudarnya</w:t>
            </w:r>
            <w:proofErr w:type="spellEnd"/>
            <w:r>
              <w:t xml:space="preserve"> </w:t>
            </w:r>
            <w:proofErr w:type="spellStart"/>
            <w:r>
              <w:t>tradisi</w:t>
            </w:r>
            <w:proofErr w:type="spellEnd"/>
            <w:r>
              <w:t xml:space="preserve"> </w:t>
            </w:r>
            <w:proofErr w:type="spellStart"/>
            <w:r>
              <w:t>hidup</w:t>
            </w:r>
            <w:proofErr w:type="spellEnd"/>
            <w:r>
              <w:t xml:space="preserve"> </w:t>
            </w:r>
            <w:proofErr w:type="spellStart"/>
            <w:r>
              <w:t>hemat</w:t>
            </w:r>
            <w:proofErr w:type="spellEnd"/>
            <w:r>
              <w:t xml:space="preserve"> di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komunitas</w:t>
            </w:r>
            <w:proofErr w:type="spellEnd"/>
            <w:r>
              <w:t xml:space="preserve">. </w:t>
            </w:r>
            <w:proofErr w:type="spellStart"/>
            <w:r>
              <w:t>Menanggapi</w:t>
            </w:r>
            <w:proofErr w:type="spellEnd"/>
            <w:r>
              <w:t xml:space="preserve"> </w:t>
            </w:r>
            <w:proofErr w:type="spellStart"/>
            <w:r>
              <w:t>hal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, </w:t>
            </w:r>
            <w:proofErr w:type="spellStart"/>
            <w:r>
              <w:t>sekelompok</w:t>
            </w:r>
            <w:proofErr w:type="spellEnd"/>
            <w:r>
              <w:t xml:space="preserve"> </w:t>
            </w:r>
            <w:proofErr w:type="spellStart"/>
            <w:r>
              <w:t>pemuda</w:t>
            </w:r>
            <w:proofErr w:type="spellEnd"/>
            <w:r>
              <w:t xml:space="preserve"> </w:t>
            </w:r>
            <w:proofErr w:type="spellStart"/>
            <w:r>
              <w:t>menginisiasi</w:t>
            </w:r>
            <w:proofErr w:type="spellEnd"/>
            <w:r>
              <w:t xml:space="preserve"> </w:t>
            </w:r>
            <w:proofErr w:type="spellStart"/>
            <w:r>
              <w:t>gerakan</w:t>
            </w:r>
            <w:proofErr w:type="spellEnd"/>
            <w:r>
              <w:t xml:space="preserve"> 'Local-Wise' yang </w:t>
            </w:r>
            <w:proofErr w:type="spellStart"/>
            <w:r>
              <w:t>mengombinasikan</w:t>
            </w:r>
            <w:proofErr w:type="spellEnd"/>
            <w: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aplikasi</w:t>
            </w:r>
            <w:proofErr w:type="spellEnd"/>
            <w:r>
              <w:t xml:space="preserve"> digital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mengelola</w:t>
            </w:r>
            <w:proofErr w:type="spellEnd"/>
            <w:r>
              <w:t xml:space="preserve"> bank </w:t>
            </w:r>
            <w:proofErr w:type="spellStart"/>
            <w:r>
              <w:t>sampah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kampanye</w:t>
            </w:r>
            <w:proofErr w:type="spellEnd"/>
            <w:r>
              <w:t xml:space="preserve"> </w:t>
            </w:r>
            <w:proofErr w:type="spellStart"/>
            <w:r>
              <w:t>kembali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pangan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 xml:space="preserve"> </w:t>
            </w:r>
            <w:proofErr w:type="spellStart"/>
            <w:r>
              <w:t>organik</w:t>
            </w:r>
            <w:proofErr w:type="spellEnd"/>
            <w:r>
              <w:t>.</w:t>
            </w:r>
          </w:p>
          <w:p w:rsidR="00AA1A0E" w:rsidRDefault="001E1470">
            <w:proofErr w:type="spellStart"/>
            <w:r>
              <w:t>Maraknya</w:t>
            </w:r>
            <w:proofErr w:type="spellEnd"/>
            <w:r>
              <w:t xml:space="preserve"> </w:t>
            </w:r>
            <w:proofErr w:type="spellStart"/>
            <w:r>
              <w:t>tren</w:t>
            </w:r>
            <w:proofErr w:type="spellEnd"/>
            <w:r>
              <w:t xml:space="preserve"> </w:t>
            </w:r>
            <w:proofErr w:type="spellStart"/>
            <w:r>
              <w:t>gaya</w:t>
            </w:r>
            <w:proofErr w:type="spellEnd"/>
            <w:r>
              <w:t xml:space="preserve"> </w:t>
            </w:r>
            <w:proofErr w:type="spellStart"/>
            <w:r>
              <w:t>hidup</w:t>
            </w:r>
            <w:proofErr w:type="spellEnd"/>
            <w:r>
              <w:t xml:space="preserve"> </w:t>
            </w:r>
            <w:proofErr w:type="spellStart"/>
            <w:r>
              <w:t>konsumeris</w:t>
            </w:r>
            <w:proofErr w:type="spellEnd"/>
            <w:r>
              <w:t xml:space="preserve"> </w:t>
            </w:r>
            <w:proofErr w:type="spellStart"/>
            <w:r>
              <w:t>akibat</w:t>
            </w:r>
            <w:proofErr w:type="spellEnd"/>
            <w:r>
              <w:t xml:space="preserve"> </w:t>
            </w:r>
            <w:proofErr w:type="spellStart"/>
            <w:r>
              <w:t>pengaruh</w:t>
            </w:r>
            <w:proofErr w:type="spellEnd"/>
            <w:r>
              <w:t xml:space="preserve"> media </w:t>
            </w:r>
            <w:proofErr w:type="spellStart"/>
            <w:r>
              <w:t>sosial</w:t>
            </w:r>
            <w:proofErr w:type="spellEnd"/>
            <w:r>
              <w:t xml:space="preserve"> global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menyebabkan</w:t>
            </w:r>
            <w:proofErr w:type="spellEnd"/>
            <w:r>
              <w:t xml:space="preserve"> </w:t>
            </w:r>
            <w:proofErr w:type="spellStart"/>
            <w:r>
              <w:t>peningkatan</w:t>
            </w:r>
            <w:proofErr w:type="spellEnd"/>
            <w:r>
              <w:t xml:space="preserve"> </w:t>
            </w:r>
            <w:proofErr w:type="spellStart"/>
            <w:r>
              <w:t>limbah</w:t>
            </w:r>
            <w:proofErr w:type="spellEnd"/>
            <w:r>
              <w:t xml:space="preserve"> </w:t>
            </w:r>
            <w:proofErr w:type="spellStart"/>
            <w:r>
              <w:t>rumah</w:t>
            </w:r>
            <w:proofErr w:type="spellEnd"/>
            <w:r>
              <w:t xml:space="preserve"> </w:t>
            </w:r>
            <w:proofErr w:type="spellStart"/>
            <w:r>
              <w:t>tangga</w:t>
            </w:r>
            <w:proofErr w:type="spellEnd"/>
            <w:r>
              <w:t xml:space="preserve"> dan </w:t>
            </w:r>
            <w:proofErr w:type="spellStart"/>
            <w:r>
              <w:t>memudarnya</w:t>
            </w:r>
            <w:proofErr w:type="spellEnd"/>
            <w:r>
              <w:t xml:space="preserve"> </w:t>
            </w:r>
            <w:proofErr w:type="spellStart"/>
            <w:r>
              <w:t>tradisi</w:t>
            </w:r>
            <w:proofErr w:type="spellEnd"/>
            <w:r>
              <w:t xml:space="preserve"> </w:t>
            </w:r>
            <w:proofErr w:type="spellStart"/>
            <w:r>
              <w:t>hidup</w:t>
            </w:r>
            <w:proofErr w:type="spellEnd"/>
            <w:r>
              <w:t xml:space="preserve"> </w:t>
            </w:r>
            <w:proofErr w:type="spellStart"/>
            <w:r>
              <w:t>hemat</w:t>
            </w:r>
            <w:proofErr w:type="spellEnd"/>
            <w:r>
              <w:t xml:space="preserve"> di </w:t>
            </w:r>
            <w:proofErr w:type="spellStart"/>
            <w:r>
              <w:t>sebuah</w:t>
            </w:r>
            <w:proofErr w:type="spellEnd"/>
            <w:r>
              <w:t xml:space="preserve"> </w:t>
            </w:r>
            <w:proofErr w:type="spellStart"/>
            <w:r>
              <w:t>komunitas</w:t>
            </w:r>
            <w:proofErr w:type="spellEnd"/>
            <w:r>
              <w:t xml:space="preserve">. </w:t>
            </w:r>
            <w:proofErr w:type="spellStart"/>
            <w:r>
              <w:t>Menanggapi</w:t>
            </w:r>
            <w:proofErr w:type="spellEnd"/>
            <w:r>
              <w:t xml:space="preserve"> </w:t>
            </w:r>
            <w:proofErr w:type="spellStart"/>
            <w:r>
              <w:t>hal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, </w:t>
            </w:r>
            <w:proofErr w:type="spellStart"/>
            <w:r>
              <w:t>sekelompok</w:t>
            </w:r>
            <w:proofErr w:type="spellEnd"/>
            <w:r>
              <w:t xml:space="preserve"> </w:t>
            </w:r>
            <w:proofErr w:type="spellStart"/>
            <w:r>
              <w:t>pemuda</w:t>
            </w:r>
            <w:proofErr w:type="spellEnd"/>
            <w:r>
              <w:t xml:space="preserve"> </w:t>
            </w:r>
            <w:proofErr w:type="spellStart"/>
            <w:r>
              <w:t>menginisiasi</w:t>
            </w:r>
            <w:proofErr w:type="spellEnd"/>
            <w:r>
              <w:t xml:space="preserve"> </w:t>
            </w:r>
            <w:proofErr w:type="spellStart"/>
            <w:r>
              <w:t>gerakan</w:t>
            </w:r>
            <w:proofErr w:type="spellEnd"/>
            <w:r>
              <w:t xml:space="preserve"> 'Local-Wise' yang </w:t>
            </w:r>
            <w:proofErr w:type="spellStart"/>
            <w:r>
              <w:t>mengombinasikan</w:t>
            </w:r>
            <w:proofErr w:type="spellEnd"/>
            <w: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aplikasi</w:t>
            </w:r>
            <w:proofErr w:type="spellEnd"/>
            <w:r>
              <w:t xml:space="preserve"> digital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mengelola</w:t>
            </w:r>
            <w:proofErr w:type="spellEnd"/>
            <w:r>
              <w:t xml:space="preserve"> bank </w:t>
            </w:r>
            <w:proofErr w:type="spellStart"/>
            <w:r>
              <w:t>sampah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kampanye</w:t>
            </w:r>
            <w:proofErr w:type="spellEnd"/>
            <w:r>
              <w:t xml:space="preserve"> </w:t>
            </w:r>
            <w:proofErr w:type="spellStart"/>
            <w:r>
              <w:t>kembali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pangan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 xml:space="preserve"> </w:t>
            </w:r>
            <w:proofErr w:type="spellStart"/>
            <w:r>
              <w:t>organik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Jika</w:t>
            </w:r>
            <w:proofErr w:type="spellEnd"/>
            <w:r>
              <w:t xml:space="preserve"> Anda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sosiolog</w:t>
            </w:r>
            <w:proofErr w:type="spellEnd"/>
            <w:r>
              <w:t xml:space="preserve">, </w:t>
            </w:r>
            <w:proofErr w:type="spellStart"/>
            <w:r>
              <w:t>strategi</w:t>
            </w:r>
            <w:proofErr w:type="spellEnd"/>
            <w:r>
              <w:t xml:space="preserve"> </w:t>
            </w:r>
            <w:proofErr w:type="spellStart"/>
            <w:r>
              <w:t>manakah</w:t>
            </w:r>
            <w:proofErr w:type="spellEnd"/>
            <w:r>
              <w:t xml:space="preserve"> yang paling </w:t>
            </w:r>
            <w:proofErr w:type="spellStart"/>
            <w:r>
              <w:t>efektif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memperkuat</w:t>
            </w:r>
            <w:proofErr w:type="spellEnd"/>
            <w:r>
              <w:t xml:space="preserve"> </w:t>
            </w:r>
            <w:proofErr w:type="spellStart"/>
            <w:r>
              <w:t>ketahanan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komunitas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menghadapi</w:t>
            </w:r>
            <w:proofErr w:type="spellEnd"/>
            <w:r>
              <w:t xml:space="preserve"> </w:t>
            </w:r>
            <w:proofErr w:type="spellStart"/>
            <w:r>
              <w:t>tantangan</w:t>
            </w:r>
            <w:proofErr w:type="spell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>?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Mengintegrasikan</w:t>
            </w:r>
            <w:proofErr w:type="spellEnd"/>
            <w:r>
              <w:t xml:space="preserve"> </w:t>
            </w:r>
            <w:proofErr w:type="spellStart"/>
            <w:r>
              <w:t>kearifan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kemajuan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(high-tech, high-touch)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solusi</w:t>
            </w:r>
            <w:proofErr w:type="spellEnd"/>
            <w:r>
              <w:t xml:space="preserve"> yang </w:t>
            </w:r>
            <w:proofErr w:type="spellStart"/>
            <w:r>
              <w:t>berkelanjutan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Menutup</w:t>
            </w:r>
            <w:proofErr w:type="spellEnd"/>
            <w:r>
              <w:t xml:space="preserve"> </w:t>
            </w:r>
            <w:proofErr w:type="spellStart"/>
            <w:r>
              <w:t>akses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luar</w:t>
            </w:r>
            <w:proofErr w:type="spellEnd"/>
            <w:r>
              <w:t xml:space="preserve"> </w:t>
            </w:r>
            <w:proofErr w:type="spellStart"/>
            <w:r>
              <w:t>sepenuhnya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menjaga</w:t>
            </w:r>
            <w:proofErr w:type="spellEnd"/>
            <w:r>
              <w:t xml:space="preserve"> </w:t>
            </w:r>
            <w:proofErr w:type="spellStart"/>
            <w:r>
              <w:t>kemurnian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dan </w:t>
            </w:r>
            <w:proofErr w:type="spellStart"/>
            <w:r>
              <w:t>tradisi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pengaruh</w:t>
            </w:r>
            <w:proofErr w:type="spellEnd"/>
            <w:r>
              <w:t xml:space="preserve"> </w:t>
            </w:r>
            <w:proofErr w:type="spellStart"/>
            <w:r>
              <w:t>asing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Membangun</w:t>
            </w:r>
            <w:proofErr w:type="spellEnd"/>
            <w:r>
              <w:t xml:space="preserve"> </w:t>
            </w:r>
            <w:proofErr w:type="spellStart"/>
            <w:r>
              <w:t>kesadaran</w:t>
            </w:r>
            <w:proofErr w:type="spellEnd"/>
            <w:r>
              <w:t xml:space="preserve"> </w:t>
            </w:r>
            <w:proofErr w:type="spellStart"/>
            <w:r>
              <w:t>kolektif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pemberdayaan</w:t>
            </w:r>
            <w:proofErr w:type="spellEnd"/>
            <w:r>
              <w:t xml:space="preserve"> </w:t>
            </w:r>
            <w:proofErr w:type="spellStart"/>
            <w:r>
              <w:t>komunitas</w:t>
            </w:r>
            <w:proofErr w:type="spellEnd"/>
            <w:r>
              <w:t xml:space="preserve"> yang </w:t>
            </w:r>
            <w:proofErr w:type="spellStart"/>
            <w:r>
              <w:t>berbasis</w:t>
            </w:r>
            <w:proofErr w:type="spellEnd"/>
            <w:r>
              <w:t xml:space="preserve"> pada </w:t>
            </w:r>
            <w:proofErr w:type="spellStart"/>
            <w:r>
              <w:t>nilai-nilai</w:t>
            </w:r>
            <w:proofErr w:type="spellEnd"/>
            <w:r>
              <w:t xml:space="preserve"> gotong royong dan </w:t>
            </w:r>
            <w:proofErr w:type="spellStart"/>
            <w:r>
              <w:t>kelestarian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Mendorong</w:t>
            </w:r>
            <w:proofErr w:type="spellEnd"/>
            <w:r>
              <w:t xml:space="preserve"> </w:t>
            </w:r>
            <w:proofErr w:type="spellStart"/>
            <w:r>
              <w:t>regulasi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 xml:space="preserve"> yang </w:t>
            </w:r>
            <w:proofErr w:type="spellStart"/>
            <w:r>
              <w:t>mewajibkan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mengonsumsi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negeri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terkecuali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Memanfaatkan</w:t>
            </w:r>
            <w:proofErr w:type="spellEnd"/>
            <w:r>
              <w:t xml:space="preserve"> media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sarana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'counter-culture'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nilai-nilai</w:t>
            </w:r>
            <w:proofErr w:type="spellEnd"/>
            <w:r>
              <w:t xml:space="preserve"> </w:t>
            </w:r>
            <w:proofErr w:type="spellStart"/>
            <w:r>
              <w:t>konsumerisme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kampanye</w:t>
            </w:r>
            <w:proofErr w:type="spellEnd"/>
            <w:r>
              <w:t xml:space="preserve"> </w:t>
            </w:r>
            <w:proofErr w:type="spellStart"/>
            <w:r>
              <w:t>edukatif</w:t>
            </w:r>
            <w:proofErr w:type="spellEnd"/>
            <w:r>
              <w:t>.</w:t>
            </w:r>
          </w:p>
          <w:p w:rsidR="00AA1A0E" w:rsidRDefault="00AA1A0E"/>
          <w:p w:rsidR="00AA1A0E" w:rsidRDefault="001E1470">
            <w:proofErr w:type="spellStart"/>
            <w:r>
              <w:t>Jika</w:t>
            </w:r>
            <w:proofErr w:type="spellEnd"/>
            <w:r>
              <w:t xml:space="preserve"> Anda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seorang</w:t>
            </w:r>
            <w:proofErr w:type="spellEnd"/>
            <w:r>
              <w:t xml:space="preserve"> </w:t>
            </w:r>
            <w:proofErr w:type="spellStart"/>
            <w:r>
              <w:t>sosiolog</w:t>
            </w:r>
            <w:proofErr w:type="spellEnd"/>
            <w:r>
              <w:t xml:space="preserve">, </w:t>
            </w:r>
            <w:proofErr w:type="spellStart"/>
            <w:r>
              <w:t>strategi</w:t>
            </w:r>
            <w:proofErr w:type="spellEnd"/>
            <w:r>
              <w:t xml:space="preserve"> </w:t>
            </w:r>
            <w:proofErr w:type="spellStart"/>
            <w:r>
              <w:t>manakah</w:t>
            </w:r>
            <w:proofErr w:type="spellEnd"/>
            <w:r>
              <w:t xml:space="preserve"> yang paling </w:t>
            </w:r>
            <w:proofErr w:type="spellStart"/>
            <w:r>
              <w:t>efektif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memperkuat</w:t>
            </w:r>
            <w:proofErr w:type="spellEnd"/>
            <w:r>
              <w:t xml:space="preserve"> </w:t>
            </w:r>
            <w:proofErr w:type="spellStart"/>
            <w:r>
              <w:t>ketahanan</w:t>
            </w:r>
            <w:proofErr w:type="spellEnd"/>
            <w:r>
              <w:t xml:space="preserve">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komunitas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menghadapi</w:t>
            </w:r>
            <w:proofErr w:type="spellEnd"/>
            <w:r>
              <w:t xml:space="preserve"> </w:t>
            </w:r>
            <w:proofErr w:type="spellStart"/>
            <w:r>
              <w:t>tantangan</w:t>
            </w:r>
            <w:proofErr w:type="spell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>?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Mengintegrasikan</w:t>
            </w:r>
            <w:proofErr w:type="spellEnd"/>
            <w:r>
              <w:t xml:space="preserve"> </w:t>
            </w:r>
            <w:proofErr w:type="spellStart"/>
            <w:r>
              <w:t>kearifan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kemajuan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(high-tech, high-touch)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menciptakan</w:t>
            </w:r>
            <w:proofErr w:type="spellEnd"/>
            <w:r>
              <w:t xml:space="preserve"> </w:t>
            </w:r>
            <w:proofErr w:type="spellStart"/>
            <w:r>
              <w:t>solusi</w:t>
            </w:r>
            <w:proofErr w:type="spellEnd"/>
            <w:r>
              <w:t xml:space="preserve"> yang </w:t>
            </w:r>
            <w:proofErr w:type="spellStart"/>
            <w:r>
              <w:t>berkelanjutan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Menutup</w:t>
            </w:r>
            <w:proofErr w:type="spellEnd"/>
            <w:r>
              <w:t xml:space="preserve"> </w:t>
            </w:r>
            <w:proofErr w:type="spellStart"/>
            <w:r>
              <w:t>akses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luar</w:t>
            </w:r>
            <w:proofErr w:type="spellEnd"/>
            <w:r>
              <w:t xml:space="preserve"> </w:t>
            </w:r>
            <w:proofErr w:type="spellStart"/>
            <w:r>
              <w:t>sepenuhnya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menjaga</w:t>
            </w:r>
            <w:proofErr w:type="spellEnd"/>
            <w:r>
              <w:t xml:space="preserve"> </w:t>
            </w:r>
            <w:proofErr w:type="spellStart"/>
            <w:r>
              <w:t>kemurnian</w:t>
            </w:r>
            <w:proofErr w:type="spellEnd"/>
            <w:r>
              <w:t xml:space="preserve"> </w:t>
            </w:r>
            <w:proofErr w:type="spellStart"/>
            <w:r>
              <w:t>budaya</w:t>
            </w:r>
            <w:proofErr w:type="spellEnd"/>
            <w:r>
              <w:t xml:space="preserve"> dan </w:t>
            </w:r>
            <w:proofErr w:type="spellStart"/>
            <w:r>
              <w:t>tradisi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pengaruh</w:t>
            </w:r>
            <w:proofErr w:type="spellEnd"/>
            <w:r>
              <w:t xml:space="preserve"> </w:t>
            </w:r>
            <w:proofErr w:type="spellStart"/>
            <w:r>
              <w:t>asing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Membangun</w:t>
            </w:r>
            <w:proofErr w:type="spellEnd"/>
            <w:r>
              <w:t xml:space="preserve"> </w:t>
            </w:r>
            <w:proofErr w:type="spellStart"/>
            <w:r>
              <w:t>kesadaran</w:t>
            </w:r>
            <w:proofErr w:type="spellEnd"/>
            <w:r>
              <w:t xml:space="preserve"> </w:t>
            </w:r>
            <w:proofErr w:type="spellStart"/>
            <w:r>
              <w:t>kolektif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pemberdayaan</w:t>
            </w:r>
            <w:proofErr w:type="spellEnd"/>
            <w:r>
              <w:t xml:space="preserve"> </w:t>
            </w:r>
            <w:proofErr w:type="spellStart"/>
            <w:r>
              <w:t>komunitas</w:t>
            </w:r>
            <w:proofErr w:type="spellEnd"/>
            <w:r>
              <w:t xml:space="preserve"> yang </w:t>
            </w:r>
            <w:proofErr w:type="spellStart"/>
            <w:r>
              <w:t>berbasis</w:t>
            </w:r>
            <w:proofErr w:type="spellEnd"/>
            <w:r>
              <w:t xml:space="preserve"> pada </w:t>
            </w:r>
            <w:proofErr w:type="spellStart"/>
            <w:r>
              <w:t>nilai-nilai</w:t>
            </w:r>
            <w:proofErr w:type="spellEnd"/>
            <w:r>
              <w:t xml:space="preserve"> gotong royong dan </w:t>
            </w:r>
            <w:proofErr w:type="spellStart"/>
            <w:r>
              <w:t>kelestarian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Mendorong</w:t>
            </w:r>
            <w:proofErr w:type="spellEnd"/>
            <w:r>
              <w:t xml:space="preserve"> </w:t>
            </w:r>
            <w:proofErr w:type="spellStart"/>
            <w:r>
              <w:t>regulasi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 xml:space="preserve"> yang </w:t>
            </w:r>
            <w:proofErr w:type="spellStart"/>
            <w:r>
              <w:t>mewajibkan</w:t>
            </w:r>
            <w:proofErr w:type="spellEnd"/>
            <w:r>
              <w:t xml:space="preserve">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mengonsumsi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negeri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terkecuali</w:t>
            </w:r>
            <w:proofErr w:type="spellEnd"/>
            <w:r>
              <w:t>.</w:t>
            </w:r>
          </w:p>
          <w:p w:rsidR="00AA1A0E" w:rsidRDefault="001E1470">
            <w:r>
              <w:t xml:space="preserve">[ </w:t>
            </w:r>
            <w:proofErr w:type="gramStart"/>
            <w:r>
              <w:t>  ]</w:t>
            </w:r>
            <w:proofErr w:type="gramEnd"/>
            <w:r>
              <w:t xml:space="preserve"> </w:t>
            </w:r>
            <w:proofErr w:type="spellStart"/>
            <w:r>
              <w:t>Memanfaatkan</w:t>
            </w:r>
            <w:proofErr w:type="spellEnd"/>
            <w:r>
              <w:t xml:space="preserve"> media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sarana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'counter-culture'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nilai-nilai</w:t>
            </w:r>
            <w:proofErr w:type="spellEnd"/>
            <w:r>
              <w:t xml:space="preserve"> </w:t>
            </w:r>
            <w:proofErr w:type="spellStart"/>
            <w:r>
              <w:t>konsumerisme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kampanye</w:t>
            </w:r>
            <w:proofErr w:type="spellEnd"/>
            <w:r>
              <w:t xml:space="preserve"> </w:t>
            </w:r>
            <w:proofErr w:type="spellStart"/>
            <w:r>
              <w:t>edukatif</w:t>
            </w:r>
            <w:proofErr w:type="spellEnd"/>
            <w:r>
              <w:t>.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lastRenderedPageBreak/>
              <w:t>Kunci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Jawaban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Pernyataan</w:t>
            </w:r>
            <w:proofErr w:type="spellEnd"/>
            <w:r>
              <w:t xml:space="preserve"> 1 dan 3</w:t>
            </w:r>
          </w:p>
        </w:tc>
      </w:tr>
      <w:tr w:rsidR="00AA1A0E">
        <w:tc>
          <w:tcPr>
            <w:tcW w:w="2160" w:type="dxa"/>
          </w:tcPr>
          <w:p w:rsidR="00AA1A0E" w:rsidRDefault="001E1470">
            <w:proofErr w:type="spellStart"/>
            <w:r>
              <w:rPr>
                <w:b/>
              </w:rPr>
              <w:t>Pembahasan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Singkat</w:t>
            </w:r>
            <w:proofErr w:type="spellEnd"/>
          </w:p>
        </w:tc>
        <w:tc>
          <w:tcPr>
            <w:tcW w:w="7920" w:type="dxa"/>
          </w:tcPr>
          <w:p w:rsidR="00AA1A0E" w:rsidRDefault="001E1470">
            <w:proofErr w:type="spellStart"/>
            <w:r>
              <w:t>Penggabungan</w:t>
            </w:r>
            <w:proofErr w:type="spellEnd"/>
            <w:r>
              <w:t xml:space="preserve"> </w:t>
            </w:r>
            <w:proofErr w:type="spellStart"/>
            <w:r>
              <w:t>kearifan</w:t>
            </w:r>
            <w:proofErr w:type="spellEnd"/>
            <w:r>
              <w:t xml:space="preserve"> </w:t>
            </w:r>
            <w:proofErr w:type="spellStart"/>
            <w:r>
              <w:t>lokal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dan </w:t>
            </w:r>
            <w:proofErr w:type="spellStart"/>
            <w:r>
              <w:t>pembangunan</w:t>
            </w:r>
            <w:proofErr w:type="spellEnd"/>
            <w:r>
              <w:t xml:space="preserve"> </w:t>
            </w:r>
            <w:proofErr w:type="spellStart"/>
            <w:r>
              <w:t>kesadaran</w:t>
            </w:r>
            <w:proofErr w:type="spellEnd"/>
            <w:r>
              <w:t xml:space="preserve"> </w:t>
            </w:r>
            <w:proofErr w:type="spellStart"/>
            <w:r>
              <w:t>kolektif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benteng</w:t>
            </w:r>
            <w:proofErr w:type="spellEnd"/>
            <w:r>
              <w:t xml:space="preserve"> </w:t>
            </w:r>
            <w:proofErr w:type="spellStart"/>
            <w:r>
              <w:t>terkuat</w:t>
            </w:r>
            <w:proofErr w:type="spellEnd"/>
            <w:r>
              <w:t xml:space="preserve"> </w:t>
            </w:r>
            <w:proofErr w:type="spellStart"/>
            <w:r>
              <w:t>komunitas</w:t>
            </w:r>
            <w:proofErr w:type="spellEnd"/>
            <w:r>
              <w:t xml:space="preserve"> </w:t>
            </w:r>
            <w:proofErr w:type="spellStart"/>
            <w:r>
              <w:t>menghadapi</w:t>
            </w:r>
            <w:proofErr w:type="spellEnd"/>
            <w:r>
              <w:t xml:space="preserve"> </w:t>
            </w:r>
            <w:proofErr w:type="spellStart"/>
            <w:r>
              <w:t>arus</w:t>
            </w:r>
            <w:proofErr w:type="spellEnd"/>
            <w:r>
              <w:t xml:space="preserve"> </w:t>
            </w:r>
            <w:proofErr w:type="spellStart"/>
            <w:r>
              <w:t>globalisasi</w:t>
            </w:r>
            <w:proofErr w:type="spellEnd"/>
            <w:r>
              <w:t>.</w:t>
            </w:r>
          </w:p>
        </w:tc>
      </w:tr>
    </w:tbl>
    <w:p w:rsidR="00AA1A0E" w:rsidRDefault="00AA1A0E"/>
    <w:p w:rsidR="00693395" w:rsidRPr="00F62269" w:rsidRDefault="00693395" w:rsidP="006933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SOAL SOSIOLOGI PKG KATEGORI</w:t>
      </w:r>
    </w:p>
    <w:p w:rsidR="00693395" w:rsidRPr="00F62269" w:rsidRDefault="00693395" w:rsidP="006933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SOAL NO.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41</w:t>
      </w:r>
    </w:p>
    <w:p w:rsidR="00693395" w:rsidRPr="00F62269" w:rsidRDefault="00693395" w:rsidP="0069339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Materi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/ Sub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Materi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Sosiologi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Ilmu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/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Ciri-Ciri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Sosiologi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Ilmu</w:t>
      </w:r>
      <w:proofErr w:type="spellEnd"/>
    </w:p>
    <w:p w:rsidR="00693395" w:rsidRPr="00F62269" w:rsidRDefault="00693395" w:rsidP="0069339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Indikator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Berpikir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Menganalisis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penerapan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ciri-ciri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sosiologi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empiris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teoritis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kumulatif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, non-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etis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riset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fenomena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</w:p>
    <w:p w:rsidR="00693395" w:rsidRPr="00F62269" w:rsidRDefault="00693395" w:rsidP="0069339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Tingkat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Kognitif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C4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Analisis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|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Kesulitan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Sedang</w:t>
      </w:r>
      <w:proofErr w:type="spellEnd"/>
    </w:p>
    <w:p w:rsidR="00693395" w:rsidRPr="00F62269" w:rsidRDefault="00693395" w:rsidP="0069339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Bentuk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Tabel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–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:rsidR="00693395" w:rsidRPr="00F62269" w:rsidRDefault="00693395" w:rsidP="0069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lastRenderedPageBreak/>
        <w:t xml:space="preserve">Stimulus /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Wacana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:rsidR="00693395" w:rsidRPr="00F62269" w:rsidRDefault="00693395" w:rsidP="00693395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Seorang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sosiologi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melakukan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kajian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mengenai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maraknya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fenomena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judi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F62269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online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kalangan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remaja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kota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tersebut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mengumpulkan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data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melalui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wawancara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mendalam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observasi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tanpa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menghakimi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para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pelaku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secara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moral.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kemudian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menyusun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abstraksi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hasil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pengamatan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memperbarui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teori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perilaku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deviasi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sudah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ada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sebelumnya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:rsidR="00693395" w:rsidRPr="00F62269" w:rsidRDefault="00693395" w:rsidP="0069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Soal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:rsidR="00693395" w:rsidRPr="00F62269" w:rsidRDefault="00693395" w:rsidP="0069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Berdasarkan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wacana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atas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analisislah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kesesuaian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antara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tindakan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ciri-ciri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sosiologi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ilmu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"/>
        <w:gridCol w:w="5936"/>
        <w:gridCol w:w="1074"/>
        <w:gridCol w:w="1351"/>
      </w:tblGrid>
      <w:tr w:rsidR="00693395" w:rsidRPr="00F62269" w:rsidTr="00A0095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Pernyataan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Analisis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Ciri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Sosiologi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Sesuai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Tidak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Sesuai</w:t>
            </w:r>
            <w:proofErr w:type="spellEnd"/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Mengumpulkan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data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melalui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wawancara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observasi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lapangan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mencerminkan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sifat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sosiologi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Empiris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Peneliti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tidak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menghakimi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pelaku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secara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moral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melainkan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mengungkap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fakta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secara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objektif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mencerminkan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sifat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Non-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Etis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Menggunakan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data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penelitian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memperbarui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teori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perilaku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deviasi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lama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merupakan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penerapan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sifat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Kumulatif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Menyusun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abstraksi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dari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hasil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pengamatan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lapangan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menarik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kesimpulan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logis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mencerminkan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sifat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Teoritis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Peneliti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fokus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memberikan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hukuman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penilaian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baik-buruk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terhadap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pelaku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judi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online</w:t>
            </w:r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mencerminkan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sifat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Murni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:rsidR="00693395" w:rsidRPr="00F62269" w:rsidRDefault="00693395" w:rsidP="0069339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lastRenderedPageBreak/>
        <w:t>Kunci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Jawaban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:rsidR="00693395" w:rsidRPr="00F62269" w:rsidRDefault="00693395" w:rsidP="0069339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Empiris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berdasarkan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observasi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fakta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nyata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(Non-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etis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menilai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baik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buruknya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fakta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Kumulatif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memperbaik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memperluas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teori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sudah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ada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Teoritis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menyusun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abstraksi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hasil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observasi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Tidak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Sosiologi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bersifat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non-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etis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sehingga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bertugas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memberikan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hukuman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atau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penilaian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moral).</w:t>
      </w:r>
    </w:p>
    <w:p w:rsidR="00693395" w:rsidRPr="00F62269" w:rsidRDefault="00693395" w:rsidP="006933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SOAL NO.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4</w:t>
      </w: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2</w:t>
      </w:r>
    </w:p>
    <w:p w:rsidR="00693395" w:rsidRPr="00F62269" w:rsidRDefault="00693395" w:rsidP="0069339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Materi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/ Sub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Materi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Sosiologi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Ilmu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/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Objek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Kajian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Sosiologi</w:t>
      </w:r>
      <w:proofErr w:type="spellEnd"/>
    </w:p>
    <w:p w:rsidR="00693395" w:rsidRPr="00F62269" w:rsidRDefault="00693395" w:rsidP="0069339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Indikator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Berpikir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Evaluasi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fenomena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masyarakat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menentukan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objek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kajian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sosiologi</w:t>
      </w:r>
      <w:proofErr w:type="spellEnd"/>
    </w:p>
    <w:p w:rsidR="00693395" w:rsidRPr="00F62269" w:rsidRDefault="00693395" w:rsidP="0069339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Tingkat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Kognitif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C5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Evaluasi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|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Kesulitan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Tinggi</w:t>
      </w:r>
    </w:p>
    <w:p w:rsidR="00693395" w:rsidRPr="00F62269" w:rsidRDefault="00693395" w:rsidP="0069339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Bentuk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Tabel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Tepat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–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Tepat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:rsidR="00693395" w:rsidRPr="00F62269" w:rsidRDefault="00693395" w:rsidP="0069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Stimulus /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Wacana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:rsidR="00693395" w:rsidRPr="00F62269" w:rsidRDefault="00693395" w:rsidP="00693395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Fenomena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pemutusan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hubungan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(PHK)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massal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industri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kreatif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memicu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peralihan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profesi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sektor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informal digital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seperti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pekerja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paruh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waktu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siber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). Hal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berdampak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pada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pola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konsumsi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keluarga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interaksi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antaranggota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keluarga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serta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munculnya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komunitas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solidaritas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baru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antarpekerja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F62269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freelance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:rsidR="00693395" w:rsidRPr="00F62269" w:rsidRDefault="00693395" w:rsidP="0069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Soal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:rsidR="00693395" w:rsidRPr="00F62269" w:rsidRDefault="00693395" w:rsidP="0069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Evaluasilah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ketepatan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pernyataan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berikut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mengenai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objek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kajian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sosiologi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berdasarkan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fenomena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atas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"/>
        <w:gridCol w:w="6021"/>
        <w:gridCol w:w="1020"/>
        <w:gridCol w:w="1320"/>
      </w:tblGrid>
      <w:tr w:rsidR="00693395" w:rsidRPr="00F62269" w:rsidTr="00A0095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Pernyataan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Evaluasi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Objek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Kajian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Tepat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Tidak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Tepat</w:t>
            </w:r>
            <w:proofErr w:type="spellEnd"/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Pola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hubungan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interaksi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baru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antarpekerja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freelance</w:t>
            </w:r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merupakan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bagian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dari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objek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kajian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sosiologi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Perubahan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struktur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keluarga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akibat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peralihan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profesi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merupakan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objek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studi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sosiologi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keluarga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Sosiologi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menitikberatkan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kajiannya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hanya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pada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perhitungan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statistik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pendapatan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bersih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tiap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pekerja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secara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>individual.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Munculnya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komunitas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solidaritas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baru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menunjukkan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sosiologi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mempelajari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tindakan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hubungan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sosial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kelompok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Dampak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PHK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terhadap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kesehatan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organ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para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pekerja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merupakan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salah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satu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objek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utama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kajian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sosiologi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murni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:rsidR="00693395" w:rsidRPr="00F62269" w:rsidRDefault="00693395" w:rsidP="0069339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Kunci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Jawaban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:rsidR="00693395" w:rsidRPr="00F62269" w:rsidRDefault="00693395" w:rsidP="0069339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Tepat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Interaksi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kelompok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adalah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objek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utama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sosiologi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Tepat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Dinamika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lembaga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keluarga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masuk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sosiologi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keluarga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Tidak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Tepat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Fokus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statistik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pendapatan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individual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murni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adalah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ranah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ilmu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ekonomi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Tepat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Solidaritas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kelompok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tindakan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kolektif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adalah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fokus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sosiologi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Tidak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Tepat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Kesehatan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organ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merupakan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kajian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ilmu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kedokteran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biologi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SOAL NO.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4</w:t>
      </w: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3</w:t>
      </w:r>
    </w:p>
    <w:p w:rsidR="00693395" w:rsidRPr="00F62269" w:rsidRDefault="00693395" w:rsidP="0069339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Materi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/ Sub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Materi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Sosiologi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Ilmu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/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Fungsi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Sosiologi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(Pembangunan &amp;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</w:t>
      </w:r>
    </w:p>
    <w:p w:rsidR="00693395" w:rsidRPr="00F62269" w:rsidRDefault="00693395" w:rsidP="0069339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Indikator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Berpikir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Membedakan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fungsi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sosiologi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perencanaan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pembangunan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pemecahan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masalah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</w:p>
    <w:p w:rsidR="00693395" w:rsidRPr="00F62269" w:rsidRDefault="00693395" w:rsidP="0069339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Tingkat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Kognitif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C4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Analisis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|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Kesulitan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Sedang</w:t>
      </w:r>
      <w:proofErr w:type="spellEnd"/>
    </w:p>
    <w:p w:rsidR="00693395" w:rsidRPr="00F62269" w:rsidRDefault="00693395" w:rsidP="0069339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Bentuk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Tabel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Benar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– Salah </w:t>
      </w:r>
    </w:p>
    <w:p w:rsidR="00693395" w:rsidRPr="00F62269" w:rsidRDefault="00693395" w:rsidP="0069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Stimulus /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Wacana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:rsidR="00693395" w:rsidRPr="00F62269" w:rsidRDefault="00693395" w:rsidP="0069339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Pemerintah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daerah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merencanakan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relokasi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pedagang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kaki lima (PKL)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area pasar modern.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Sebelum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kebijakan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diterapkan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sosiolog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diminta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melakukan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studi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pemetaan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lastRenderedPageBreak/>
        <w:t>kebutuhan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pedagang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dampak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sosial-ekonomi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serta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potensi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resistensi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warga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guna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merumuskan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rekomendasi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kebijakan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minim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konflik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:rsidR="00693395" w:rsidRPr="00F62269" w:rsidRDefault="00693395" w:rsidP="0069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Soal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:rsidR="00693395" w:rsidRPr="00F62269" w:rsidRDefault="00693395" w:rsidP="0069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Analisislah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fungsi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sosiologi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kasus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atas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Berikan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tanda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centang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r w:rsidRPr="00F62269">
        <w:rPr>
          <w:rFonts w:ascii="Segoe UI Symbol" w:eastAsia="Times New Roman" w:hAnsi="Segoe UI Symbol" w:cs="Segoe UI Symbol"/>
          <w:sz w:val="24"/>
          <w:szCs w:val="24"/>
          <w:lang w:eastAsia="en-ID"/>
        </w:rPr>
        <w:t>✓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pada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kolom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Benar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(B)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atau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Salah (S)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"/>
        <w:gridCol w:w="7211"/>
        <w:gridCol w:w="581"/>
        <w:gridCol w:w="569"/>
      </w:tblGrid>
      <w:tr w:rsidR="00693395" w:rsidRPr="00F62269" w:rsidTr="00A0095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Pernyataan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Fungsi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Sosiologi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</w:t>
            </w: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Studi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pemetaan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kebutuhan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pedagang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sebelum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kebijakan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dibuat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merupakan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fungsi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sosiologi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perencanaan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sosial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Mengidentifikasi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potensi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resistensi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warga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bermanfaat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pencegahan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/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pemecahan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masalah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konflik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sosial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Sosiolog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berfungsi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sebagai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pengambil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keputusan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politik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tunggal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mengeksekusi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penggusuran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lapangan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Data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kualitatif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dari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hasil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riset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sosiologis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memberikan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dasar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evaluasi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bagi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efektivitas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kebijakan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pemerintah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Fungsi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sosiologi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kasus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terbatas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pada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meramal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angka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pasti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keuntungan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finansial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pasar modern.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:rsidR="00693395" w:rsidRPr="00F62269" w:rsidRDefault="00693395" w:rsidP="0069339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Kunci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Jawaban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:rsidR="00693395" w:rsidRPr="00F62269" w:rsidRDefault="00693395" w:rsidP="00693395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Benar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Perencanaan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membutuhkan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data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awal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karakteristik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masyarakat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Benar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Pencegahan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konflik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adalah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pemecahan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masalah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Salah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Sosiolog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memberi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rekomendasi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berbasis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data,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pengambil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keputusan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politik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adalah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eksekutif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pemerintah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Benar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(Hasil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riset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berfungsi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bahan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evaluasi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dampak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pembangunan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Default="00693395" w:rsidP="00693395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lastRenderedPageBreak/>
        <w:t>Salah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Prediksi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keuntungan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ekonomi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murni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adalah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fungsi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analisis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bisnis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ekonomi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:rsidR="00693395" w:rsidRPr="00F62269" w:rsidRDefault="00693395" w:rsidP="006933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SOAL NO. 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4</w:t>
      </w:r>
    </w:p>
    <w:p w:rsidR="00693395" w:rsidRPr="00F62269" w:rsidRDefault="00693395" w:rsidP="0069339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Materi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/ Sub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Materi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Sosiologi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Ilmu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/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Sosiolog</w:t>
      </w:r>
      <w:proofErr w:type="spellEnd"/>
    </w:p>
    <w:p w:rsidR="00693395" w:rsidRPr="00F62269" w:rsidRDefault="00693395" w:rsidP="0069339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Indikator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Berpikir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Merumuskan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profesional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sosiolog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konsultan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kebijakan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praktisi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pendidik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merespons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fenomena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</w:p>
    <w:p w:rsidR="00693395" w:rsidRPr="00F62269" w:rsidRDefault="00693395" w:rsidP="0069339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Tingkat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Kognitif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C5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Pemecahan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Masalah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|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Kesulitan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Tinggi</w:t>
      </w:r>
    </w:p>
    <w:p w:rsidR="00693395" w:rsidRPr="00F62269" w:rsidRDefault="00693395" w:rsidP="0069339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Bentuk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Tabel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–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:rsidR="00693395" w:rsidRPr="00F62269" w:rsidRDefault="00693395" w:rsidP="0069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Stimulus /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Wacana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:rsidR="00693395" w:rsidRPr="00F62269" w:rsidRDefault="00693395" w:rsidP="00693395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Meningkatnya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kasus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perundungan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siber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r w:rsidRPr="00F62269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cyberbullying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di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lingkungan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sekolah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menengah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mendorong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perlunya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penanganan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secara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komprehensif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Sekolah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melibatkan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sosiolog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membantu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mengatasi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permasalahan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tersebut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secara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sistematis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:rsidR="00693395" w:rsidRPr="00F62269" w:rsidRDefault="00693395" w:rsidP="0069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Soal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:rsidR="00693395" w:rsidRPr="00F62269" w:rsidRDefault="00693395" w:rsidP="0069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Analisislah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kesesuaian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tindakan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penyelesaian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masalah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berikut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berdasarkan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konteks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profesi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sosiolog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"/>
        <w:gridCol w:w="5962"/>
        <w:gridCol w:w="1074"/>
        <w:gridCol w:w="1325"/>
      </w:tblGrid>
      <w:tr w:rsidR="00693395" w:rsidRPr="00F62269" w:rsidTr="00A0095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Pernyataan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Peran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Solusi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Sosiolog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Sesuai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Tidak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Sesuai</w:t>
            </w:r>
            <w:proofErr w:type="spellEnd"/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Memposisikan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diri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sebagai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peneliti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mengkaji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pola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hubungan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peer-group dan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akar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pemicu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perundungan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sekolah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Bertindak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sebagai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konsultan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kebijakan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menyusun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draft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regulasi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pencegahan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perundungan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karakter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sekolah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Bertindak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sebagai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praktisi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sosial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merancang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program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pelatihan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empati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interaksi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inklusif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bagi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Menghakimi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memublikasikan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identitas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pelaku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media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massa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agar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mendapat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hukuman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sosial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secara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terbuka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Memposisikan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diri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sebagai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pendidik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memberikan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literasi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sosial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mengenai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dampak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perundungan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terhadap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struktur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sosial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:rsidR="00693395" w:rsidRPr="00F62269" w:rsidRDefault="00693395" w:rsidP="0069339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Kunci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Jawaban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:rsidR="00693395" w:rsidRPr="00F62269" w:rsidRDefault="00693395" w:rsidP="00693395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teknis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penasihat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konsultan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kebijakan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praktisi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perencana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aksi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Tidak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Melanggar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kode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etik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sosiologi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melanggar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prinsip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non-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etis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pendidik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pemberi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edukasi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SOAL NO.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4</w:t>
      </w: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5</w:t>
      </w:r>
    </w:p>
    <w:p w:rsidR="00693395" w:rsidRPr="00F62269" w:rsidRDefault="00693395" w:rsidP="0069339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Materi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/ Sub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Materi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Hubungan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Gejala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/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Faktor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Pendorong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Interaksi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</w:p>
    <w:p w:rsidR="00693395" w:rsidRPr="00F62269" w:rsidRDefault="00693395" w:rsidP="0069339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Indikator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Berpikir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Menganalisis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fenomena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imitasi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sugesti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identifikasi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simpati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dan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empati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interaksi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media digital</w:t>
      </w:r>
    </w:p>
    <w:p w:rsidR="00693395" w:rsidRPr="00F62269" w:rsidRDefault="00693395" w:rsidP="0069339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Tingkat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Kognitif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C4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Analisis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|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Kesulitan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Sedang</w:t>
      </w:r>
      <w:proofErr w:type="spellEnd"/>
    </w:p>
    <w:p w:rsidR="00693395" w:rsidRPr="00F62269" w:rsidRDefault="00693395" w:rsidP="0069339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Bentuk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Tabel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–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:rsidR="00693395" w:rsidRPr="00F62269" w:rsidRDefault="00693395" w:rsidP="0069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Stimulus /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Wacana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:rsidR="00693395" w:rsidRPr="00F62269" w:rsidRDefault="00693395" w:rsidP="00693395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Seorang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remaja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sangat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mengagumi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figur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publik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dikenal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aktif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gerakan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lingkungan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hidup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Remaja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tersebut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mulai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meniru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gaya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pakaian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cara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berbicara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hingga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mengadopsi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seluruh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nilai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hidup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figur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tersebut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identitas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dirinya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Di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saat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sama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tren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video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penggalangan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dana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musibah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banjir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TikTok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latar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musik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emosional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secara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cepat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menggerakkan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ribuan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pengikutnya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mentransfer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bantuan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secara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spontan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tanpa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memeriksa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kredibilitas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lembaga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:rsidR="00693395" w:rsidRPr="00F62269" w:rsidRDefault="00693395" w:rsidP="0069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Soal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:rsidR="00693395" w:rsidRPr="00F62269" w:rsidRDefault="00693395" w:rsidP="0069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lastRenderedPageBreak/>
        <w:t>Berdasarkan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wacana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atas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analisislah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kesesuaian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antara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tindakan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faktor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pendorong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interaksi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berikut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"/>
        <w:gridCol w:w="5998"/>
        <w:gridCol w:w="1074"/>
        <w:gridCol w:w="1289"/>
      </w:tblGrid>
      <w:tr w:rsidR="00693395" w:rsidRPr="00F62269" w:rsidTr="00A0095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Pernyataan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Tindakan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Faktor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Interaksi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Sosial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Sesuai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Tidak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Sesuai</w:t>
            </w:r>
            <w:proofErr w:type="spellEnd"/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Tindakan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remaja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mengadopsi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seluruh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gaya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norma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dan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identitas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figur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publik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secara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mendalam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mencerminkan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proses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Identifikasi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Gerakan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merespons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video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penggalangan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dana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secara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spontan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tanpa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memikirkan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keabsahan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lembaga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dipengaruhi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oleh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faktor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Sugesti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emosional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Mengumpulkan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donasi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uang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secara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sukarela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karena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merasa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ikut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merasakan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penderitaan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mendalam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para korban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bencana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merupakan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bentuk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dari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Empati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Sosial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Proses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meniru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gaya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berpakaian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figur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publik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pada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tahap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awal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dinamakan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Imitasi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karena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hanya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meniru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penampilan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luar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tanpa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perubahan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kepribadian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total.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Perasaan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kasihan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tertarik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pada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aktivitas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lingkungan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hidup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figur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publik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tanpa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diikuti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nyata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merupakan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bentuk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nyata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dari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faktor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Empati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:rsidR="00693395" w:rsidRPr="00F62269" w:rsidRDefault="00693395" w:rsidP="0069339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Kunci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Jawaban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:rsidR="00693395" w:rsidRPr="00F62269" w:rsidRDefault="00693395" w:rsidP="00693395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Identifikasi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dorongan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menjadi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sama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persis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secara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mendalam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Sugesti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dorongan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emosional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diterima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tanpa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pemikiran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kritis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Empati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merasakan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penderitaan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orang lain yang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diwujudkan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melalui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aksi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nyata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Imitasi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: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meniru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penampilan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atau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perilaku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luar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lastRenderedPageBreak/>
        <w:t>Tidak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Perasaan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kasihan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tanpa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tindakan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nyata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adalah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Simpati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bukan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Empati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SOAL NO.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4</w:t>
      </w: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6</w:t>
      </w:r>
    </w:p>
    <w:p w:rsidR="00693395" w:rsidRPr="00F62269" w:rsidRDefault="00693395" w:rsidP="0069339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Materi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/ Sub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Materi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Hubungan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Gejala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/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Bentuk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Interaksi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Asosiatif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Disosiatif</w:t>
      </w:r>
      <w:proofErr w:type="spellEnd"/>
    </w:p>
    <w:p w:rsidR="00693395" w:rsidRPr="00F62269" w:rsidRDefault="00693395" w:rsidP="0069339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Indikator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Berpikir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Mengevaluasi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dinamika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interaksi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akomodasi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kontravensi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persaingan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konflik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penyelesaian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sengketa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wilayah/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lahan</w:t>
      </w:r>
      <w:proofErr w:type="spellEnd"/>
    </w:p>
    <w:p w:rsidR="00693395" w:rsidRPr="00F62269" w:rsidRDefault="00693395" w:rsidP="0069339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Tingkat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Kognitif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C5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Evaluasi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|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Kesulitan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Tinggi</w:t>
      </w:r>
    </w:p>
    <w:p w:rsidR="00693395" w:rsidRPr="00F62269" w:rsidRDefault="00693395" w:rsidP="0069339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Bentuk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Tabel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Tepat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–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Tepat</w:t>
      </w:r>
      <w:proofErr w:type="spellEnd"/>
    </w:p>
    <w:p w:rsidR="00693395" w:rsidRPr="00F62269" w:rsidRDefault="00693395" w:rsidP="0069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Stimulus /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Wacana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:rsidR="00693395" w:rsidRPr="00F62269" w:rsidRDefault="00693395" w:rsidP="00693395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Dua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kelompok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warga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desa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tetangga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terlibat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perselisihan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tapak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batas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wilayah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pertanian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Perselisihan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diawali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desas-desus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saling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tuduh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penolakan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sapaan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pasar,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hingga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ancaman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adu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fisik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Melihat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situasi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makin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memanas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camat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setempat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mengundang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pihak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ketiga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netral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dinas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pertanahan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menetapkan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keputusan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akhir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wajib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dipatuhi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kedua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pihak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:rsidR="00693395" w:rsidRPr="00F62269" w:rsidRDefault="00693395" w:rsidP="0069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Soal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:rsidR="00693395" w:rsidRPr="00F62269" w:rsidRDefault="00693395" w:rsidP="0069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Evaluasilah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ketepatan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analisis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bentuk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interaksi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pada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kasus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atas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"/>
        <w:gridCol w:w="6084"/>
        <w:gridCol w:w="1020"/>
        <w:gridCol w:w="1257"/>
      </w:tblGrid>
      <w:tr w:rsidR="00693395" w:rsidRPr="00F62269" w:rsidTr="00A0095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Pernyataan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Evaluasi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Interaksi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Sosial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Tepat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Tidak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Tepat</w:t>
            </w:r>
            <w:proofErr w:type="spellEnd"/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Sikap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saling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tuduh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penyebaran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desas-desus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sebelum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terjadi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bentrok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fisik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merupakan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bentuk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interaksi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disosiatif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berupa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Kontravensi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Penyelesaian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sengketa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melalui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pihak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ketiga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netral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serta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keputusannya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mengikat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kedua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belah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pihak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dinamakan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bentuk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akomodasi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Arbitrase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Proses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penyelesaian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kasus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tersebut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dinamakan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Kompromi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karena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kedua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belah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pihak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saling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mengurangi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tuntutan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secara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sukarela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tanpa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campur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tangan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hukum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Eskalasi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perselisihan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dari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sengketa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batas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tanah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hingga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ancaman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adu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fisik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menandakan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pergeseran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dari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kontravensi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menuju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konflik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terbuka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Upaya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camat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memfasilitasi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tempat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pertemuan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awal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tanpa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mengambil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keputusan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hukum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mengikat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merupakan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bentuk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akomodasi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Konsiliasi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:rsidR="00693395" w:rsidRPr="00F62269" w:rsidRDefault="00693395" w:rsidP="0069339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Kunci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Jawaban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:rsidR="00693395" w:rsidRPr="00F62269" w:rsidRDefault="00693395" w:rsidP="00693395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Tepat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Kontravensi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ditandai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kecurigaan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desas-desus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tersembunyi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Tepat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Arbitrase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melibatkan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pihak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ketiga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keputusannya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mengikat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Tidak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Tepat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Kasus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adalah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Arbitrase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bukan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Kompromi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Tepat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Ancaman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fisik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menunjukkan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eskalasi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menuju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konflik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terbuka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Tepat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Konsiliasi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adalah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mempertemukan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keinginan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pihak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berkonflik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mencapai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kesepakatan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SOAL NO.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4</w:t>
      </w: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7</w:t>
      </w:r>
    </w:p>
    <w:p w:rsidR="00693395" w:rsidRPr="00F62269" w:rsidRDefault="00693395" w:rsidP="0069339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Materi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/ Sub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Materi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Hubungan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Gejala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/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Multidimensionalitas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Gejala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Era Digital</w:t>
      </w:r>
    </w:p>
    <w:p w:rsidR="00693395" w:rsidRPr="00F62269" w:rsidRDefault="00693395" w:rsidP="0069339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Indikator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Berpikir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Menganalisis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karakteristik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dampak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gejala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(anomie,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fenomena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konsumerisme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dan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alienasi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di era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transformasi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digital</w:t>
      </w:r>
    </w:p>
    <w:p w:rsidR="00693395" w:rsidRPr="00F62269" w:rsidRDefault="00693395" w:rsidP="0069339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Tingkat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Kognitif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C4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Analisis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|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Kesulitan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Sedang</w:t>
      </w:r>
      <w:proofErr w:type="spellEnd"/>
    </w:p>
    <w:p w:rsidR="00693395" w:rsidRPr="00F62269" w:rsidRDefault="00693395" w:rsidP="0069339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Bentuk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Tabel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Benar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– Salah </w:t>
      </w:r>
    </w:p>
    <w:p w:rsidR="00693395" w:rsidRPr="00F62269" w:rsidRDefault="00693395" w:rsidP="0069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Soal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:rsidR="00693395" w:rsidRPr="00F62269" w:rsidRDefault="00693395" w:rsidP="0069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Analisislah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karakteristik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fenomena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gejala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era digital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bawah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Berikan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tanda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centang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r w:rsidRPr="00F62269">
        <w:rPr>
          <w:rFonts w:ascii="Segoe UI Symbol" w:eastAsia="Times New Roman" w:hAnsi="Segoe UI Symbol" w:cs="Segoe UI Symbol"/>
          <w:sz w:val="24"/>
          <w:szCs w:val="24"/>
          <w:lang w:eastAsia="en-ID"/>
        </w:rPr>
        <w:t>✓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pada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kolom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Benar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(B)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atau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Salah (S)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"/>
        <w:gridCol w:w="7211"/>
        <w:gridCol w:w="581"/>
        <w:gridCol w:w="569"/>
      </w:tblGrid>
      <w:tr w:rsidR="00693395" w:rsidRPr="00F62269" w:rsidTr="00A0095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Pernyataan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Karakteristik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Gejala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Sosial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</w:t>
            </w: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Gejala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sosial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bersifat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dinamis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bervariasi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karena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dipengaruhi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oleh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konteks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budaya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perubahan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zaman, dan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perkembangan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teknologi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informasi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Fenomena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maraknya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belanja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impulsif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saat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live shopping</w:t>
            </w:r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merupakan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gejala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sosial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ekonomi-budaya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terikat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pada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budaya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konsumerisme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Kondisi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Anomie</w:t>
            </w:r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terjadi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ketika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masyarakat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mematuhi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secara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ketat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seluruh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norma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hukum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lama dan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menolak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perubahan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teknologi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modern.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Gejala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sosial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tidak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dapat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diprediksi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secara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mutlak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(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bersifat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relatif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)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karena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perilaku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manusia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senantiasa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berubah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menyesuaikan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stimulus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lingkungan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Perasaan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terasing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hilangnya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kehangatan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interaksi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tatap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muka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akibat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kecanduan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media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sosial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merupakan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gejala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sosial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disebut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Alienasi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Sosial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:rsidR="00693395" w:rsidRPr="00F62269" w:rsidRDefault="00693395" w:rsidP="0069339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Kunci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Jawaban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:rsidR="00693395" w:rsidRPr="00F62269" w:rsidRDefault="00693395" w:rsidP="00693395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Benar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Gejala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dinamis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dipengaruhi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zaman).</w:t>
      </w:r>
    </w:p>
    <w:p w:rsidR="00693395" w:rsidRPr="00F62269" w:rsidRDefault="00693395" w:rsidP="00693395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Benar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r w:rsidRPr="00F62269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Live shopping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memicu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gaya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hidup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konsumtif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Salah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r w:rsidRPr="00F62269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Anomie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adalah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kondisi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hilangnya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pegangan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norma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akibat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perubahan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terlalu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cepat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Benar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Sifat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gejala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relatif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kompleks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Benar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Alienasi</w:t>
      </w:r>
      <w:proofErr w:type="spellEnd"/>
      <w:r w:rsidRPr="00F62269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adalah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perasaan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terasing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dunia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nyata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SOAL NO.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4</w:t>
      </w: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8</w:t>
      </w:r>
    </w:p>
    <w:p w:rsidR="00693395" w:rsidRPr="00F62269" w:rsidRDefault="00693395" w:rsidP="0069339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Materi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/ Sub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Materi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Hubungan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Gejala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/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Pemecahan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Masalah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Gejala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Polarisasi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Media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</w:t>
      </w:r>
    </w:p>
    <w:p w:rsidR="00693395" w:rsidRPr="00F62269" w:rsidRDefault="00693395" w:rsidP="0069339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lastRenderedPageBreak/>
        <w:t>Indikator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Berpikir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Merumuskan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memecahkan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masalah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gejala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berupa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polarisasi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masyarakat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r w:rsidRPr="00F62269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echo chamber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akibat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algoritma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media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</w:p>
    <w:p w:rsidR="00693395" w:rsidRPr="00F62269" w:rsidRDefault="00693395" w:rsidP="0069339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Tingkat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Kognitif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C5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Pemecahan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Masalah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|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Kesulitan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Tinggi</w:t>
      </w:r>
    </w:p>
    <w:p w:rsidR="00693395" w:rsidRPr="00F62269" w:rsidRDefault="00693395" w:rsidP="0069339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Bentuk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Tabel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–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:rsidR="00693395" w:rsidRPr="00F62269" w:rsidRDefault="00693395" w:rsidP="0069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Stimulus /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Wacana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:rsidR="00693395" w:rsidRPr="00F62269" w:rsidRDefault="00693395" w:rsidP="00693395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Algoritma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media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cenderung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menampilkan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konten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sejalan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kesukaan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pengguna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r w:rsidRPr="00F62269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echo chamber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).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Akibatnya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kelompok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warganet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terpecah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menjadi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dua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kubu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saling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serang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enggan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menerima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sudut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pandang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lain.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Gejala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memicu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hilangnya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rasa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toleransi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meningkatkan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potensi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konflik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antarkelompok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dunia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nyata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:rsidR="00693395" w:rsidRPr="00F62269" w:rsidRDefault="00693395" w:rsidP="0069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Soal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:rsidR="00693395" w:rsidRPr="00F62269" w:rsidRDefault="00693395" w:rsidP="0069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Analisislah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apakah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strategi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pemecahan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masalah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berikut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atau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TIDAK SESUAI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meredam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gejala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polarisasi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digital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tersebut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"/>
        <w:gridCol w:w="5983"/>
        <w:gridCol w:w="1074"/>
        <w:gridCol w:w="1304"/>
      </w:tblGrid>
      <w:tr w:rsidR="00693395" w:rsidRPr="00F62269" w:rsidTr="00A0095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Pernyataan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Solusi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Pemecahan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Masalah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Sesuai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Tidak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Sesuai</w:t>
            </w:r>
            <w:proofErr w:type="spellEnd"/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Meningkatkan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literasi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digital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kritis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masyarakat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agar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mampu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melakukan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verifikasi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informasi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keluar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dari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gelembung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informasi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(</w:t>
            </w:r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filter bubble</w:t>
            </w:r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Membatasi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interaksi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sosial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hanya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pada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kelompok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seiman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atau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sesuku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agar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tidak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terjadi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perbedaan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pendapat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ruang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publik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Mengembangkan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forum dialog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lintas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kelompok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(</w:t>
            </w:r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cross-cutting affiliation</w:t>
            </w:r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)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memfasilitasi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komunikasi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asosiatif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rasa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saling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memahami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Mendorong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penegakan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aturan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etika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berkomunikasi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digital (</w:t>
            </w:r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cyber-ethics</w:t>
            </w:r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)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perilaku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prasangka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ujaran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kebencian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Mematikan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seluruh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akses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jaringan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internet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secara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permanen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seluruh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wilayah negara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guna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menghentikan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konflik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siber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:rsidR="00693395" w:rsidRPr="00F62269" w:rsidRDefault="00693395" w:rsidP="0069339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Kunci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Jawaban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:rsidR="00693395" w:rsidRPr="00F62269" w:rsidRDefault="00693395" w:rsidP="00693395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Literasi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digital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memutus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jebakan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algoritma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hoaks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Tidak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Membatasi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interaksi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memperparah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eksklusivisme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r w:rsidRPr="00F62269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Cross-cutting affiliation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memperkuat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integrasi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Etika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digital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kontrol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siber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Tidak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Mematikan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total internet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rasional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merugikan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sektor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sosial-ekonomi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lainnya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SOAL NO.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4</w:t>
      </w: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9</w:t>
      </w:r>
    </w:p>
    <w:p w:rsidR="00693395" w:rsidRPr="00F62269" w:rsidRDefault="00693395" w:rsidP="0069339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Materi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/ Sub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Materi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/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Rancangan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Hipotesis</w:t>
      </w:r>
      <w:proofErr w:type="spellEnd"/>
    </w:p>
    <w:p w:rsidR="00693395" w:rsidRPr="00F62269" w:rsidRDefault="00693395" w:rsidP="0069339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Indikator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Berpikir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Menganalisis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rumusan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masalah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variabel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bebas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terikat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kontrol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moderasi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serta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hipotesis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konteks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pengaruh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media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terhadap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perundungan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siber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r w:rsidRPr="00F62269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cyberbullying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</w:t>
      </w:r>
    </w:p>
    <w:p w:rsidR="00693395" w:rsidRPr="00F62269" w:rsidRDefault="00693395" w:rsidP="0069339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Tingkat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Kognitif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C4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Analisis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|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Kesulitan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Sedang</w:t>
      </w:r>
      <w:proofErr w:type="spellEnd"/>
    </w:p>
    <w:p w:rsidR="00693395" w:rsidRPr="00F62269" w:rsidRDefault="00693395" w:rsidP="0069339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Bentuk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Tabel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–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:rsidR="00693395" w:rsidRPr="00F62269" w:rsidRDefault="00693395" w:rsidP="0069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Stimulus /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Wacana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:rsidR="00693395" w:rsidRPr="00F62269" w:rsidRDefault="00693395" w:rsidP="00693395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Seorang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muda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ingin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mengetahui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pengaruh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durasi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penggunaan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media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terhadap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tingkat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kecenderungan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perilaku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perundungan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siber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r w:rsidRPr="00F62269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cyberbullying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 di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kalangan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siswa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SMA.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menduga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semakin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lama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siswa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menghabiskan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waktu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media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tanpa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pengawasan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orang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tua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semakin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tinggi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peluang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siswa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tersebut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terlibat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aksi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perundungan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siber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:rsidR="00693395" w:rsidRPr="00F62269" w:rsidRDefault="00693395" w:rsidP="0069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Soal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:rsidR="00693395" w:rsidRPr="00F62269" w:rsidRDefault="00693395" w:rsidP="006933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Berdasarkan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rancangan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atas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analisislah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kesesuaian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antara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unsur-unsur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metode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berikut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"/>
        <w:gridCol w:w="5997"/>
        <w:gridCol w:w="1074"/>
        <w:gridCol w:w="1290"/>
      </w:tblGrid>
      <w:tr w:rsidR="00693395" w:rsidRPr="00F62269" w:rsidTr="00A0095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Pernyataan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Unsur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Metodologi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Penelitian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Sesuai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Tidak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Sesuai</w:t>
            </w:r>
            <w:proofErr w:type="spellEnd"/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Durasi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penggunaan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media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sosial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berposisi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sebagai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Variabel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Bebas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(</w:t>
            </w:r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Independent Variable</w:t>
            </w:r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Tingkat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kecenderungan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perilaku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perundungan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siber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(</w:t>
            </w:r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cyberbullying</w:t>
            </w:r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)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berposisi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sebagai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Variabel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Terikat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(</w:t>
            </w:r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Dependent Variable</w:t>
            </w:r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Pengawasan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orang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tua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berpotensi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menjadi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Variabel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Moderasi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/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Kontrol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mempengaruhi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hubungan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antarvariabel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utama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Dugaan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awal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bahwa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semakin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tinggi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durasi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media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sosial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maka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semakin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tinggi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kecenderungan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cyberbullying</w:t>
            </w:r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merupakan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bentuk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Hipotesis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Kerja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(H</w:t>
            </w: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  <w:lang w:eastAsia="en-ID"/>
              </w:rPr>
              <w:t>a</w:t>
            </w: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)</w:t>
            </w:r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Tingkat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kecenderungan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r w:rsidRPr="00F6226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ID"/>
              </w:rPr>
              <w:t>cyberbullying</w:t>
            </w:r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berposisi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sebagai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Variabel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Bebas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karena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mempengaruhi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waktu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bermain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media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sosial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F62269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D"/>
              </w:rPr>
            </w:pPr>
          </w:p>
        </w:tc>
      </w:tr>
    </w:tbl>
    <w:p w:rsidR="00693395" w:rsidRPr="00F62269" w:rsidRDefault="00693395" w:rsidP="0069339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Kunci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Jawaban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:rsidR="00693395" w:rsidRPr="00F62269" w:rsidRDefault="00693395" w:rsidP="00693395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Durasi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media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adalah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faktor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penyebab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bebas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Perundungan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siber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adalah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dampak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variabel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terikat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Pengawasan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orang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tua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berfungsi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memperkuat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memperlemah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pengaruh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Dugaan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arah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hubungan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positif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antarvariabel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merupakan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H</w:t>
      </w:r>
      <w:r w:rsidRPr="00F62269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ID"/>
        </w:rPr>
        <w:t>a</w:t>
      </w:r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F62269" w:rsidRDefault="00693395" w:rsidP="00693395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Tidak</w:t>
      </w:r>
      <w:proofErr w:type="spellEnd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Perundungan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siber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adalah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variabel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terikat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bukan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variabel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bebas</w:t>
      </w:r>
      <w:proofErr w:type="spellEnd"/>
      <w:r w:rsidRPr="00F62269">
        <w:rPr>
          <w:rFonts w:ascii="Times New Roman" w:eastAsia="Times New Roman" w:hAnsi="Times New Roman" w:cs="Times New Roman"/>
          <w:sz w:val="24"/>
          <w:szCs w:val="24"/>
          <w:lang w:eastAsia="en-ID"/>
        </w:rPr>
        <w:t>).</w:t>
      </w:r>
    </w:p>
    <w:p w:rsidR="00693395" w:rsidRPr="00693395" w:rsidRDefault="00693395" w:rsidP="00693395">
      <w:pPr>
        <w:pStyle w:val="Heading4"/>
        <w:rPr>
          <w:rFonts w:ascii="Times New Roman" w:hAnsi="Times New Roman" w:cs="Times New Roman"/>
          <w:color w:val="auto"/>
          <w:sz w:val="24"/>
          <w:szCs w:val="24"/>
        </w:rPr>
      </w:pPr>
      <w:r w:rsidRPr="00693395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SOAL NO. </w:t>
      </w:r>
      <w:r w:rsidRPr="00693395">
        <w:rPr>
          <w:rFonts w:ascii="Times New Roman" w:hAnsi="Times New Roman" w:cs="Times New Roman"/>
          <w:color w:val="auto"/>
          <w:sz w:val="24"/>
          <w:szCs w:val="24"/>
        </w:rPr>
        <w:t>50</w:t>
      </w:r>
    </w:p>
    <w:p w:rsidR="00693395" w:rsidRPr="00F62269" w:rsidRDefault="00693395" w:rsidP="00693395">
      <w:pPr>
        <w:pStyle w:val="NormalWeb"/>
        <w:numPr>
          <w:ilvl w:val="0"/>
          <w:numId w:val="25"/>
        </w:numPr>
      </w:pPr>
      <w:proofErr w:type="spellStart"/>
      <w:r w:rsidRPr="00F62269">
        <w:rPr>
          <w:b/>
          <w:bCs/>
        </w:rPr>
        <w:t>Materi</w:t>
      </w:r>
      <w:proofErr w:type="spellEnd"/>
      <w:r w:rsidRPr="00F62269">
        <w:rPr>
          <w:b/>
          <w:bCs/>
        </w:rPr>
        <w:t xml:space="preserve"> / Sub </w:t>
      </w:r>
      <w:proofErr w:type="spellStart"/>
      <w:r w:rsidRPr="00F62269">
        <w:rPr>
          <w:b/>
          <w:bCs/>
        </w:rPr>
        <w:t>Materi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Penelitian</w:t>
      </w:r>
      <w:proofErr w:type="spellEnd"/>
      <w:r w:rsidRPr="00F62269">
        <w:t xml:space="preserve"> </w:t>
      </w:r>
      <w:proofErr w:type="spellStart"/>
      <w:r w:rsidRPr="00F62269">
        <w:t>Sosial</w:t>
      </w:r>
      <w:proofErr w:type="spellEnd"/>
      <w:r w:rsidRPr="00F62269">
        <w:t xml:space="preserve"> / </w:t>
      </w:r>
      <w:proofErr w:type="spellStart"/>
      <w:r w:rsidRPr="00F62269">
        <w:t>Evaluasi</w:t>
      </w:r>
      <w:proofErr w:type="spellEnd"/>
      <w:r w:rsidRPr="00F62269">
        <w:t xml:space="preserve"> Teknik Sampling (</w:t>
      </w:r>
      <w:proofErr w:type="spellStart"/>
      <w:r w:rsidRPr="00F62269">
        <w:t>Probabilitas</w:t>
      </w:r>
      <w:proofErr w:type="spellEnd"/>
      <w:r w:rsidRPr="00F62269">
        <w:t xml:space="preserve"> vs Non-</w:t>
      </w:r>
      <w:proofErr w:type="spellStart"/>
      <w:r w:rsidRPr="00F62269">
        <w:t>Probabilitas</w:t>
      </w:r>
      <w:proofErr w:type="spellEnd"/>
      <w:r w:rsidRPr="00F62269">
        <w:t>)</w:t>
      </w:r>
    </w:p>
    <w:p w:rsidR="00693395" w:rsidRPr="00F62269" w:rsidRDefault="00693395" w:rsidP="00693395">
      <w:pPr>
        <w:pStyle w:val="NormalWeb"/>
        <w:numPr>
          <w:ilvl w:val="0"/>
          <w:numId w:val="25"/>
        </w:numPr>
      </w:pPr>
      <w:proofErr w:type="spellStart"/>
      <w:r w:rsidRPr="00F62269">
        <w:rPr>
          <w:b/>
          <w:bCs/>
        </w:rPr>
        <w:t>Indikator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Berpikir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Mengevaluasi</w:t>
      </w:r>
      <w:proofErr w:type="spellEnd"/>
      <w:r w:rsidRPr="00F62269">
        <w:t xml:space="preserve"> </w:t>
      </w:r>
      <w:proofErr w:type="spellStart"/>
      <w:r w:rsidRPr="00F62269">
        <w:t>ketepatan</w:t>
      </w:r>
      <w:proofErr w:type="spellEnd"/>
      <w:r w:rsidRPr="00F62269">
        <w:t xml:space="preserve"> </w:t>
      </w:r>
      <w:proofErr w:type="spellStart"/>
      <w:r w:rsidRPr="00F62269">
        <w:t>penggunaan</w:t>
      </w:r>
      <w:proofErr w:type="spellEnd"/>
      <w:r w:rsidRPr="00F62269">
        <w:t xml:space="preserve"> </w:t>
      </w:r>
      <w:proofErr w:type="spellStart"/>
      <w:r w:rsidRPr="00F62269">
        <w:t>teknik</w:t>
      </w:r>
      <w:proofErr w:type="spellEnd"/>
      <w:r w:rsidRPr="00F62269">
        <w:t xml:space="preserve"> </w:t>
      </w:r>
      <w:r w:rsidRPr="00F62269">
        <w:rPr>
          <w:i/>
          <w:iCs/>
        </w:rPr>
        <w:t>sampling</w:t>
      </w:r>
      <w:r w:rsidRPr="00F62269">
        <w:t xml:space="preserve"> (</w:t>
      </w:r>
      <w:r w:rsidRPr="00F62269">
        <w:rPr>
          <w:i/>
          <w:iCs/>
        </w:rPr>
        <w:t>snowball</w:t>
      </w:r>
      <w:r w:rsidRPr="00F62269">
        <w:t xml:space="preserve">, </w:t>
      </w:r>
      <w:r w:rsidRPr="00F62269">
        <w:rPr>
          <w:i/>
          <w:iCs/>
        </w:rPr>
        <w:t>purposive</w:t>
      </w:r>
      <w:r w:rsidRPr="00F62269">
        <w:t xml:space="preserve">, </w:t>
      </w:r>
      <w:r w:rsidRPr="00F62269">
        <w:rPr>
          <w:i/>
          <w:iCs/>
        </w:rPr>
        <w:t>random</w:t>
      </w:r>
      <w:r w:rsidRPr="00F62269">
        <w:t xml:space="preserve">, </w:t>
      </w:r>
      <w:r w:rsidRPr="00F62269">
        <w:rPr>
          <w:i/>
          <w:iCs/>
        </w:rPr>
        <w:t>stratified</w:t>
      </w:r>
      <w:r w:rsidRPr="00F62269">
        <w:t xml:space="preserve">) </w:t>
      </w:r>
      <w:proofErr w:type="spellStart"/>
      <w:r w:rsidRPr="00F62269">
        <w:t>berdasarkan</w:t>
      </w:r>
      <w:proofErr w:type="spellEnd"/>
      <w:r w:rsidRPr="00F62269">
        <w:t xml:space="preserve"> </w:t>
      </w:r>
      <w:proofErr w:type="spellStart"/>
      <w:r w:rsidRPr="00F62269">
        <w:t>karakteristik</w:t>
      </w:r>
      <w:proofErr w:type="spellEnd"/>
      <w:r w:rsidRPr="00F62269">
        <w:t xml:space="preserve"> </w:t>
      </w:r>
      <w:proofErr w:type="spellStart"/>
      <w:r w:rsidRPr="00F62269">
        <w:t>populasi</w:t>
      </w:r>
      <w:proofErr w:type="spellEnd"/>
      <w:r w:rsidRPr="00F62269">
        <w:t xml:space="preserve"> di </w:t>
      </w:r>
      <w:proofErr w:type="spellStart"/>
      <w:r w:rsidRPr="00F62269">
        <w:t>lapangan</w:t>
      </w:r>
      <w:proofErr w:type="spellEnd"/>
    </w:p>
    <w:p w:rsidR="00693395" w:rsidRPr="00F62269" w:rsidRDefault="00693395" w:rsidP="00693395">
      <w:pPr>
        <w:pStyle w:val="NormalWeb"/>
        <w:numPr>
          <w:ilvl w:val="0"/>
          <w:numId w:val="25"/>
        </w:numPr>
      </w:pPr>
      <w:r w:rsidRPr="00F62269">
        <w:rPr>
          <w:b/>
          <w:bCs/>
        </w:rPr>
        <w:t xml:space="preserve">Tingkat </w:t>
      </w:r>
      <w:proofErr w:type="spellStart"/>
      <w:r w:rsidRPr="00F62269">
        <w:rPr>
          <w:b/>
          <w:bCs/>
        </w:rPr>
        <w:t>Kognitif</w:t>
      </w:r>
      <w:proofErr w:type="spellEnd"/>
      <w:r w:rsidRPr="00F62269">
        <w:rPr>
          <w:b/>
          <w:bCs/>
        </w:rPr>
        <w:t>:</w:t>
      </w:r>
      <w:r w:rsidRPr="00F62269">
        <w:t xml:space="preserve"> C5 (</w:t>
      </w:r>
      <w:proofErr w:type="spellStart"/>
      <w:r w:rsidRPr="00F62269">
        <w:t>Evaluasi</w:t>
      </w:r>
      <w:proofErr w:type="spellEnd"/>
      <w:r w:rsidRPr="00F62269">
        <w:t xml:space="preserve">) | </w:t>
      </w:r>
      <w:proofErr w:type="spellStart"/>
      <w:r w:rsidRPr="00F62269">
        <w:rPr>
          <w:b/>
          <w:bCs/>
        </w:rPr>
        <w:t>Kesulitan</w:t>
      </w:r>
      <w:proofErr w:type="spellEnd"/>
      <w:r w:rsidRPr="00F62269">
        <w:rPr>
          <w:b/>
          <w:bCs/>
        </w:rPr>
        <w:t>:</w:t>
      </w:r>
      <w:r w:rsidRPr="00F62269">
        <w:t xml:space="preserve"> Tinggi</w:t>
      </w:r>
    </w:p>
    <w:p w:rsidR="00693395" w:rsidRPr="00F62269" w:rsidRDefault="00693395" w:rsidP="00693395">
      <w:pPr>
        <w:pStyle w:val="NormalWeb"/>
        <w:numPr>
          <w:ilvl w:val="0"/>
          <w:numId w:val="25"/>
        </w:numPr>
      </w:pPr>
      <w:proofErr w:type="spellStart"/>
      <w:r w:rsidRPr="00F62269">
        <w:rPr>
          <w:b/>
          <w:bCs/>
        </w:rPr>
        <w:t>Bentuk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Tabel</w:t>
      </w:r>
      <w:proofErr w:type="spellEnd"/>
      <w:r w:rsidRPr="00F62269">
        <w:t xml:space="preserve"> </w:t>
      </w:r>
      <w:proofErr w:type="spellStart"/>
      <w:r w:rsidRPr="00F62269">
        <w:t>Tepat</w:t>
      </w:r>
      <w:proofErr w:type="spellEnd"/>
      <w:r w:rsidRPr="00F62269">
        <w:t xml:space="preserve"> – </w:t>
      </w:r>
      <w:proofErr w:type="spellStart"/>
      <w:r w:rsidRPr="00F62269">
        <w:t>Tidak</w:t>
      </w:r>
      <w:proofErr w:type="spellEnd"/>
      <w:r w:rsidRPr="00F62269">
        <w:t xml:space="preserve"> </w:t>
      </w:r>
      <w:proofErr w:type="spellStart"/>
      <w:r w:rsidRPr="00F62269">
        <w:t>Tepat</w:t>
      </w:r>
      <w:proofErr w:type="spellEnd"/>
      <w:r w:rsidRPr="00F62269">
        <w:t xml:space="preserve"> </w:t>
      </w:r>
    </w:p>
    <w:p w:rsidR="00693395" w:rsidRPr="00F62269" w:rsidRDefault="00693395" w:rsidP="00693395">
      <w:pPr>
        <w:pStyle w:val="NormalWeb"/>
      </w:pPr>
      <w:r w:rsidRPr="00F62269">
        <w:rPr>
          <w:b/>
          <w:bCs/>
        </w:rPr>
        <w:t xml:space="preserve">Stimulus / </w:t>
      </w:r>
      <w:proofErr w:type="spellStart"/>
      <w:r w:rsidRPr="00F62269">
        <w:rPr>
          <w:b/>
          <w:bCs/>
        </w:rPr>
        <w:t>Wacana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  <w:jc w:val="both"/>
      </w:pPr>
      <w:r w:rsidRPr="00F62269">
        <w:t xml:space="preserve">Tim </w:t>
      </w:r>
      <w:proofErr w:type="spellStart"/>
      <w:r w:rsidRPr="00F62269">
        <w:t>peneliti</w:t>
      </w:r>
      <w:proofErr w:type="spellEnd"/>
      <w:r w:rsidRPr="00F62269">
        <w:t xml:space="preserve"> </w:t>
      </w:r>
      <w:proofErr w:type="spellStart"/>
      <w:r w:rsidRPr="00F62269">
        <w:t>sekolah</w:t>
      </w:r>
      <w:proofErr w:type="spellEnd"/>
      <w:r w:rsidRPr="00F62269">
        <w:t xml:space="preserve"> </w:t>
      </w:r>
      <w:proofErr w:type="spellStart"/>
      <w:r w:rsidRPr="00F62269">
        <w:t>hendak</w:t>
      </w:r>
      <w:proofErr w:type="spellEnd"/>
      <w:r w:rsidRPr="00F62269">
        <w:t xml:space="preserve"> </w:t>
      </w:r>
      <w:proofErr w:type="spellStart"/>
      <w:r w:rsidRPr="00F62269">
        <w:t>melakukan</w:t>
      </w:r>
      <w:proofErr w:type="spellEnd"/>
      <w:r w:rsidRPr="00F62269">
        <w:t xml:space="preserve"> </w:t>
      </w:r>
      <w:proofErr w:type="spellStart"/>
      <w:r w:rsidRPr="00F62269">
        <w:t>studi</w:t>
      </w:r>
      <w:proofErr w:type="spellEnd"/>
      <w:r w:rsidRPr="00F62269">
        <w:t xml:space="preserve"> </w:t>
      </w:r>
      <w:proofErr w:type="spellStart"/>
      <w:r w:rsidRPr="00F62269">
        <w:t>tentang</w:t>
      </w:r>
      <w:proofErr w:type="spellEnd"/>
      <w:r w:rsidRPr="00F62269">
        <w:t xml:space="preserve"> "</w:t>
      </w:r>
      <w:proofErr w:type="spellStart"/>
      <w:r w:rsidRPr="00F62269">
        <w:t>Strategi</w:t>
      </w:r>
      <w:proofErr w:type="spellEnd"/>
      <w:r w:rsidRPr="00F62269">
        <w:t xml:space="preserve"> </w:t>
      </w:r>
      <w:proofErr w:type="spellStart"/>
      <w:r w:rsidRPr="00F62269">
        <w:t>Bertahan</w:t>
      </w:r>
      <w:proofErr w:type="spellEnd"/>
      <w:r w:rsidRPr="00F62269">
        <w:t xml:space="preserve"> </w:t>
      </w:r>
      <w:proofErr w:type="spellStart"/>
      <w:r w:rsidRPr="00F62269">
        <w:t>Hidup</w:t>
      </w:r>
      <w:proofErr w:type="spellEnd"/>
      <w:r w:rsidRPr="00F62269">
        <w:t xml:space="preserve"> </w:t>
      </w:r>
      <w:proofErr w:type="spellStart"/>
      <w:r w:rsidRPr="00F62269">
        <w:t>Pedagang</w:t>
      </w:r>
      <w:proofErr w:type="spellEnd"/>
      <w:r w:rsidRPr="00F62269">
        <w:t xml:space="preserve"> Kaki Lima (PKL) Korban </w:t>
      </w:r>
      <w:proofErr w:type="spellStart"/>
      <w:r w:rsidRPr="00F62269">
        <w:t>Penggusuran</w:t>
      </w:r>
      <w:proofErr w:type="spellEnd"/>
      <w:r w:rsidRPr="00F62269">
        <w:t xml:space="preserve"> yang </w:t>
      </w:r>
      <w:proofErr w:type="spellStart"/>
      <w:r w:rsidRPr="00F62269">
        <w:t>Berpindah-pindah</w:t>
      </w:r>
      <w:proofErr w:type="spellEnd"/>
      <w:r w:rsidRPr="00F62269">
        <w:t xml:space="preserve"> </w:t>
      </w:r>
      <w:proofErr w:type="spellStart"/>
      <w:r w:rsidRPr="00F62269">
        <w:t>Tempat</w:t>
      </w:r>
      <w:proofErr w:type="spellEnd"/>
      <w:r w:rsidRPr="00F62269">
        <w:t xml:space="preserve">." </w:t>
      </w:r>
      <w:proofErr w:type="spellStart"/>
      <w:r w:rsidRPr="00F62269">
        <w:t>Populasi</w:t>
      </w:r>
      <w:proofErr w:type="spellEnd"/>
      <w:r w:rsidRPr="00F62269">
        <w:t xml:space="preserve"> PKL </w:t>
      </w:r>
      <w:proofErr w:type="spellStart"/>
      <w:r w:rsidRPr="00F62269">
        <w:t>ini</w:t>
      </w:r>
      <w:proofErr w:type="spellEnd"/>
      <w:r w:rsidRPr="00F62269">
        <w:t xml:space="preserve"> </w:t>
      </w:r>
      <w:proofErr w:type="spellStart"/>
      <w:r w:rsidRPr="00F62269">
        <w:t>tidak</w:t>
      </w:r>
      <w:proofErr w:type="spellEnd"/>
      <w:r w:rsidRPr="00F62269">
        <w:t xml:space="preserve"> </w:t>
      </w:r>
      <w:proofErr w:type="spellStart"/>
      <w:r w:rsidRPr="00F62269">
        <w:t>terdata</w:t>
      </w:r>
      <w:proofErr w:type="spellEnd"/>
      <w:r w:rsidRPr="00F62269">
        <w:t xml:space="preserve"> </w:t>
      </w:r>
      <w:proofErr w:type="spellStart"/>
      <w:r w:rsidRPr="00F62269">
        <w:t>secara</w:t>
      </w:r>
      <w:proofErr w:type="spellEnd"/>
      <w:r w:rsidRPr="00F62269">
        <w:t xml:space="preserve"> </w:t>
      </w:r>
      <w:proofErr w:type="spellStart"/>
      <w:r w:rsidRPr="00F62269">
        <w:t>resmi</w:t>
      </w:r>
      <w:proofErr w:type="spellEnd"/>
      <w:r w:rsidRPr="00F62269">
        <w:t xml:space="preserve"> oleh </w:t>
      </w:r>
      <w:proofErr w:type="spellStart"/>
      <w:r w:rsidRPr="00F62269">
        <w:t>pemerintah</w:t>
      </w:r>
      <w:proofErr w:type="spellEnd"/>
      <w:r w:rsidRPr="00F62269">
        <w:t xml:space="preserve"> </w:t>
      </w:r>
      <w:proofErr w:type="spellStart"/>
      <w:r w:rsidRPr="00F62269">
        <w:t>daerah</w:t>
      </w:r>
      <w:proofErr w:type="spellEnd"/>
      <w:r w:rsidRPr="00F62269">
        <w:t xml:space="preserve"> dan </w:t>
      </w:r>
      <w:proofErr w:type="spellStart"/>
      <w:r w:rsidRPr="00F62269">
        <w:t>cenderung</w:t>
      </w:r>
      <w:proofErr w:type="spellEnd"/>
      <w:r w:rsidRPr="00F62269">
        <w:t xml:space="preserve"> </w:t>
      </w:r>
      <w:proofErr w:type="spellStart"/>
      <w:r w:rsidRPr="00F62269">
        <w:t>tertutup</w:t>
      </w:r>
      <w:proofErr w:type="spellEnd"/>
      <w:r w:rsidRPr="00F62269">
        <w:t xml:space="preserve"> </w:t>
      </w:r>
      <w:proofErr w:type="spellStart"/>
      <w:r w:rsidRPr="00F62269">
        <w:t>terhadap</w:t>
      </w:r>
      <w:proofErr w:type="spellEnd"/>
      <w:r w:rsidRPr="00F62269">
        <w:t xml:space="preserve"> orang </w:t>
      </w:r>
      <w:proofErr w:type="spellStart"/>
      <w:r w:rsidRPr="00F62269">
        <w:t>asing</w:t>
      </w:r>
      <w:proofErr w:type="spellEnd"/>
      <w:r w:rsidRPr="00F62269">
        <w:t>.</w:t>
      </w:r>
    </w:p>
    <w:p w:rsidR="00693395" w:rsidRPr="00F62269" w:rsidRDefault="00693395" w:rsidP="00693395">
      <w:pPr>
        <w:pStyle w:val="NormalWeb"/>
      </w:pPr>
      <w:proofErr w:type="spellStart"/>
      <w:r w:rsidRPr="00F62269">
        <w:rPr>
          <w:b/>
          <w:bCs/>
        </w:rPr>
        <w:t>Soal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</w:pPr>
      <w:proofErr w:type="spellStart"/>
      <w:r w:rsidRPr="00F62269">
        <w:t>Evaluasilah</w:t>
      </w:r>
      <w:proofErr w:type="spellEnd"/>
      <w:r w:rsidRPr="00F62269">
        <w:t xml:space="preserve"> </w:t>
      </w:r>
      <w:proofErr w:type="spellStart"/>
      <w:r w:rsidRPr="00F62269">
        <w:t>ketepatan</w:t>
      </w:r>
      <w:proofErr w:type="spellEnd"/>
      <w:r w:rsidRPr="00F62269">
        <w:t xml:space="preserve"> </w:t>
      </w:r>
      <w:proofErr w:type="spellStart"/>
      <w:r w:rsidRPr="00F62269">
        <w:t>penerapan</w:t>
      </w:r>
      <w:proofErr w:type="spellEnd"/>
      <w:r w:rsidRPr="00F62269">
        <w:t xml:space="preserve"> </w:t>
      </w:r>
      <w:proofErr w:type="spellStart"/>
      <w:r w:rsidRPr="00F62269">
        <w:t>teknik</w:t>
      </w:r>
      <w:proofErr w:type="spellEnd"/>
      <w:r w:rsidRPr="00F62269">
        <w:t xml:space="preserve"> </w:t>
      </w:r>
      <w:r w:rsidRPr="00F62269">
        <w:rPr>
          <w:i/>
          <w:iCs/>
        </w:rPr>
        <w:t>sampling</w:t>
      </w:r>
      <w:r w:rsidRPr="00F62269">
        <w:t xml:space="preserve"> </w:t>
      </w:r>
      <w:proofErr w:type="spellStart"/>
      <w:r w:rsidRPr="00F62269">
        <w:t>untuk</w:t>
      </w:r>
      <w:proofErr w:type="spellEnd"/>
      <w:r w:rsidRPr="00F62269">
        <w:t xml:space="preserve"> </w:t>
      </w:r>
      <w:proofErr w:type="spellStart"/>
      <w:r w:rsidRPr="00F62269">
        <w:t>penelitian</w:t>
      </w:r>
      <w:proofErr w:type="spellEnd"/>
      <w:r w:rsidRPr="00F62269">
        <w:t xml:space="preserve"> </w:t>
      </w:r>
      <w:proofErr w:type="spellStart"/>
      <w:r w:rsidRPr="00F62269">
        <w:t>kasus</w:t>
      </w:r>
      <w:proofErr w:type="spellEnd"/>
      <w:r w:rsidRPr="00F62269">
        <w:t xml:space="preserve"> di </w:t>
      </w:r>
      <w:proofErr w:type="spellStart"/>
      <w:r w:rsidRPr="00F62269">
        <w:t>atas</w:t>
      </w:r>
      <w:proofErr w:type="spellEnd"/>
      <w:r w:rsidRPr="00F62269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6219"/>
        <w:gridCol w:w="970"/>
        <w:gridCol w:w="1197"/>
      </w:tblGrid>
      <w:tr w:rsidR="00693395" w:rsidRPr="00F62269" w:rsidTr="00A0095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Style w:val="Strong"/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Pernyataan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Evaluasi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Teknik Sampling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Tepat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Tidak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Tepat</w:t>
            </w:r>
            <w:proofErr w:type="spellEnd"/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</w:rPr>
              <w:t xml:space="preserve">Teknik </w:t>
            </w:r>
            <w:r w:rsidRPr="00F62269">
              <w:rPr>
                <w:rFonts w:ascii="Times New Roman" w:hAnsi="Times New Roman" w:cs="Times New Roman"/>
                <w:b/>
                <w:bCs/>
                <w:i/>
                <w:iCs/>
              </w:rPr>
              <w:t>Snowball Sampling</w:t>
            </w:r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sangat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tepat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digunakan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karena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peneliti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dapat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menemukan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responden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baru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melalui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rekomendasi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pedagang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telah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diwawancarai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sebelumnya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</w:rPr>
              <w:t xml:space="preserve">Teknik </w:t>
            </w:r>
            <w:r w:rsidRPr="00F62269">
              <w:rPr>
                <w:rFonts w:ascii="Times New Roman" w:hAnsi="Times New Roman" w:cs="Times New Roman"/>
                <w:b/>
                <w:bCs/>
                <w:i/>
                <w:iCs/>
              </w:rPr>
              <w:t>Simple Random Sampling</w:t>
            </w:r>
            <w:r w:rsidRPr="00F6226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62269">
              <w:rPr>
                <w:rFonts w:ascii="Times New Roman" w:hAnsi="Times New Roman" w:cs="Times New Roman"/>
              </w:rPr>
              <w:t>Acak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Sederhana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tepat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digunakan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karena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populasi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pedagang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tersebar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merata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dan data </w:t>
            </w:r>
            <w:proofErr w:type="spellStart"/>
            <w:r w:rsidRPr="00F62269">
              <w:rPr>
                <w:rFonts w:ascii="Times New Roman" w:hAnsi="Times New Roman" w:cs="Times New Roman"/>
              </w:rPr>
              <w:t>induk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responden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sangat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lengkap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</w:rPr>
              <w:t xml:space="preserve">Teknik </w:t>
            </w:r>
            <w:r w:rsidRPr="00F62269">
              <w:rPr>
                <w:rFonts w:ascii="Times New Roman" w:hAnsi="Times New Roman" w:cs="Times New Roman"/>
                <w:b/>
                <w:bCs/>
                <w:i/>
                <w:iCs/>
              </w:rPr>
              <w:t>Purposive Sampling</w:t>
            </w:r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tepat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jika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peneliti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menentukan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kriteria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khusus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seperti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hanya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memilih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pedagang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telah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berjualan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lebih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dari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5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tahun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</w:rPr>
              <w:t xml:space="preserve">Teknik </w:t>
            </w:r>
            <w:r w:rsidRPr="00F62269">
              <w:rPr>
                <w:rFonts w:ascii="Times New Roman" w:hAnsi="Times New Roman" w:cs="Times New Roman"/>
                <w:b/>
                <w:bCs/>
                <w:i/>
                <w:iCs/>
              </w:rPr>
              <w:t>Stratified Random Sampling</w:t>
            </w:r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wajib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dipakai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karena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populasi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terbukti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tidak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memiliki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tingkatan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strata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sosial-ekonomi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F62269">
              <w:rPr>
                <w:rFonts w:ascii="Times New Roman" w:hAnsi="Times New Roman" w:cs="Times New Roman"/>
              </w:rPr>
              <w:t>jelas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Pendekatan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sampel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r w:rsidRPr="00F62269">
              <w:rPr>
                <w:rFonts w:ascii="Times New Roman" w:hAnsi="Times New Roman" w:cs="Times New Roman"/>
                <w:b/>
                <w:bCs/>
                <w:i/>
                <w:iCs/>
              </w:rPr>
              <w:t>Non-Probability</w:t>
            </w:r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lebih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cocok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dibanding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r w:rsidRPr="00F62269">
              <w:rPr>
                <w:rFonts w:ascii="Times New Roman" w:hAnsi="Times New Roman" w:cs="Times New Roman"/>
                <w:i/>
                <w:iCs/>
              </w:rPr>
              <w:t>Probability Sampling</w:t>
            </w:r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karena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tidak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tersedianya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kerangka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sampel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(</w:t>
            </w:r>
            <w:r w:rsidRPr="00F62269">
              <w:rPr>
                <w:rFonts w:ascii="Times New Roman" w:hAnsi="Times New Roman" w:cs="Times New Roman"/>
                <w:i/>
                <w:iCs/>
              </w:rPr>
              <w:t>sample frame</w:t>
            </w:r>
            <w:r w:rsidRPr="00F62269">
              <w:rPr>
                <w:rFonts w:ascii="Times New Roman" w:hAnsi="Times New Roman" w:cs="Times New Roman"/>
              </w:rPr>
              <w:t xml:space="preserve">) yang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pasti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93395" w:rsidRPr="00F62269" w:rsidRDefault="00693395" w:rsidP="00693395">
      <w:pPr>
        <w:pStyle w:val="NormalWeb"/>
        <w:numPr>
          <w:ilvl w:val="0"/>
          <w:numId w:val="26"/>
        </w:numPr>
      </w:pPr>
      <w:proofErr w:type="spellStart"/>
      <w:r w:rsidRPr="00F62269">
        <w:rPr>
          <w:b/>
          <w:bCs/>
        </w:rPr>
        <w:t>Kunci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Jawaban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  <w:numPr>
          <w:ilvl w:val="1"/>
          <w:numId w:val="26"/>
        </w:numPr>
      </w:pPr>
      <w:proofErr w:type="spellStart"/>
      <w:r w:rsidRPr="00F62269">
        <w:rPr>
          <w:b/>
          <w:bCs/>
        </w:rPr>
        <w:t>Tepat</w:t>
      </w:r>
      <w:proofErr w:type="spellEnd"/>
      <w:r w:rsidRPr="00F62269">
        <w:t xml:space="preserve"> (</w:t>
      </w:r>
      <w:r w:rsidRPr="00F62269">
        <w:rPr>
          <w:i/>
          <w:iCs/>
        </w:rPr>
        <w:t>Snowball sampling</w:t>
      </w:r>
      <w:r w:rsidRPr="00F62269">
        <w:t xml:space="preserve"> </w:t>
      </w:r>
      <w:proofErr w:type="spellStart"/>
      <w:r w:rsidRPr="00F62269">
        <w:t>efektif</w:t>
      </w:r>
      <w:proofErr w:type="spellEnd"/>
      <w:r w:rsidRPr="00F62269">
        <w:t xml:space="preserve"> </w:t>
      </w:r>
      <w:proofErr w:type="spellStart"/>
      <w:r w:rsidRPr="00F62269">
        <w:t>untuk</w:t>
      </w:r>
      <w:proofErr w:type="spellEnd"/>
      <w:r w:rsidRPr="00F62269">
        <w:t xml:space="preserve"> </w:t>
      </w:r>
      <w:proofErr w:type="spellStart"/>
      <w:r w:rsidRPr="00F62269">
        <w:t>populasi</w:t>
      </w:r>
      <w:proofErr w:type="spellEnd"/>
      <w:r w:rsidRPr="00F62269">
        <w:t xml:space="preserve"> </w:t>
      </w:r>
      <w:proofErr w:type="spellStart"/>
      <w:r w:rsidRPr="00F62269">
        <w:t>tersembunyi</w:t>
      </w:r>
      <w:proofErr w:type="spellEnd"/>
      <w:r w:rsidRPr="00F62269">
        <w:t>/</w:t>
      </w:r>
      <w:proofErr w:type="spellStart"/>
      <w:r w:rsidRPr="00F62269">
        <w:t>sulit</w:t>
      </w:r>
      <w:proofErr w:type="spellEnd"/>
      <w:r w:rsidRPr="00F62269">
        <w:t xml:space="preserve"> </w:t>
      </w:r>
      <w:proofErr w:type="spellStart"/>
      <w:r w:rsidRPr="00F62269">
        <w:t>dijangkau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26"/>
        </w:numPr>
      </w:pPr>
      <w:proofErr w:type="spellStart"/>
      <w:r w:rsidRPr="00F62269">
        <w:rPr>
          <w:b/>
          <w:bCs/>
        </w:rPr>
        <w:t>Tidak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Tepat</w:t>
      </w:r>
      <w:proofErr w:type="spellEnd"/>
      <w:r w:rsidRPr="00F62269">
        <w:t xml:space="preserve"> (</w:t>
      </w:r>
      <w:r w:rsidRPr="00F62269">
        <w:rPr>
          <w:i/>
          <w:iCs/>
        </w:rPr>
        <w:t>Simple random sampling</w:t>
      </w:r>
      <w:r w:rsidRPr="00F62269">
        <w:t xml:space="preserve"> </w:t>
      </w:r>
      <w:proofErr w:type="spellStart"/>
      <w:r w:rsidRPr="00F62269">
        <w:t>butuh</w:t>
      </w:r>
      <w:proofErr w:type="spellEnd"/>
      <w:r w:rsidRPr="00F62269">
        <w:t xml:space="preserve"> </w:t>
      </w:r>
      <w:proofErr w:type="spellStart"/>
      <w:r w:rsidRPr="00F62269">
        <w:t>kerangka</w:t>
      </w:r>
      <w:proofErr w:type="spellEnd"/>
      <w:r w:rsidRPr="00F62269">
        <w:t xml:space="preserve"> daftar </w:t>
      </w:r>
      <w:proofErr w:type="spellStart"/>
      <w:r w:rsidRPr="00F62269">
        <w:t>populasi</w:t>
      </w:r>
      <w:proofErr w:type="spellEnd"/>
      <w:r w:rsidRPr="00F62269">
        <w:t xml:space="preserve"> yang </w:t>
      </w:r>
      <w:proofErr w:type="spellStart"/>
      <w:r w:rsidRPr="00F62269">
        <w:t>lengkap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26"/>
        </w:numPr>
      </w:pPr>
      <w:proofErr w:type="spellStart"/>
      <w:r w:rsidRPr="00F62269">
        <w:rPr>
          <w:b/>
          <w:bCs/>
        </w:rPr>
        <w:t>Tepat</w:t>
      </w:r>
      <w:proofErr w:type="spellEnd"/>
      <w:r w:rsidRPr="00F62269">
        <w:t xml:space="preserve"> (</w:t>
      </w:r>
      <w:r w:rsidRPr="00F62269">
        <w:rPr>
          <w:i/>
          <w:iCs/>
        </w:rPr>
        <w:t>Purposive sampling</w:t>
      </w:r>
      <w:r w:rsidRPr="00F62269">
        <w:t xml:space="preserve"> </w:t>
      </w:r>
      <w:proofErr w:type="spellStart"/>
      <w:r w:rsidRPr="00F62269">
        <w:t>mengambil</w:t>
      </w:r>
      <w:proofErr w:type="spellEnd"/>
      <w:r w:rsidRPr="00F62269">
        <w:t xml:space="preserve"> </w:t>
      </w:r>
      <w:proofErr w:type="spellStart"/>
      <w:r w:rsidRPr="00F62269">
        <w:t>sampel</w:t>
      </w:r>
      <w:proofErr w:type="spellEnd"/>
      <w:r w:rsidRPr="00F62269">
        <w:t xml:space="preserve"> </w:t>
      </w:r>
      <w:proofErr w:type="spellStart"/>
      <w:r w:rsidRPr="00F62269">
        <w:t>berdasarkan</w:t>
      </w:r>
      <w:proofErr w:type="spellEnd"/>
      <w:r w:rsidRPr="00F62269">
        <w:t xml:space="preserve"> </w:t>
      </w:r>
      <w:proofErr w:type="spellStart"/>
      <w:r w:rsidRPr="00F62269">
        <w:t>kriteria</w:t>
      </w:r>
      <w:proofErr w:type="spellEnd"/>
      <w:r w:rsidRPr="00F62269">
        <w:t xml:space="preserve"> </w:t>
      </w:r>
      <w:proofErr w:type="spellStart"/>
      <w:r w:rsidRPr="00F62269">
        <w:t>tujuan</w:t>
      </w:r>
      <w:proofErr w:type="spellEnd"/>
      <w:r w:rsidRPr="00F62269">
        <w:t xml:space="preserve"> </w:t>
      </w:r>
      <w:proofErr w:type="spellStart"/>
      <w:r w:rsidRPr="00F62269">
        <w:t>riset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26"/>
        </w:numPr>
      </w:pPr>
      <w:proofErr w:type="spellStart"/>
      <w:r w:rsidRPr="00F62269">
        <w:rPr>
          <w:b/>
          <w:bCs/>
        </w:rPr>
        <w:t>Tidak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Tepat</w:t>
      </w:r>
      <w:proofErr w:type="spellEnd"/>
      <w:r w:rsidRPr="00F62269">
        <w:t xml:space="preserve"> (</w:t>
      </w:r>
      <w:r w:rsidRPr="00F62269">
        <w:rPr>
          <w:i/>
          <w:iCs/>
        </w:rPr>
        <w:t>Stratified sampling</w:t>
      </w:r>
      <w:r w:rsidRPr="00F62269">
        <w:t xml:space="preserve"> </w:t>
      </w:r>
      <w:proofErr w:type="spellStart"/>
      <w:r w:rsidRPr="00F62269">
        <w:t>dipakai</w:t>
      </w:r>
      <w:proofErr w:type="spellEnd"/>
      <w:r w:rsidRPr="00F62269">
        <w:t xml:space="preserve"> </w:t>
      </w:r>
      <w:proofErr w:type="spellStart"/>
      <w:r w:rsidRPr="00F62269">
        <w:t>jika</w:t>
      </w:r>
      <w:proofErr w:type="spellEnd"/>
      <w:r w:rsidRPr="00F62269">
        <w:t xml:space="preserve"> </w:t>
      </w:r>
      <w:proofErr w:type="spellStart"/>
      <w:r w:rsidRPr="00F62269">
        <w:t>ada</w:t>
      </w:r>
      <w:proofErr w:type="spellEnd"/>
      <w:r w:rsidRPr="00F62269">
        <w:t xml:space="preserve"> strata, </w:t>
      </w:r>
      <w:proofErr w:type="spellStart"/>
      <w:r w:rsidRPr="00F62269">
        <w:t>bukan</w:t>
      </w:r>
      <w:proofErr w:type="spellEnd"/>
      <w:r w:rsidRPr="00F62269">
        <w:t xml:space="preserve"> </w:t>
      </w:r>
      <w:proofErr w:type="spellStart"/>
      <w:r w:rsidRPr="00F62269">
        <w:t>saat</w:t>
      </w:r>
      <w:proofErr w:type="spellEnd"/>
      <w:r w:rsidRPr="00F62269">
        <w:t xml:space="preserve"> </w:t>
      </w:r>
      <w:proofErr w:type="spellStart"/>
      <w:r w:rsidRPr="00F62269">
        <w:t>populasi</w:t>
      </w:r>
      <w:proofErr w:type="spellEnd"/>
      <w:r w:rsidRPr="00F62269">
        <w:t xml:space="preserve"> </w:t>
      </w:r>
      <w:proofErr w:type="spellStart"/>
      <w:r w:rsidRPr="00F62269">
        <w:t>homogen</w:t>
      </w:r>
      <w:proofErr w:type="spellEnd"/>
      <w:r w:rsidRPr="00F62269">
        <w:t>/</w:t>
      </w:r>
      <w:proofErr w:type="spellStart"/>
      <w:r w:rsidRPr="00F62269">
        <w:t>tanpa</w:t>
      </w:r>
      <w:proofErr w:type="spellEnd"/>
      <w:r w:rsidRPr="00F62269">
        <w:t xml:space="preserve"> strata).</w:t>
      </w:r>
    </w:p>
    <w:p w:rsidR="00693395" w:rsidRPr="00F62269" w:rsidRDefault="00693395" w:rsidP="00693395">
      <w:pPr>
        <w:pStyle w:val="NormalWeb"/>
        <w:numPr>
          <w:ilvl w:val="1"/>
          <w:numId w:val="26"/>
        </w:numPr>
      </w:pPr>
      <w:proofErr w:type="spellStart"/>
      <w:r w:rsidRPr="00F62269">
        <w:rPr>
          <w:b/>
          <w:bCs/>
        </w:rPr>
        <w:t>Tepat</w:t>
      </w:r>
      <w:proofErr w:type="spellEnd"/>
      <w:r w:rsidRPr="00F62269">
        <w:t xml:space="preserve"> (</w:t>
      </w:r>
      <w:r w:rsidRPr="00F62269">
        <w:rPr>
          <w:i/>
          <w:iCs/>
        </w:rPr>
        <w:t>Non-probability sampling</w:t>
      </w:r>
      <w:r w:rsidRPr="00F62269">
        <w:t xml:space="preserve"> </w:t>
      </w:r>
      <w:proofErr w:type="spellStart"/>
      <w:r w:rsidRPr="00F62269">
        <w:t>digunakan</w:t>
      </w:r>
      <w:proofErr w:type="spellEnd"/>
      <w:r w:rsidRPr="00F62269">
        <w:t xml:space="preserve"> </w:t>
      </w:r>
      <w:proofErr w:type="spellStart"/>
      <w:r w:rsidRPr="00F62269">
        <w:t>ketika</w:t>
      </w:r>
      <w:proofErr w:type="spellEnd"/>
      <w:r w:rsidRPr="00F62269">
        <w:t xml:space="preserve"> </w:t>
      </w:r>
      <w:r w:rsidRPr="00F62269">
        <w:rPr>
          <w:i/>
          <w:iCs/>
        </w:rPr>
        <w:t>sample frame</w:t>
      </w:r>
      <w:r w:rsidRPr="00F62269">
        <w:t xml:space="preserve"> </w:t>
      </w:r>
      <w:proofErr w:type="spellStart"/>
      <w:r w:rsidRPr="00F62269">
        <w:t>tidak</w:t>
      </w:r>
      <w:proofErr w:type="spellEnd"/>
      <w:r w:rsidRPr="00F62269">
        <w:t xml:space="preserve"> </w:t>
      </w:r>
      <w:proofErr w:type="spellStart"/>
      <w:r w:rsidRPr="00F62269">
        <w:t>tersedia</w:t>
      </w:r>
      <w:proofErr w:type="spellEnd"/>
      <w:r w:rsidRPr="00F62269">
        <w:t>).</w:t>
      </w:r>
    </w:p>
    <w:p w:rsidR="00693395" w:rsidRPr="00693395" w:rsidRDefault="00693395" w:rsidP="00693395">
      <w:pPr>
        <w:pStyle w:val="Heading4"/>
        <w:rPr>
          <w:color w:val="auto"/>
        </w:rPr>
      </w:pPr>
      <w:r w:rsidRPr="00693395">
        <w:rPr>
          <w:color w:val="auto"/>
        </w:rPr>
        <w:t xml:space="preserve">SOAL NO. </w:t>
      </w:r>
      <w:r w:rsidRPr="00693395">
        <w:rPr>
          <w:color w:val="auto"/>
        </w:rPr>
        <w:t>5</w:t>
      </w:r>
      <w:r w:rsidRPr="00693395">
        <w:rPr>
          <w:color w:val="auto"/>
        </w:rPr>
        <w:t>1</w:t>
      </w:r>
    </w:p>
    <w:p w:rsidR="00693395" w:rsidRPr="00F62269" w:rsidRDefault="00693395" w:rsidP="00693395">
      <w:pPr>
        <w:pStyle w:val="NormalWeb"/>
        <w:numPr>
          <w:ilvl w:val="0"/>
          <w:numId w:val="27"/>
        </w:numPr>
      </w:pPr>
      <w:proofErr w:type="spellStart"/>
      <w:r w:rsidRPr="00F62269">
        <w:rPr>
          <w:b/>
          <w:bCs/>
        </w:rPr>
        <w:t>Materi</w:t>
      </w:r>
      <w:proofErr w:type="spellEnd"/>
      <w:r w:rsidRPr="00F62269">
        <w:rPr>
          <w:b/>
          <w:bCs/>
        </w:rPr>
        <w:t xml:space="preserve"> / Sub </w:t>
      </w:r>
      <w:proofErr w:type="spellStart"/>
      <w:r w:rsidRPr="00F62269">
        <w:rPr>
          <w:b/>
          <w:bCs/>
        </w:rPr>
        <w:t>Materi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Penelitian</w:t>
      </w:r>
      <w:proofErr w:type="spellEnd"/>
      <w:r w:rsidRPr="00F62269">
        <w:t xml:space="preserve"> </w:t>
      </w:r>
      <w:proofErr w:type="spellStart"/>
      <w:r w:rsidRPr="00F62269">
        <w:t>Sosial</w:t>
      </w:r>
      <w:proofErr w:type="spellEnd"/>
      <w:r w:rsidRPr="00F62269">
        <w:t xml:space="preserve"> / </w:t>
      </w:r>
      <w:proofErr w:type="spellStart"/>
      <w:r w:rsidRPr="00F62269">
        <w:t>Pengumpulan</w:t>
      </w:r>
      <w:proofErr w:type="spellEnd"/>
      <w:r w:rsidRPr="00F62269">
        <w:t xml:space="preserve"> dan </w:t>
      </w:r>
      <w:proofErr w:type="spellStart"/>
      <w:r w:rsidRPr="00F62269">
        <w:t>Validasi</w:t>
      </w:r>
      <w:proofErr w:type="spellEnd"/>
      <w:r w:rsidRPr="00F62269">
        <w:t xml:space="preserve"> Data</w:t>
      </w:r>
    </w:p>
    <w:p w:rsidR="00693395" w:rsidRPr="00F62269" w:rsidRDefault="00693395" w:rsidP="00693395">
      <w:pPr>
        <w:pStyle w:val="NormalWeb"/>
        <w:numPr>
          <w:ilvl w:val="0"/>
          <w:numId w:val="27"/>
        </w:numPr>
      </w:pPr>
      <w:proofErr w:type="spellStart"/>
      <w:r w:rsidRPr="00F62269">
        <w:rPr>
          <w:b/>
          <w:bCs/>
        </w:rPr>
        <w:t>Indikator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Berpikir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Menganalisis</w:t>
      </w:r>
      <w:proofErr w:type="spellEnd"/>
      <w:r w:rsidRPr="00F62269">
        <w:t xml:space="preserve"> </w:t>
      </w:r>
      <w:proofErr w:type="spellStart"/>
      <w:r w:rsidRPr="00F62269">
        <w:t>kelebihan</w:t>
      </w:r>
      <w:proofErr w:type="spellEnd"/>
      <w:r w:rsidRPr="00F62269">
        <w:t xml:space="preserve">, </w:t>
      </w:r>
      <w:proofErr w:type="spellStart"/>
      <w:r w:rsidRPr="00F62269">
        <w:t>kelemahan</w:t>
      </w:r>
      <w:proofErr w:type="spellEnd"/>
      <w:r w:rsidRPr="00F62269">
        <w:t xml:space="preserve">, </w:t>
      </w:r>
      <w:proofErr w:type="spellStart"/>
      <w:r w:rsidRPr="00F62269">
        <w:t>serta</w:t>
      </w:r>
      <w:proofErr w:type="spellEnd"/>
      <w:r w:rsidRPr="00F62269">
        <w:t xml:space="preserve"> </w:t>
      </w:r>
      <w:proofErr w:type="spellStart"/>
      <w:r w:rsidRPr="00F62269">
        <w:t>kesesuaian</w:t>
      </w:r>
      <w:proofErr w:type="spellEnd"/>
      <w:r w:rsidRPr="00F62269">
        <w:t xml:space="preserve"> </w:t>
      </w:r>
      <w:proofErr w:type="spellStart"/>
      <w:r w:rsidRPr="00F62269">
        <w:t>instrumen</w:t>
      </w:r>
      <w:proofErr w:type="spellEnd"/>
      <w:r w:rsidRPr="00F62269">
        <w:t xml:space="preserve"> </w:t>
      </w:r>
      <w:proofErr w:type="spellStart"/>
      <w:r w:rsidRPr="00F62269">
        <w:t>pengumpulan</w:t>
      </w:r>
      <w:proofErr w:type="spellEnd"/>
      <w:r w:rsidRPr="00F62269">
        <w:t xml:space="preserve"> data (</w:t>
      </w:r>
      <w:proofErr w:type="spellStart"/>
      <w:r w:rsidRPr="00F62269">
        <w:t>kuesioner</w:t>
      </w:r>
      <w:proofErr w:type="spellEnd"/>
      <w:r w:rsidRPr="00F62269">
        <w:t xml:space="preserve">, </w:t>
      </w:r>
      <w:proofErr w:type="spellStart"/>
      <w:r w:rsidRPr="00F62269">
        <w:t>wawancara</w:t>
      </w:r>
      <w:proofErr w:type="spellEnd"/>
      <w:r w:rsidRPr="00F62269">
        <w:t xml:space="preserve"> </w:t>
      </w:r>
      <w:proofErr w:type="spellStart"/>
      <w:r w:rsidRPr="00F62269">
        <w:t>mendalam</w:t>
      </w:r>
      <w:proofErr w:type="spellEnd"/>
      <w:r w:rsidRPr="00F62269">
        <w:t xml:space="preserve">, </w:t>
      </w:r>
      <w:proofErr w:type="spellStart"/>
      <w:r w:rsidRPr="00F62269">
        <w:t>observasi</w:t>
      </w:r>
      <w:proofErr w:type="spellEnd"/>
      <w:r w:rsidRPr="00F62269">
        <w:t xml:space="preserve"> </w:t>
      </w:r>
      <w:proofErr w:type="spellStart"/>
      <w:r w:rsidRPr="00F62269">
        <w:t>partisipatif</w:t>
      </w:r>
      <w:proofErr w:type="spellEnd"/>
      <w:r w:rsidRPr="00F62269">
        <w:t xml:space="preserve">, </w:t>
      </w:r>
      <w:proofErr w:type="spellStart"/>
      <w:r w:rsidRPr="00F62269">
        <w:t>triangulasi</w:t>
      </w:r>
      <w:proofErr w:type="spellEnd"/>
      <w:r w:rsidRPr="00F62269">
        <w:t>)</w:t>
      </w:r>
    </w:p>
    <w:p w:rsidR="00693395" w:rsidRPr="00F62269" w:rsidRDefault="00693395" w:rsidP="00693395">
      <w:pPr>
        <w:pStyle w:val="NormalWeb"/>
        <w:numPr>
          <w:ilvl w:val="0"/>
          <w:numId w:val="27"/>
        </w:numPr>
      </w:pPr>
      <w:r w:rsidRPr="00F62269">
        <w:rPr>
          <w:b/>
          <w:bCs/>
        </w:rPr>
        <w:t xml:space="preserve">Tingkat </w:t>
      </w:r>
      <w:proofErr w:type="spellStart"/>
      <w:r w:rsidRPr="00F62269">
        <w:rPr>
          <w:b/>
          <w:bCs/>
        </w:rPr>
        <w:t>Kognitif</w:t>
      </w:r>
      <w:proofErr w:type="spellEnd"/>
      <w:r w:rsidRPr="00F62269">
        <w:rPr>
          <w:b/>
          <w:bCs/>
        </w:rPr>
        <w:t>:</w:t>
      </w:r>
      <w:r w:rsidRPr="00F62269">
        <w:t xml:space="preserve"> C4 (</w:t>
      </w:r>
      <w:proofErr w:type="spellStart"/>
      <w:r w:rsidRPr="00F62269">
        <w:t>Analisis</w:t>
      </w:r>
      <w:proofErr w:type="spellEnd"/>
      <w:r w:rsidRPr="00F62269">
        <w:t xml:space="preserve">) | </w:t>
      </w:r>
      <w:proofErr w:type="spellStart"/>
      <w:r w:rsidRPr="00F62269">
        <w:rPr>
          <w:b/>
          <w:bCs/>
        </w:rPr>
        <w:t>Kesulitan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Sedang</w:t>
      </w:r>
      <w:proofErr w:type="spellEnd"/>
    </w:p>
    <w:p w:rsidR="00693395" w:rsidRPr="00F62269" w:rsidRDefault="00693395" w:rsidP="00693395">
      <w:pPr>
        <w:pStyle w:val="NormalWeb"/>
        <w:numPr>
          <w:ilvl w:val="0"/>
          <w:numId w:val="27"/>
        </w:numPr>
      </w:pPr>
      <w:proofErr w:type="spellStart"/>
      <w:r w:rsidRPr="00F62269">
        <w:rPr>
          <w:b/>
          <w:bCs/>
        </w:rPr>
        <w:t>Bentuk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Tabel</w:t>
      </w:r>
      <w:proofErr w:type="spellEnd"/>
      <w:r w:rsidRPr="00F62269">
        <w:t xml:space="preserve"> </w:t>
      </w:r>
      <w:proofErr w:type="spellStart"/>
      <w:r w:rsidRPr="00F62269">
        <w:t>Benar</w:t>
      </w:r>
      <w:proofErr w:type="spellEnd"/>
      <w:r w:rsidRPr="00F62269">
        <w:t xml:space="preserve"> – Salah</w:t>
      </w:r>
    </w:p>
    <w:p w:rsidR="00693395" w:rsidRPr="00F62269" w:rsidRDefault="00693395" w:rsidP="00693395">
      <w:pPr>
        <w:pStyle w:val="NormalWeb"/>
      </w:pPr>
      <w:proofErr w:type="spellStart"/>
      <w:r w:rsidRPr="00F62269">
        <w:rPr>
          <w:b/>
          <w:bCs/>
        </w:rPr>
        <w:t>Soal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</w:pPr>
      <w:proofErr w:type="spellStart"/>
      <w:r w:rsidRPr="00F62269">
        <w:t>Analisislah</w:t>
      </w:r>
      <w:proofErr w:type="spellEnd"/>
      <w:r w:rsidRPr="00F62269">
        <w:t xml:space="preserve"> </w:t>
      </w:r>
      <w:proofErr w:type="spellStart"/>
      <w:r w:rsidRPr="00F62269">
        <w:t>karakteristik</w:t>
      </w:r>
      <w:proofErr w:type="spellEnd"/>
      <w:r w:rsidRPr="00F62269">
        <w:t xml:space="preserve"> dan </w:t>
      </w:r>
      <w:proofErr w:type="spellStart"/>
      <w:r w:rsidRPr="00F62269">
        <w:t>ketepatan</w:t>
      </w:r>
      <w:proofErr w:type="spellEnd"/>
      <w:r w:rsidRPr="00F62269">
        <w:t xml:space="preserve"> </w:t>
      </w:r>
      <w:proofErr w:type="spellStart"/>
      <w:r w:rsidRPr="00F62269">
        <w:t>instrumen</w:t>
      </w:r>
      <w:proofErr w:type="spellEnd"/>
      <w:r w:rsidRPr="00F62269">
        <w:t xml:space="preserve"> </w:t>
      </w:r>
      <w:proofErr w:type="spellStart"/>
      <w:r w:rsidRPr="00F62269">
        <w:t>pengumpulan</w:t>
      </w:r>
      <w:proofErr w:type="spellEnd"/>
      <w:r w:rsidRPr="00F62269">
        <w:t xml:space="preserve"> data </w:t>
      </w:r>
      <w:proofErr w:type="spellStart"/>
      <w:r w:rsidRPr="00F62269">
        <w:t>penelitian</w:t>
      </w:r>
      <w:proofErr w:type="spellEnd"/>
      <w:r w:rsidRPr="00F62269">
        <w:t xml:space="preserve"> </w:t>
      </w:r>
      <w:proofErr w:type="spellStart"/>
      <w:r w:rsidRPr="00F62269">
        <w:t>sosial</w:t>
      </w:r>
      <w:proofErr w:type="spellEnd"/>
      <w:r w:rsidRPr="00F62269">
        <w:t xml:space="preserve"> di </w:t>
      </w:r>
      <w:proofErr w:type="spellStart"/>
      <w:r w:rsidRPr="00F62269">
        <w:t>bawah</w:t>
      </w:r>
      <w:proofErr w:type="spellEnd"/>
      <w:r w:rsidRPr="00F62269">
        <w:t xml:space="preserve"> </w:t>
      </w:r>
      <w:proofErr w:type="spellStart"/>
      <w:r w:rsidRPr="00F62269">
        <w:t>ini</w:t>
      </w:r>
      <w:proofErr w:type="spellEnd"/>
      <w:r w:rsidRPr="00F62269">
        <w:t xml:space="preserve">. </w:t>
      </w:r>
      <w:proofErr w:type="spellStart"/>
      <w:r w:rsidRPr="00F62269">
        <w:t>Berikan</w:t>
      </w:r>
      <w:proofErr w:type="spellEnd"/>
      <w:r w:rsidRPr="00F62269">
        <w:t xml:space="preserve"> </w:t>
      </w:r>
      <w:proofErr w:type="spellStart"/>
      <w:r w:rsidRPr="00F62269">
        <w:t>tanda</w:t>
      </w:r>
      <w:proofErr w:type="spellEnd"/>
      <w:r w:rsidRPr="00F62269">
        <w:t xml:space="preserve"> </w:t>
      </w:r>
      <w:proofErr w:type="spellStart"/>
      <w:r w:rsidRPr="00F62269">
        <w:t>centang</w:t>
      </w:r>
      <w:proofErr w:type="spellEnd"/>
      <w:r w:rsidRPr="00F62269">
        <w:t xml:space="preserve"> (</w:t>
      </w:r>
      <w:r w:rsidRPr="00F62269">
        <w:rPr>
          <w:rFonts w:ascii="Segoe UI Symbol" w:hAnsi="Segoe UI Symbol" w:cs="Segoe UI Symbol"/>
        </w:rPr>
        <w:t>✓</w:t>
      </w:r>
      <w:r w:rsidRPr="00F62269">
        <w:t xml:space="preserve">) pada </w:t>
      </w:r>
      <w:proofErr w:type="spellStart"/>
      <w:r w:rsidRPr="00F62269">
        <w:t>kolom</w:t>
      </w:r>
      <w:proofErr w:type="spellEnd"/>
      <w:r w:rsidRPr="00F62269">
        <w:t xml:space="preserve"> </w:t>
      </w:r>
      <w:proofErr w:type="spellStart"/>
      <w:r w:rsidRPr="00F62269">
        <w:rPr>
          <w:b/>
          <w:bCs/>
        </w:rPr>
        <w:t>Benar</w:t>
      </w:r>
      <w:proofErr w:type="spellEnd"/>
      <w:r w:rsidRPr="00F62269">
        <w:rPr>
          <w:b/>
          <w:bCs/>
        </w:rPr>
        <w:t xml:space="preserve"> (B)</w:t>
      </w:r>
      <w:r w:rsidRPr="00F62269">
        <w:t xml:space="preserve"> </w:t>
      </w:r>
      <w:proofErr w:type="spellStart"/>
      <w:r w:rsidRPr="00F62269">
        <w:t>atau</w:t>
      </w:r>
      <w:proofErr w:type="spellEnd"/>
      <w:r w:rsidRPr="00F62269">
        <w:t xml:space="preserve"> </w:t>
      </w:r>
      <w:r w:rsidRPr="00F62269">
        <w:rPr>
          <w:b/>
          <w:bCs/>
        </w:rPr>
        <w:t>Salah (S)</w:t>
      </w:r>
      <w:r w:rsidRPr="00F62269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7261"/>
        <w:gridCol w:w="567"/>
        <w:gridCol w:w="558"/>
      </w:tblGrid>
      <w:tr w:rsidR="00693395" w:rsidRPr="00F62269" w:rsidTr="00A0095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Style w:val="Strong"/>
                <w:rFonts w:ascii="Times New Roman" w:hAnsi="Times New Roman" w:cs="Times New Roman"/>
              </w:rPr>
              <w:lastRenderedPageBreak/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Pernyataan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Metodologi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Pengumpulan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Data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Style w:val="Strong"/>
                <w:rFonts w:ascii="Times New Roman" w:hAnsi="Times New Roman" w:cs="Times New Roman"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Style w:val="Strong"/>
                <w:rFonts w:ascii="Times New Roman" w:hAnsi="Times New Roman" w:cs="Times New Roman"/>
              </w:rPr>
              <w:t>S</w:t>
            </w: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Kuesioner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tertutup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sangat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efisien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untuk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mengumpulkan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data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kualitatif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mendalam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tentang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makna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emosional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pengalaman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hidup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subjek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Observasi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Partisipatif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memungkinkan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peneliti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tinggal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bersama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subjek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guna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memahami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kebiasaan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F62269">
              <w:rPr>
                <w:rFonts w:ascii="Times New Roman" w:hAnsi="Times New Roman" w:cs="Times New Roman"/>
              </w:rPr>
              <w:t>norma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lokal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secara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otentik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Wawancara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Terstruktur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cocok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digunakan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dalam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riset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kuantitatif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skala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besar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untuk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menjaga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konsistensi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jawaban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antarresponden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Triangulasi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Data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dilakukan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dengan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menggabungkan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berbagai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teknik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pengumpulan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data </w:t>
            </w:r>
            <w:proofErr w:type="spellStart"/>
            <w:r w:rsidRPr="00F62269">
              <w:rPr>
                <w:rFonts w:ascii="Times New Roman" w:hAnsi="Times New Roman" w:cs="Times New Roman"/>
              </w:rPr>
              <w:t>guna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meningkatkan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keabsahan</w:t>
            </w:r>
            <w:proofErr w:type="spellEnd"/>
            <w:r w:rsidRPr="00F62269">
              <w:rPr>
                <w:rFonts w:ascii="Times New Roman" w:hAnsi="Times New Roman" w:cs="Times New Roman"/>
              </w:rPr>
              <w:t>/</w:t>
            </w:r>
            <w:proofErr w:type="spellStart"/>
            <w:r w:rsidRPr="00F62269">
              <w:rPr>
                <w:rFonts w:ascii="Times New Roman" w:hAnsi="Times New Roman" w:cs="Times New Roman"/>
              </w:rPr>
              <w:t>validitas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temuan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riset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</w:rPr>
              <w:t xml:space="preserve">Data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sekunder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seperti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arsip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statistik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pemerintah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tidak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perlu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dikritik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atau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diperiksa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ulang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karena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selalu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bebas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dari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kesalahan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93395" w:rsidRPr="00F62269" w:rsidRDefault="00693395" w:rsidP="00693395">
      <w:pPr>
        <w:pStyle w:val="NormalWeb"/>
        <w:numPr>
          <w:ilvl w:val="0"/>
          <w:numId w:val="28"/>
        </w:numPr>
      </w:pPr>
      <w:proofErr w:type="spellStart"/>
      <w:r w:rsidRPr="00F62269">
        <w:rPr>
          <w:b/>
          <w:bCs/>
        </w:rPr>
        <w:t>Kunci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Jawaban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  <w:numPr>
          <w:ilvl w:val="1"/>
          <w:numId w:val="28"/>
        </w:numPr>
      </w:pPr>
      <w:r w:rsidRPr="00F62269">
        <w:rPr>
          <w:b/>
          <w:bCs/>
        </w:rPr>
        <w:t>Salah</w:t>
      </w:r>
      <w:r w:rsidRPr="00F62269">
        <w:t xml:space="preserve"> (</w:t>
      </w:r>
      <w:proofErr w:type="spellStart"/>
      <w:r w:rsidRPr="00F62269">
        <w:t>Kuesioner</w:t>
      </w:r>
      <w:proofErr w:type="spellEnd"/>
      <w:r w:rsidRPr="00F62269">
        <w:t xml:space="preserve"> </w:t>
      </w:r>
      <w:proofErr w:type="spellStart"/>
      <w:r w:rsidRPr="00F62269">
        <w:t>tertutup</w:t>
      </w:r>
      <w:proofErr w:type="spellEnd"/>
      <w:r w:rsidRPr="00F62269">
        <w:t xml:space="preserve"> </w:t>
      </w:r>
      <w:proofErr w:type="spellStart"/>
      <w:r w:rsidRPr="00F62269">
        <w:t>menghasilkan</w:t>
      </w:r>
      <w:proofErr w:type="spellEnd"/>
      <w:r w:rsidRPr="00F62269">
        <w:t xml:space="preserve"> data </w:t>
      </w:r>
      <w:proofErr w:type="spellStart"/>
      <w:r w:rsidRPr="00F62269">
        <w:t>kuantitatif</w:t>
      </w:r>
      <w:proofErr w:type="spellEnd"/>
      <w:r w:rsidRPr="00F62269">
        <w:t xml:space="preserve">, </w:t>
      </w:r>
      <w:proofErr w:type="spellStart"/>
      <w:r w:rsidRPr="00F62269">
        <w:t>bukan</w:t>
      </w:r>
      <w:proofErr w:type="spellEnd"/>
      <w:r w:rsidRPr="00F62269">
        <w:t xml:space="preserve"> </w:t>
      </w:r>
      <w:proofErr w:type="spellStart"/>
      <w:r w:rsidRPr="00F62269">
        <w:t>makna</w:t>
      </w:r>
      <w:proofErr w:type="spellEnd"/>
      <w:r w:rsidRPr="00F62269">
        <w:t xml:space="preserve"> </w:t>
      </w:r>
      <w:proofErr w:type="spellStart"/>
      <w:r w:rsidRPr="00F62269">
        <w:t>emosional</w:t>
      </w:r>
      <w:proofErr w:type="spellEnd"/>
      <w:r w:rsidRPr="00F62269">
        <w:t xml:space="preserve"> </w:t>
      </w:r>
      <w:proofErr w:type="spellStart"/>
      <w:r w:rsidRPr="00F62269">
        <w:t>kualitatif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28"/>
        </w:numPr>
      </w:pPr>
      <w:proofErr w:type="spellStart"/>
      <w:r w:rsidRPr="00F62269">
        <w:rPr>
          <w:b/>
          <w:bCs/>
        </w:rPr>
        <w:t>Benar</w:t>
      </w:r>
      <w:proofErr w:type="spellEnd"/>
      <w:r w:rsidRPr="00F62269">
        <w:t xml:space="preserve"> (</w:t>
      </w:r>
      <w:proofErr w:type="spellStart"/>
      <w:r w:rsidRPr="00F62269">
        <w:t>Observasi</w:t>
      </w:r>
      <w:proofErr w:type="spellEnd"/>
      <w:r w:rsidRPr="00F62269">
        <w:t xml:space="preserve"> </w:t>
      </w:r>
      <w:proofErr w:type="spellStart"/>
      <w:r w:rsidRPr="00F62269">
        <w:t>partisipatif</w:t>
      </w:r>
      <w:proofErr w:type="spellEnd"/>
      <w:r w:rsidRPr="00F62269">
        <w:t xml:space="preserve"> </w:t>
      </w:r>
      <w:proofErr w:type="spellStart"/>
      <w:r w:rsidRPr="00F62269">
        <w:t>menuntut</w:t>
      </w:r>
      <w:proofErr w:type="spellEnd"/>
      <w:r w:rsidRPr="00F62269">
        <w:t xml:space="preserve"> </w:t>
      </w:r>
      <w:proofErr w:type="spellStart"/>
      <w:r w:rsidRPr="00F62269">
        <w:t>peneliti</w:t>
      </w:r>
      <w:proofErr w:type="spellEnd"/>
      <w:r w:rsidRPr="00F62269">
        <w:t xml:space="preserve"> </w:t>
      </w:r>
      <w:proofErr w:type="spellStart"/>
      <w:r w:rsidRPr="00F62269">
        <w:t>terlibat</w:t>
      </w:r>
      <w:proofErr w:type="spellEnd"/>
      <w:r w:rsidRPr="00F62269">
        <w:t xml:space="preserve"> </w:t>
      </w:r>
      <w:proofErr w:type="spellStart"/>
      <w:r w:rsidRPr="00F62269">
        <w:t>dalam</w:t>
      </w:r>
      <w:proofErr w:type="spellEnd"/>
      <w:r w:rsidRPr="00F62269">
        <w:t xml:space="preserve"> </w:t>
      </w:r>
      <w:proofErr w:type="spellStart"/>
      <w:r w:rsidRPr="00F62269">
        <w:t>aktivitas</w:t>
      </w:r>
      <w:proofErr w:type="spellEnd"/>
      <w:r w:rsidRPr="00F62269">
        <w:t xml:space="preserve"> </w:t>
      </w:r>
      <w:proofErr w:type="spellStart"/>
      <w:r w:rsidRPr="00F62269">
        <w:t>subjek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28"/>
        </w:numPr>
      </w:pPr>
      <w:proofErr w:type="spellStart"/>
      <w:r w:rsidRPr="00F62269">
        <w:rPr>
          <w:b/>
          <w:bCs/>
        </w:rPr>
        <w:t>Benar</w:t>
      </w:r>
      <w:proofErr w:type="spellEnd"/>
      <w:r w:rsidRPr="00F62269">
        <w:t xml:space="preserve"> (</w:t>
      </w:r>
      <w:proofErr w:type="spellStart"/>
      <w:r w:rsidRPr="00F62269">
        <w:t>Wawancara</w:t>
      </w:r>
      <w:proofErr w:type="spellEnd"/>
      <w:r w:rsidRPr="00F62269">
        <w:t xml:space="preserve"> </w:t>
      </w:r>
      <w:proofErr w:type="spellStart"/>
      <w:r w:rsidRPr="00F62269">
        <w:t>terstruktur</w:t>
      </w:r>
      <w:proofErr w:type="spellEnd"/>
      <w:r w:rsidRPr="00F62269">
        <w:t xml:space="preserve"> </w:t>
      </w:r>
      <w:proofErr w:type="spellStart"/>
      <w:r w:rsidRPr="00F62269">
        <w:t>memakai</w:t>
      </w:r>
      <w:proofErr w:type="spellEnd"/>
      <w:r w:rsidRPr="00F62269">
        <w:t xml:space="preserve"> </w:t>
      </w:r>
      <w:proofErr w:type="spellStart"/>
      <w:r w:rsidRPr="00F62269">
        <w:t>kuesioner</w:t>
      </w:r>
      <w:proofErr w:type="spellEnd"/>
      <w:r w:rsidRPr="00F62269">
        <w:t xml:space="preserve"> </w:t>
      </w:r>
      <w:proofErr w:type="spellStart"/>
      <w:r w:rsidRPr="00F62269">
        <w:t>baku</w:t>
      </w:r>
      <w:proofErr w:type="spellEnd"/>
      <w:r w:rsidRPr="00F62269">
        <w:t xml:space="preserve"> </w:t>
      </w:r>
      <w:proofErr w:type="spellStart"/>
      <w:r w:rsidRPr="00F62269">
        <w:t>untuk</w:t>
      </w:r>
      <w:proofErr w:type="spellEnd"/>
      <w:r w:rsidRPr="00F62269">
        <w:t xml:space="preserve"> </w:t>
      </w:r>
      <w:proofErr w:type="spellStart"/>
      <w:r w:rsidRPr="00F62269">
        <w:t>standardisasi</w:t>
      </w:r>
      <w:proofErr w:type="spellEnd"/>
      <w:r w:rsidRPr="00F62269">
        <w:t xml:space="preserve"> data).</w:t>
      </w:r>
    </w:p>
    <w:p w:rsidR="00693395" w:rsidRPr="00F62269" w:rsidRDefault="00693395" w:rsidP="00693395">
      <w:pPr>
        <w:pStyle w:val="NormalWeb"/>
        <w:numPr>
          <w:ilvl w:val="1"/>
          <w:numId w:val="28"/>
        </w:numPr>
      </w:pPr>
      <w:proofErr w:type="spellStart"/>
      <w:r w:rsidRPr="00F62269">
        <w:rPr>
          <w:b/>
          <w:bCs/>
        </w:rPr>
        <w:t>Benar</w:t>
      </w:r>
      <w:proofErr w:type="spellEnd"/>
      <w:r w:rsidRPr="00F62269">
        <w:t xml:space="preserve"> (</w:t>
      </w:r>
      <w:proofErr w:type="spellStart"/>
      <w:r w:rsidRPr="00F62269">
        <w:t>Triangulasi</w:t>
      </w:r>
      <w:proofErr w:type="spellEnd"/>
      <w:r w:rsidRPr="00F62269">
        <w:t xml:space="preserve"> </w:t>
      </w:r>
      <w:proofErr w:type="spellStart"/>
      <w:r w:rsidRPr="00F62269">
        <w:t>menggabungkan</w:t>
      </w:r>
      <w:proofErr w:type="spellEnd"/>
      <w:r w:rsidRPr="00F62269">
        <w:t xml:space="preserve"> </w:t>
      </w:r>
      <w:proofErr w:type="spellStart"/>
      <w:r w:rsidRPr="00F62269">
        <w:t>metode</w:t>
      </w:r>
      <w:proofErr w:type="spellEnd"/>
      <w:r w:rsidRPr="00F62269">
        <w:t>/</w:t>
      </w:r>
      <w:proofErr w:type="spellStart"/>
      <w:r w:rsidRPr="00F62269">
        <w:t>sumber</w:t>
      </w:r>
      <w:proofErr w:type="spellEnd"/>
      <w:r w:rsidRPr="00F62269">
        <w:t xml:space="preserve"> </w:t>
      </w:r>
      <w:proofErr w:type="spellStart"/>
      <w:r w:rsidRPr="00F62269">
        <w:t>untuk</w:t>
      </w:r>
      <w:proofErr w:type="spellEnd"/>
      <w:r w:rsidRPr="00F62269">
        <w:t xml:space="preserve"> </w:t>
      </w:r>
      <w:proofErr w:type="spellStart"/>
      <w:r w:rsidRPr="00F62269">
        <w:t>menguji</w:t>
      </w:r>
      <w:proofErr w:type="spellEnd"/>
      <w:r w:rsidRPr="00F62269">
        <w:t xml:space="preserve"> </w:t>
      </w:r>
      <w:proofErr w:type="spellStart"/>
      <w:r w:rsidRPr="00F62269">
        <w:t>validitas</w:t>
      </w:r>
      <w:proofErr w:type="spellEnd"/>
      <w:r w:rsidRPr="00F62269">
        <w:t xml:space="preserve"> data).</w:t>
      </w:r>
    </w:p>
    <w:p w:rsidR="00693395" w:rsidRPr="00F62269" w:rsidRDefault="00693395" w:rsidP="00693395">
      <w:pPr>
        <w:pStyle w:val="NormalWeb"/>
        <w:numPr>
          <w:ilvl w:val="1"/>
          <w:numId w:val="28"/>
        </w:numPr>
      </w:pPr>
      <w:r w:rsidRPr="00F62269">
        <w:rPr>
          <w:b/>
          <w:bCs/>
        </w:rPr>
        <w:t>Salah</w:t>
      </w:r>
      <w:r w:rsidRPr="00F62269">
        <w:t xml:space="preserve"> (Data </w:t>
      </w:r>
      <w:proofErr w:type="spellStart"/>
      <w:r w:rsidRPr="00F62269">
        <w:t>sekunder</w:t>
      </w:r>
      <w:proofErr w:type="spellEnd"/>
      <w:r w:rsidRPr="00F62269">
        <w:t xml:space="preserve"> </w:t>
      </w:r>
      <w:proofErr w:type="spellStart"/>
      <w:r w:rsidRPr="00F62269">
        <w:t>tetap</w:t>
      </w:r>
      <w:proofErr w:type="spellEnd"/>
      <w:r w:rsidRPr="00F62269">
        <w:t xml:space="preserve"> </w:t>
      </w:r>
      <w:proofErr w:type="spellStart"/>
      <w:r w:rsidRPr="00F62269">
        <w:t>wajib</w:t>
      </w:r>
      <w:proofErr w:type="spellEnd"/>
      <w:r w:rsidRPr="00F62269">
        <w:t xml:space="preserve"> </w:t>
      </w:r>
      <w:proofErr w:type="spellStart"/>
      <w:r w:rsidRPr="00F62269">
        <w:t>melalui</w:t>
      </w:r>
      <w:proofErr w:type="spellEnd"/>
      <w:r w:rsidRPr="00F62269">
        <w:t xml:space="preserve"> </w:t>
      </w:r>
      <w:proofErr w:type="spellStart"/>
      <w:r w:rsidRPr="00F62269">
        <w:t>tahap</w:t>
      </w:r>
      <w:proofErr w:type="spellEnd"/>
      <w:r w:rsidRPr="00F62269">
        <w:t xml:space="preserve"> </w:t>
      </w:r>
      <w:proofErr w:type="spellStart"/>
      <w:r w:rsidRPr="00F62269">
        <w:t>verifikasi</w:t>
      </w:r>
      <w:proofErr w:type="spellEnd"/>
      <w:r w:rsidRPr="00F62269">
        <w:t>/</w:t>
      </w:r>
      <w:proofErr w:type="spellStart"/>
      <w:r w:rsidRPr="00F62269">
        <w:t>kritik</w:t>
      </w:r>
      <w:proofErr w:type="spellEnd"/>
      <w:r w:rsidRPr="00F62269">
        <w:t xml:space="preserve"> data).</w:t>
      </w:r>
    </w:p>
    <w:p w:rsidR="00693395" w:rsidRPr="00693395" w:rsidRDefault="00693395" w:rsidP="00693395">
      <w:pPr>
        <w:pStyle w:val="Heading4"/>
        <w:rPr>
          <w:color w:val="auto"/>
        </w:rPr>
      </w:pPr>
      <w:r w:rsidRPr="00693395">
        <w:rPr>
          <w:color w:val="auto"/>
        </w:rPr>
        <w:t xml:space="preserve">SOAL NO. </w:t>
      </w:r>
      <w:r w:rsidRPr="00693395">
        <w:rPr>
          <w:color w:val="auto"/>
        </w:rPr>
        <w:t>5</w:t>
      </w:r>
      <w:r w:rsidRPr="00693395">
        <w:rPr>
          <w:color w:val="auto"/>
        </w:rPr>
        <w:t>2</w:t>
      </w:r>
    </w:p>
    <w:p w:rsidR="00693395" w:rsidRPr="00F62269" w:rsidRDefault="00693395" w:rsidP="00693395">
      <w:pPr>
        <w:pStyle w:val="NormalWeb"/>
        <w:numPr>
          <w:ilvl w:val="0"/>
          <w:numId w:val="29"/>
        </w:numPr>
      </w:pPr>
      <w:proofErr w:type="spellStart"/>
      <w:r w:rsidRPr="00F62269">
        <w:rPr>
          <w:b/>
          <w:bCs/>
        </w:rPr>
        <w:t>Materi</w:t>
      </w:r>
      <w:proofErr w:type="spellEnd"/>
      <w:r w:rsidRPr="00F62269">
        <w:rPr>
          <w:b/>
          <w:bCs/>
        </w:rPr>
        <w:t xml:space="preserve"> / Sub </w:t>
      </w:r>
      <w:proofErr w:type="spellStart"/>
      <w:r w:rsidRPr="00F62269">
        <w:rPr>
          <w:b/>
          <w:bCs/>
        </w:rPr>
        <w:t>Materi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Penelitian</w:t>
      </w:r>
      <w:proofErr w:type="spellEnd"/>
      <w:r w:rsidRPr="00F62269">
        <w:t xml:space="preserve"> </w:t>
      </w:r>
      <w:proofErr w:type="spellStart"/>
      <w:r w:rsidRPr="00F62269">
        <w:t>Sosial</w:t>
      </w:r>
      <w:proofErr w:type="spellEnd"/>
      <w:r w:rsidRPr="00F62269">
        <w:t xml:space="preserve"> / </w:t>
      </w:r>
      <w:proofErr w:type="spellStart"/>
      <w:r w:rsidRPr="00F62269">
        <w:t>Interpretasi</w:t>
      </w:r>
      <w:proofErr w:type="spellEnd"/>
      <w:r w:rsidRPr="00F62269">
        <w:t xml:space="preserve"> Data </w:t>
      </w:r>
      <w:proofErr w:type="spellStart"/>
      <w:r w:rsidRPr="00F62269">
        <w:t>Kuantitatif</w:t>
      </w:r>
      <w:proofErr w:type="spellEnd"/>
    </w:p>
    <w:p w:rsidR="00693395" w:rsidRPr="00F62269" w:rsidRDefault="00693395" w:rsidP="00693395">
      <w:pPr>
        <w:pStyle w:val="NormalWeb"/>
        <w:numPr>
          <w:ilvl w:val="0"/>
          <w:numId w:val="29"/>
        </w:numPr>
      </w:pPr>
      <w:proofErr w:type="spellStart"/>
      <w:r w:rsidRPr="00F62269">
        <w:rPr>
          <w:b/>
          <w:bCs/>
        </w:rPr>
        <w:t>Indikator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Berpikir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Menginterpretasi</w:t>
      </w:r>
      <w:proofErr w:type="spellEnd"/>
      <w:r w:rsidRPr="00F62269">
        <w:t xml:space="preserve"> </w:t>
      </w:r>
      <w:proofErr w:type="spellStart"/>
      <w:r w:rsidRPr="00F62269">
        <w:t>tabel</w:t>
      </w:r>
      <w:proofErr w:type="spellEnd"/>
      <w:r w:rsidRPr="00F62269">
        <w:t xml:space="preserve"> </w:t>
      </w:r>
      <w:proofErr w:type="spellStart"/>
      <w:r w:rsidRPr="00F62269">
        <w:t>hasil</w:t>
      </w:r>
      <w:proofErr w:type="spellEnd"/>
      <w:r w:rsidRPr="00F62269">
        <w:t xml:space="preserve"> </w:t>
      </w:r>
      <w:proofErr w:type="spellStart"/>
      <w:r w:rsidRPr="00F62269">
        <w:t>pengolahan</w:t>
      </w:r>
      <w:proofErr w:type="spellEnd"/>
      <w:r w:rsidRPr="00F62269">
        <w:t xml:space="preserve"> data survey </w:t>
      </w:r>
      <w:proofErr w:type="spellStart"/>
      <w:r w:rsidRPr="00F62269">
        <w:t>kuantitatif</w:t>
      </w:r>
      <w:proofErr w:type="spellEnd"/>
      <w:r w:rsidRPr="00F62269">
        <w:t xml:space="preserve"> </w:t>
      </w:r>
      <w:proofErr w:type="spellStart"/>
      <w:r w:rsidRPr="00F62269">
        <w:t>mengenai</w:t>
      </w:r>
      <w:proofErr w:type="spellEnd"/>
      <w:r w:rsidRPr="00F62269">
        <w:t xml:space="preserve"> </w:t>
      </w:r>
      <w:proofErr w:type="spellStart"/>
      <w:r w:rsidRPr="00F62269">
        <w:t>hubungan</w:t>
      </w:r>
      <w:proofErr w:type="spellEnd"/>
      <w:r w:rsidRPr="00F62269">
        <w:t xml:space="preserve"> </w:t>
      </w:r>
      <w:proofErr w:type="spellStart"/>
      <w:r w:rsidRPr="00F62269">
        <w:t>tingkat</w:t>
      </w:r>
      <w:proofErr w:type="spellEnd"/>
      <w:r w:rsidRPr="00F62269">
        <w:t xml:space="preserve"> </w:t>
      </w:r>
      <w:proofErr w:type="spellStart"/>
      <w:r w:rsidRPr="00F62269">
        <w:t>pendidikan</w:t>
      </w:r>
      <w:proofErr w:type="spellEnd"/>
      <w:r w:rsidRPr="00F62269">
        <w:t xml:space="preserve"> </w:t>
      </w:r>
      <w:proofErr w:type="spellStart"/>
      <w:r w:rsidRPr="00F62269">
        <w:t>dengan</w:t>
      </w:r>
      <w:proofErr w:type="spellEnd"/>
      <w:r w:rsidRPr="00F62269">
        <w:t xml:space="preserve"> </w:t>
      </w:r>
      <w:proofErr w:type="spellStart"/>
      <w:r w:rsidRPr="00F62269">
        <w:t>kesadaran</w:t>
      </w:r>
      <w:proofErr w:type="spellEnd"/>
      <w:r w:rsidRPr="00F62269">
        <w:t xml:space="preserve"> </w:t>
      </w:r>
      <w:proofErr w:type="spellStart"/>
      <w:r w:rsidRPr="00F62269">
        <w:t>lingkungan</w:t>
      </w:r>
      <w:proofErr w:type="spellEnd"/>
    </w:p>
    <w:p w:rsidR="00693395" w:rsidRPr="00F62269" w:rsidRDefault="00693395" w:rsidP="00693395">
      <w:pPr>
        <w:pStyle w:val="NormalWeb"/>
        <w:numPr>
          <w:ilvl w:val="0"/>
          <w:numId w:val="29"/>
        </w:numPr>
      </w:pPr>
      <w:r w:rsidRPr="00F62269">
        <w:rPr>
          <w:b/>
          <w:bCs/>
        </w:rPr>
        <w:lastRenderedPageBreak/>
        <w:t xml:space="preserve">Tingkat </w:t>
      </w:r>
      <w:proofErr w:type="spellStart"/>
      <w:r w:rsidRPr="00F62269">
        <w:rPr>
          <w:b/>
          <w:bCs/>
        </w:rPr>
        <w:t>Kognitif</w:t>
      </w:r>
      <w:proofErr w:type="spellEnd"/>
      <w:r w:rsidRPr="00F62269">
        <w:rPr>
          <w:b/>
          <w:bCs/>
        </w:rPr>
        <w:t>:</w:t>
      </w:r>
      <w:r w:rsidRPr="00F62269">
        <w:t xml:space="preserve"> C5 (</w:t>
      </w:r>
      <w:proofErr w:type="spellStart"/>
      <w:r w:rsidRPr="00F62269">
        <w:t>Pemecahan</w:t>
      </w:r>
      <w:proofErr w:type="spellEnd"/>
      <w:r w:rsidRPr="00F62269">
        <w:t xml:space="preserve"> </w:t>
      </w:r>
      <w:proofErr w:type="spellStart"/>
      <w:r w:rsidRPr="00F62269">
        <w:t>Masalah</w:t>
      </w:r>
      <w:proofErr w:type="spellEnd"/>
      <w:r w:rsidRPr="00F62269">
        <w:t xml:space="preserve"> &amp; </w:t>
      </w:r>
      <w:proofErr w:type="spellStart"/>
      <w:r w:rsidRPr="00F62269">
        <w:t>Pembacaan</w:t>
      </w:r>
      <w:proofErr w:type="spellEnd"/>
      <w:r w:rsidRPr="00F62269">
        <w:t xml:space="preserve"> Data) | </w:t>
      </w:r>
      <w:proofErr w:type="spellStart"/>
      <w:r w:rsidRPr="00F62269">
        <w:rPr>
          <w:b/>
          <w:bCs/>
        </w:rPr>
        <w:t>Kesulitan</w:t>
      </w:r>
      <w:proofErr w:type="spellEnd"/>
      <w:r w:rsidRPr="00F62269">
        <w:rPr>
          <w:b/>
          <w:bCs/>
        </w:rPr>
        <w:t>:</w:t>
      </w:r>
      <w:r w:rsidRPr="00F62269">
        <w:t xml:space="preserve"> Tinggi</w:t>
      </w:r>
    </w:p>
    <w:p w:rsidR="00693395" w:rsidRPr="00F62269" w:rsidRDefault="00693395" w:rsidP="00693395">
      <w:pPr>
        <w:pStyle w:val="NormalWeb"/>
        <w:numPr>
          <w:ilvl w:val="0"/>
          <w:numId w:val="29"/>
        </w:numPr>
      </w:pPr>
      <w:proofErr w:type="spellStart"/>
      <w:r w:rsidRPr="00F62269">
        <w:rPr>
          <w:b/>
          <w:bCs/>
        </w:rPr>
        <w:t>Bentuk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Tabel</w:t>
      </w:r>
      <w:proofErr w:type="spellEnd"/>
      <w:r w:rsidRPr="00F62269">
        <w:t xml:space="preserve"> </w:t>
      </w:r>
      <w:proofErr w:type="spellStart"/>
      <w:r w:rsidRPr="00F62269">
        <w:t>Sesuai</w:t>
      </w:r>
      <w:proofErr w:type="spellEnd"/>
      <w:r w:rsidRPr="00F62269">
        <w:t xml:space="preserve"> – </w:t>
      </w:r>
      <w:proofErr w:type="spellStart"/>
      <w:r w:rsidRPr="00F62269">
        <w:t>Tidak</w:t>
      </w:r>
      <w:proofErr w:type="spellEnd"/>
      <w:r w:rsidRPr="00F62269">
        <w:t xml:space="preserve"> </w:t>
      </w:r>
      <w:proofErr w:type="spellStart"/>
      <w:r w:rsidRPr="00F62269">
        <w:t>Sesuai</w:t>
      </w:r>
      <w:proofErr w:type="spellEnd"/>
      <w:r w:rsidRPr="00F62269">
        <w:t xml:space="preserve"> </w:t>
      </w:r>
    </w:p>
    <w:p w:rsidR="00693395" w:rsidRPr="00F62269" w:rsidRDefault="00693395" w:rsidP="00693395">
      <w:pPr>
        <w:pStyle w:val="NormalWeb"/>
      </w:pPr>
      <w:r w:rsidRPr="00F62269">
        <w:rPr>
          <w:b/>
          <w:bCs/>
        </w:rPr>
        <w:t xml:space="preserve">Stimulus / </w:t>
      </w:r>
      <w:proofErr w:type="spellStart"/>
      <w:r w:rsidRPr="00F62269">
        <w:rPr>
          <w:b/>
          <w:bCs/>
        </w:rPr>
        <w:t>Wacana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</w:pPr>
      <w:proofErr w:type="spellStart"/>
      <w:r w:rsidRPr="00F62269">
        <w:rPr>
          <w:b/>
          <w:bCs/>
        </w:rPr>
        <w:t>Tabel</w:t>
      </w:r>
      <w:proofErr w:type="spellEnd"/>
      <w:r w:rsidRPr="00F62269">
        <w:rPr>
          <w:b/>
          <w:bCs/>
        </w:rPr>
        <w:t xml:space="preserve"> Hasil Survey </w:t>
      </w:r>
      <w:proofErr w:type="spellStart"/>
      <w:r w:rsidRPr="00F62269">
        <w:rPr>
          <w:b/>
          <w:bCs/>
        </w:rPr>
        <w:t>Penelitian</w:t>
      </w:r>
      <w:proofErr w:type="spellEnd"/>
      <w:r w:rsidRPr="00F62269">
        <w:rPr>
          <w:b/>
          <w:bCs/>
        </w:rPr>
        <w:t xml:space="preserve"> (</w:t>
      </w:r>
      <w:r w:rsidRPr="00F62269">
        <w:rPr>
          <w:rStyle w:val="math-inline"/>
          <w:b/>
          <w:bCs/>
        </w:rPr>
        <w:t>N = 100</w:t>
      </w:r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responden</w:t>
      </w:r>
      <w:proofErr w:type="spellEnd"/>
      <w:r w:rsidRPr="00F62269">
        <w:rPr>
          <w:b/>
          <w:bCs/>
        </w:rPr>
        <w:t>):</w:t>
      </w:r>
    </w:p>
    <w:p w:rsidR="00693395" w:rsidRPr="00F62269" w:rsidRDefault="00693395" w:rsidP="00693395">
      <w:pPr>
        <w:pStyle w:val="NormalWeb"/>
      </w:pPr>
      <w:r w:rsidRPr="00F62269">
        <w:rPr>
          <w:i/>
          <w:iCs/>
        </w:rPr>
        <w:t>"</w:t>
      </w:r>
      <w:proofErr w:type="spellStart"/>
      <w:r w:rsidRPr="00F62269">
        <w:rPr>
          <w:i/>
          <w:iCs/>
        </w:rPr>
        <w:t>Hubungan</w:t>
      </w:r>
      <w:proofErr w:type="spellEnd"/>
      <w:r w:rsidRPr="00F62269">
        <w:rPr>
          <w:i/>
          <w:iCs/>
        </w:rPr>
        <w:t xml:space="preserve"> Tingkat Pendidikan </w:t>
      </w:r>
      <w:proofErr w:type="spellStart"/>
      <w:r w:rsidRPr="00F62269">
        <w:rPr>
          <w:i/>
          <w:iCs/>
        </w:rPr>
        <w:t>Terakhir</w:t>
      </w:r>
      <w:proofErr w:type="spellEnd"/>
      <w:r w:rsidRPr="00F62269">
        <w:rPr>
          <w:i/>
          <w:iCs/>
        </w:rPr>
        <w:t xml:space="preserve"> </w:t>
      </w:r>
      <w:proofErr w:type="spellStart"/>
      <w:r w:rsidRPr="00F62269">
        <w:rPr>
          <w:i/>
          <w:iCs/>
        </w:rPr>
        <w:t>dengan</w:t>
      </w:r>
      <w:proofErr w:type="spellEnd"/>
      <w:r w:rsidRPr="00F62269">
        <w:rPr>
          <w:i/>
          <w:iCs/>
        </w:rPr>
        <w:t xml:space="preserve"> Tingkat </w:t>
      </w:r>
      <w:proofErr w:type="spellStart"/>
      <w:r w:rsidRPr="00F62269">
        <w:rPr>
          <w:i/>
          <w:iCs/>
        </w:rPr>
        <w:t>Kesadaran</w:t>
      </w:r>
      <w:proofErr w:type="spellEnd"/>
      <w:r w:rsidRPr="00F62269">
        <w:rPr>
          <w:i/>
          <w:iCs/>
        </w:rPr>
        <w:t xml:space="preserve"> </w:t>
      </w:r>
      <w:proofErr w:type="spellStart"/>
      <w:r w:rsidRPr="00F62269">
        <w:rPr>
          <w:i/>
          <w:iCs/>
        </w:rPr>
        <w:t>Membuang</w:t>
      </w:r>
      <w:proofErr w:type="spellEnd"/>
      <w:r w:rsidRPr="00F62269">
        <w:rPr>
          <w:i/>
          <w:iCs/>
        </w:rPr>
        <w:t xml:space="preserve"> </w:t>
      </w:r>
      <w:proofErr w:type="spellStart"/>
      <w:r w:rsidRPr="00F62269">
        <w:rPr>
          <w:i/>
          <w:iCs/>
        </w:rPr>
        <w:t>Sampah</w:t>
      </w:r>
      <w:proofErr w:type="spellEnd"/>
      <w:r w:rsidRPr="00F62269">
        <w:rPr>
          <w:i/>
          <w:iCs/>
        </w:rPr>
        <w:t xml:space="preserve"> pada </w:t>
      </w:r>
      <w:proofErr w:type="spellStart"/>
      <w:r w:rsidRPr="00F62269">
        <w:rPr>
          <w:i/>
          <w:iCs/>
        </w:rPr>
        <w:t>Tempatnya</w:t>
      </w:r>
      <w:proofErr w:type="spellEnd"/>
      <w:r w:rsidRPr="00F62269">
        <w:rPr>
          <w:i/>
          <w:iCs/>
        </w:rPr>
        <w:t>"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5"/>
        <w:gridCol w:w="2138"/>
        <w:gridCol w:w="2215"/>
        <w:gridCol w:w="1592"/>
      </w:tblGrid>
      <w:tr w:rsidR="00693395" w:rsidRPr="00F62269" w:rsidTr="00A0095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Style w:val="Strong"/>
                <w:rFonts w:ascii="Times New Roman" w:hAnsi="Times New Roman" w:cs="Times New Roman"/>
              </w:rPr>
              <w:t>Tingkat Pendidikan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Kesadaran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Tinggi (%)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Kesadaran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Rendah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Style w:val="Strong"/>
                <w:rFonts w:ascii="Times New Roman" w:hAnsi="Times New Roman" w:cs="Times New Roman"/>
              </w:rPr>
              <w:t>Total (%)</w:t>
            </w: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Pendidikan Tinggi (PT)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</w:rPr>
              <w:t>75%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</w:rPr>
              <w:t>25%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</w:rPr>
              <w:t>100% (40 orang)</w:t>
            </w: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 xml:space="preserve">Pendidikan </w:t>
            </w:r>
            <w:proofErr w:type="spellStart"/>
            <w:r w:rsidRPr="00F62269">
              <w:rPr>
                <w:rFonts w:ascii="Times New Roman" w:hAnsi="Times New Roman" w:cs="Times New Roman"/>
                <w:b/>
                <w:bCs/>
              </w:rPr>
              <w:t>Menengah</w:t>
            </w:r>
            <w:proofErr w:type="spellEnd"/>
            <w:r w:rsidRPr="00F62269">
              <w:rPr>
                <w:rFonts w:ascii="Times New Roman" w:hAnsi="Times New Roman" w:cs="Times New Roman"/>
                <w:b/>
                <w:bCs/>
              </w:rPr>
              <w:t xml:space="preserve"> (SMA/SMP)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</w:rPr>
              <w:t>50%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</w:rPr>
              <w:t>50%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</w:rPr>
              <w:t>100% (40 orang)</w:t>
            </w: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Pendidikan Dasar (SD/</w:t>
            </w:r>
            <w:proofErr w:type="spellStart"/>
            <w:r w:rsidRPr="00F62269">
              <w:rPr>
                <w:rFonts w:ascii="Times New Roman" w:hAnsi="Times New Roman" w:cs="Times New Roman"/>
                <w:b/>
                <w:bCs/>
              </w:rPr>
              <w:t>Tidak</w:t>
            </w:r>
            <w:proofErr w:type="spellEnd"/>
            <w:r w:rsidRPr="00F622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  <w:b/>
                <w:bCs/>
              </w:rPr>
              <w:t>Sekolah</w:t>
            </w:r>
            <w:proofErr w:type="spellEnd"/>
            <w:r w:rsidRPr="00F62269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</w:rPr>
              <w:t>80%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</w:rPr>
              <w:t>100% (20 orang)</w:t>
            </w:r>
          </w:p>
        </w:tc>
      </w:tr>
    </w:tbl>
    <w:p w:rsidR="00693395" w:rsidRPr="00F62269" w:rsidRDefault="00693395" w:rsidP="00693395">
      <w:pPr>
        <w:pStyle w:val="NormalWeb"/>
      </w:pPr>
      <w:proofErr w:type="spellStart"/>
      <w:r w:rsidRPr="00F62269">
        <w:rPr>
          <w:b/>
          <w:bCs/>
        </w:rPr>
        <w:t>Soal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</w:pPr>
      <w:proofErr w:type="spellStart"/>
      <w:r w:rsidRPr="00F62269">
        <w:t>Berdasarkan</w:t>
      </w:r>
      <w:proofErr w:type="spellEnd"/>
      <w:r w:rsidRPr="00F62269">
        <w:t xml:space="preserve"> </w:t>
      </w:r>
      <w:proofErr w:type="spellStart"/>
      <w:r w:rsidRPr="00F62269">
        <w:t>tabel</w:t>
      </w:r>
      <w:proofErr w:type="spellEnd"/>
      <w:r w:rsidRPr="00F62269">
        <w:t xml:space="preserve"> </w:t>
      </w:r>
      <w:proofErr w:type="spellStart"/>
      <w:r w:rsidRPr="00F62269">
        <w:t>hasil</w:t>
      </w:r>
      <w:proofErr w:type="spellEnd"/>
      <w:r w:rsidRPr="00F62269">
        <w:t xml:space="preserve"> </w:t>
      </w:r>
      <w:proofErr w:type="spellStart"/>
      <w:r w:rsidRPr="00F62269">
        <w:t>pengolahan</w:t>
      </w:r>
      <w:proofErr w:type="spellEnd"/>
      <w:r w:rsidRPr="00F62269">
        <w:t xml:space="preserve"> data di </w:t>
      </w:r>
      <w:proofErr w:type="spellStart"/>
      <w:r w:rsidRPr="00F62269">
        <w:t>atas</w:t>
      </w:r>
      <w:proofErr w:type="spellEnd"/>
      <w:r w:rsidRPr="00F62269">
        <w:t xml:space="preserve">, </w:t>
      </w:r>
      <w:proofErr w:type="spellStart"/>
      <w:r w:rsidRPr="00F62269">
        <w:t>analisislah</w:t>
      </w:r>
      <w:proofErr w:type="spellEnd"/>
      <w:r w:rsidRPr="00F62269">
        <w:t xml:space="preserve"> </w:t>
      </w:r>
      <w:proofErr w:type="spellStart"/>
      <w:r w:rsidRPr="00F62269">
        <w:t>kesesuaian</w:t>
      </w:r>
      <w:proofErr w:type="spellEnd"/>
      <w:r w:rsidRPr="00F62269">
        <w:t xml:space="preserve"> </w:t>
      </w:r>
      <w:proofErr w:type="spellStart"/>
      <w:r w:rsidRPr="00F62269">
        <w:t>pernyataan</w:t>
      </w:r>
      <w:proofErr w:type="spellEnd"/>
      <w:r w:rsidRPr="00F62269">
        <w:t xml:space="preserve"> </w:t>
      </w:r>
      <w:proofErr w:type="spellStart"/>
      <w:r w:rsidRPr="00F62269">
        <w:t>interpretasi</w:t>
      </w:r>
      <w:proofErr w:type="spellEnd"/>
      <w:r w:rsidRPr="00F62269">
        <w:t xml:space="preserve"> data </w:t>
      </w:r>
      <w:proofErr w:type="spellStart"/>
      <w:r w:rsidRPr="00F62269">
        <w:t>berikut</w:t>
      </w:r>
      <w:proofErr w:type="spellEnd"/>
      <w:r w:rsidRPr="00F62269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6119"/>
        <w:gridCol w:w="1020"/>
        <w:gridCol w:w="1247"/>
      </w:tblGrid>
      <w:tr w:rsidR="00693395" w:rsidRPr="00F62269" w:rsidTr="00A0095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Style w:val="Strong"/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Pernyataan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Interpretasi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Temuan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Penelitian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Sesuai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Tidak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Sesuai</w:t>
            </w:r>
            <w:proofErr w:type="spellEnd"/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Terdapat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kecenderungan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hubungan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positif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Semakin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tinggi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tingkat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pendidikan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warga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semakin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tinggi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tingkat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kesadarannya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lastRenderedPageBreak/>
              <w:t>membuang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sampah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tempatnya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Responden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berpendidikan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dasar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didominasi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oleh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kelompok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memiliki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tingkat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kesadaran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membuang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sampah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F62269">
              <w:rPr>
                <w:rFonts w:ascii="Times New Roman" w:hAnsi="Times New Roman" w:cs="Times New Roman"/>
              </w:rPr>
              <w:t>rendah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(80%).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</w:rPr>
              <w:t xml:space="preserve">Tingkat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pendidikan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tidak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pengaruh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atau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perbedaan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apapun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terhadap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tingkat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kesadaran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lingkungan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warga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desa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Kelompok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pendidikan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menengah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memiliki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proporsi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seimbang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(50</w:t>
            </w:r>
            <w:proofErr w:type="gramStart"/>
            <w:r w:rsidRPr="00F62269">
              <w:rPr>
                <w:rFonts w:ascii="Times New Roman" w:hAnsi="Times New Roman" w:cs="Times New Roman"/>
              </w:rPr>
              <w:t>% :</w:t>
            </w:r>
            <w:proofErr w:type="gramEnd"/>
            <w:r w:rsidRPr="00F62269">
              <w:rPr>
                <w:rFonts w:ascii="Times New Roman" w:hAnsi="Times New Roman" w:cs="Times New Roman"/>
              </w:rPr>
              <w:t xml:space="preserve"> 50%)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antara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kesadaran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tinggi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F62269">
              <w:rPr>
                <w:rFonts w:ascii="Times New Roman" w:hAnsi="Times New Roman" w:cs="Times New Roman"/>
              </w:rPr>
              <w:t>rendah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Guna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meningkatkan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kesadaran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membuang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sampah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secara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merata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62269">
              <w:rPr>
                <w:rFonts w:ascii="Times New Roman" w:hAnsi="Times New Roman" w:cs="Times New Roman"/>
              </w:rPr>
              <w:t>rekomendasi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kebijakan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riset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harus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lebih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difokuskan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kelompok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berpendidikan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dasar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93395" w:rsidRPr="00F62269" w:rsidRDefault="00693395" w:rsidP="00693395">
      <w:pPr>
        <w:pStyle w:val="NormalWeb"/>
        <w:numPr>
          <w:ilvl w:val="0"/>
          <w:numId w:val="30"/>
        </w:numPr>
      </w:pPr>
      <w:proofErr w:type="spellStart"/>
      <w:r w:rsidRPr="00F62269">
        <w:rPr>
          <w:b/>
          <w:bCs/>
        </w:rPr>
        <w:t>Kunci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Jawaban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  <w:numPr>
          <w:ilvl w:val="1"/>
          <w:numId w:val="30"/>
        </w:numPr>
      </w:pPr>
      <w:proofErr w:type="spellStart"/>
      <w:r w:rsidRPr="00F62269">
        <w:rPr>
          <w:b/>
          <w:bCs/>
        </w:rPr>
        <w:t>Sesuai</w:t>
      </w:r>
      <w:proofErr w:type="spellEnd"/>
      <w:r w:rsidRPr="00F62269">
        <w:t xml:space="preserve"> (Data </w:t>
      </w:r>
      <w:proofErr w:type="spellStart"/>
      <w:r w:rsidRPr="00F62269">
        <w:t>menunjukkan</w:t>
      </w:r>
      <w:proofErr w:type="spellEnd"/>
      <w:r w:rsidRPr="00F62269">
        <w:t xml:space="preserve"> </w:t>
      </w:r>
      <w:proofErr w:type="spellStart"/>
      <w:r w:rsidRPr="00F62269">
        <w:t>persentase</w:t>
      </w:r>
      <w:proofErr w:type="spellEnd"/>
      <w:r w:rsidRPr="00F62269">
        <w:t xml:space="preserve"> </w:t>
      </w:r>
      <w:proofErr w:type="spellStart"/>
      <w:r w:rsidRPr="00F62269">
        <w:t>kesadaran</w:t>
      </w:r>
      <w:proofErr w:type="spellEnd"/>
      <w:r w:rsidRPr="00F62269">
        <w:t xml:space="preserve"> </w:t>
      </w:r>
      <w:proofErr w:type="spellStart"/>
      <w:r w:rsidRPr="00F62269">
        <w:t>tinggi</w:t>
      </w:r>
      <w:proofErr w:type="spellEnd"/>
      <w:r w:rsidRPr="00F62269">
        <w:t xml:space="preserve"> </w:t>
      </w:r>
      <w:proofErr w:type="spellStart"/>
      <w:r w:rsidRPr="00F62269">
        <w:t>meningkat</w:t>
      </w:r>
      <w:proofErr w:type="spellEnd"/>
      <w:r w:rsidRPr="00F62269">
        <w:t xml:space="preserve"> </w:t>
      </w:r>
      <w:proofErr w:type="spellStart"/>
      <w:r w:rsidRPr="00F62269">
        <w:t>seiring</w:t>
      </w:r>
      <w:proofErr w:type="spellEnd"/>
      <w:r w:rsidRPr="00F62269">
        <w:t xml:space="preserve"> </w:t>
      </w:r>
      <w:proofErr w:type="spellStart"/>
      <w:r w:rsidRPr="00F62269">
        <w:t>jenjang</w:t>
      </w:r>
      <w:proofErr w:type="spellEnd"/>
      <w:r w:rsidRPr="00F62269">
        <w:t xml:space="preserve"> </w:t>
      </w:r>
      <w:proofErr w:type="spellStart"/>
      <w:r w:rsidRPr="00F62269">
        <w:t>pendidikan</w:t>
      </w:r>
      <w:proofErr w:type="spellEnd"/>
      <w:r w:rsidRPr="00F62269">
        <w:t xml:space="preserve">: 20% </w:t>
      </w:r>
      <w:r w:rsidRPr="00F62269">
        <w:rPr>
          <w:rStyle w:val="math-inline"/>
        </w:rPr>
        <w:sym w:font="Wingdings" w:char="F0E0"/>
      </w:r>
      <w:r w:rsidRPr="00F62269">
        <w:rPr>
          <w:rStyle w:val="math-inline"/>
        </w:rPr>
        <w:t xml:space="preserve"> </w:t>
      </w:r>
      <w:r w:rsidRPr="00F62269">
        <w:t xml:space="preserve">50% </w:t>
      </w:r>
      <w:r w:rsidRPr="00F62269">
        <w:rPr>
          <w:rStyle w:val="math-inline"/>
        </w:rPr>
        <w:sym w:font="Wingdings" w:char="F0E0"/>
      </w:r>
      <w:r w:rsidRPr="00F62269">
        <w:t>75%).</w:t>
      </w:r>
    </w:p>
    <w:p w:rsidR="00693395" w:rsidRPr="00F62269" w:rsidRDefault="00693395" w:rsidP="00693395">
      <w:pPr>
        <w:pStyle w:val="NormalWeb"/>
        <w:numPr>
          <w:ilvl w:val="1"/>
          <w:numId w:val="30"/>
        </w:numPr>
      </w:pPr>
      <w:proofErr w:type="spellStart"/>
      <w:r w:rsidRPr="00F62269">
        <w:rPr>
          <w:b/>
          <w:bCs/>
        </w:rPr>
        <w:t>Sesuai</w:t>
      </w:r>
      <w:proofErr w:type="spellEnd"/>
      <w:r w:rsidRPr="00F62269">
        <w:t xml:space="preserve"> (</w:t>
      </w:r>
      <w:proofErr w:type="spellStart"/>
      <w:r w:rsidRPr="00F62269">
        <w:t>Baris</w:t>
      </w:r>
      <w:proofErr w:type="spellEnd"/>
      <w:r w:rsidRPr="00F62269">
        <w:t xml:space="preserve"> </w:t>
      </w:r>
      <w:proofErr w:type="spellStart"/>
      <w:r w:rsidRPr="00F62269">
        <w:t>pendidikan</w:t>
      </w:r>
      <w:proofErr w:type="spellEnd"/>
      <w:r w:rsidRPr="00F62269">
        <w:t xml:space="preserve"> </w:t>
      </w:r>
      <w:proofErr w:type="spellStart"/>
      <w:r w:rsidRPr="00F62269">
        <w:t>dasar</w:t>
      </w:r>
      <w:proofErr w:type="spellEnd"/>
      <w:r w:rsidRPr="00F62269">
        <w:t xml:space="preserve"> </w:t>
      </w:r>
      <w:proofErr w:type="spellStart"/>
      <w:r w:rsidRPr="00F62269">
        <w:t>menunjukkan</w:t>
      </w:r>
      <w:proofErr w:type="spellEnd"/>
      <w:r w:rsidRPr="00F62269">
        <w:t xml:space="preserve"> 80% </w:t>
      </w:r>
      <w:proofErr w:type="spellStart"/>
      <w:r w:rsidRPr="00F62269">
        <w:t>berada</w:t>
      </w:r>
      <w:proofErr w:type="spellEnd"/>
      <w:r w:rsidRPr="00F62269">
        <w:t xml:space="preserve"> pada </w:t>
      </w:r>
      <w:proofErr w:type="spellStart"/>
      <w:r w:rsidRPr="00F62269">
        <w:t>kategori</w:t>
      </w:r>
      <w:proofErr w:type="spellEnd"/>
      <w:r w:rsidRPr="00F62269">
        <w:t xml:space="preserve"> </w:t>
      </w:r>
      <w:proofErr w:type="spellStart"/>
      <w:r w:rsidRPr="00F62269">
        <w:t>rendah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30"/>
        </w:numPr>
      </w:pPr>
      <w:proofErr w:type="spellStart"/>
      <w:r w:rsidRPr="00F62269">
        <w:rPr>
          <w:b/>
          <w:bCs/>
        </w:rPr>
        <w:t>Tidak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Sesuai</w:t>
      </w:r>
      <w:proofErr w:type="spellEnd"/>
      <w:r w:rsidRPr="00F62269">
        <w:t xml:space="preserve"> (</w:t>
      </w:r>
      <w:proofErr w:type="spellStart"/>
      <w:r w:rsidRPr="00F62269">
        <w:t>Pernyataan</w:t>
      </w:r>
      <w:proofErr w:type="spellEnd"/>
      <w:r w:rsidRPr="00F62269">
        <w:t xml:space="preserve"> </w:t>
      </w:r>
      <w:proofErr w:type="spellStart"/>
      <w:r w:rsidRPr="00F62269">
        <w:t>ini</w:t>
      </w:r>
      <w:proofErr w:type="spellEnd"/>
      <w:r w:rsidRPr="00F62269">
        <w:t xml:space="preserve"> </w:t>
      </w:r>
      <w:proofErr w:type="spellStart"/>
      <w:r w:rsidRPr="00F62269">
        <w:t>bertentangan</w:t>
      </w:r>
      <w:proofErr w:type="spellEnd"/>
      <w:r w:rsidRPr="00F62269">
        <w:t xml:space="preserve"> </w:t>
      </w:r>
      <w:proofErr w:type="spellStart"/>
      <w:r w:rsidRPr="00F62269">
        <w:t>dengan</w:t>
      </w:r>
      <w:proofErr w:type="spellEnd"/>
      <w:r w:rsidRPr="00F62269">
        <w:t xml:space="preserve"> </w:t>
      </w:r>
      <w:proofErr w:type="spellStart"/>
      <w:r w:rsidRPr="00F62269">
        <w:t>tren</w:t>
      </w:r>
      <w:proofErr w:type="spellEnd"/>
      <w:r w:rsidRPr="00F62269">
        <w:t xml:space="preserve"> </w:t>
      </w:r>
      <w:proofErr w:type="spellStart"/>
      <w:r w:rsidRPr="00F62269">
        <w:t>perbedaan</w:t>
      </w:r>
      <w:proofErr w:type="spellEnd"/>
      <w:r w:rsidRPr="00F62269">
        <w:t xml:space="preserve"> </w:t>
      </w:r>
      <w:proofErr w:type="spellStart"/>
      <w:r w:rsidRPr="00F62269">
        <w:t>nyata</w:t>
      </w:r>
      <w:proofErr w:type="spellEnd"/>
      <w:r w:rsidRPr="00F62269">
        <w:t xml:space="preserve"> pada </w:t>
      </w:r>
      <w:proofErr w:type="spellStart"/>
      <w:r w:rsidRPr="00F62269">
        <w:t>tabel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30"/>
        </w:numPr>
      </w:pPr>
      <w:proofErr w:type="spellStart"/>
      <w:r w:rsidRPr="00F62269">
        <w:rPr>
          <w:b/>
          <w:bCs/>
        </w:rPr>
        <w:t>Sesuai</w:t>
      </w:r>
      <w:proofErr w:type="spellEnd"/>
      <w:r w:rsidRPr="00F62269">
        <w:t xml:space="preserve"> (</w:t>
      </w:r>
      <w:proofErr w:type="spellStart"/>
      <w:r w:rsidRPr="00F62269">
        <w:t>Proporsi</w:t>
      </w:r>
      <w:proofErr w:type="spellEnd"/>
      <w:r w:rsidRPr="00F62269">
        <w:t xml:space="preserve"> </w:t>
      </w:r>
      <w:proofErr w:type="spellStart"/>
      <w:r w:rsidRPr="00F62269">
        <w:t>pendidikan</w:t>
      </w:r>
      <w:proofErr w:type="spellEnd"/>
      <w:r w:rsidRPr="00F62269">
        <w:t xml:space="preserve"> </w:t>
      </w:r>
      <w:proofErr w:type="spellStart"/>
      <w:r w:rsidRPr="00F62269">
        <w:t>menengah</w:t>
      </w:r>
      <w:proofErr w:type="spellEnd"/>
      <w:r w:rsidRPr="00F62269">
        <w:t xml:space="preserve"> </w:t>
      </w:r>
      <w:proofErr w:type="spellStart"/>
      <w:r w:rsidRPr="00F62269">
        <w:t>tepat</w:t>
      </w:r>
      <w:proofErr w:type="spellEnd"/>
      <w:r w:rsidRPr="00F62269">
        <w:t xml:space="preserve"> 50% </w:t>
      </w:r>
      <w:proofErr w:type="spellStart"/>
      <w:r w:rsidRPr="00F62269">
        <w:t>berbanding</w:t>
      </w:r>
      <w:proofErr w:type="spellEnd"/>
      <w:r w:rsidRPr="00F62269">
        <w:t xml:space="preserve"> 50%).</w:t>
      </w:r>
    </w:p>
    <w:p w:rsidR="00693395" w:rsidRPr="00F62269" w:rsidRDefault="00693395" w:rsidP="00693395">
      <w:pPr>
        <w:pStyle w:val="NormalWeb"/>
        <w:numPr>
          <w:ilvl w:val="1"/>
          <w:numId w:val="30"/>
        </w:numPr>
      </w:pPr>
      <w:proofErr w:type="spellStart"/>
      <w:r w:rsidRPr="00F62269">
        <w:rPr>
          <w:b/>
          <w:bCs/>
        </w:rPr>
        <w:t>Sesuai</w:t>
      </w:r>
      <w:proofErr w:type="spellEnd"/>
      <w:r w:rsidRPr="00F62269">
        <w:t xml:space="preserve"> (</w:t>
      </w:r>
      <w:proofErr w:type="spellStart"/>
      <w:r w:rsidRPr="00F62269">
        <w:t>Secara</w:t>
      </w:r>
      <w:proofErr w:type="spellEnd"/>
      <w:r w:rsidRPr="00F62269">
        <w:t xml:space="preserve"> </w:t>
      </w:r>
      <w:proofErr w:type="spellStart"/>
      <w:r w:rsidRPr="00F62269">
        <w:t>terapan</w:t>
      </w:r>
      <w:proofErr w:type="spellEnd"/>
      <w:r w:rsidRPr="00F62269">
        <w:t xml:space="preserve">, </w:t>
      </w:r>
      <w:proofErr w:type="spellStart"/>
      <w:r w:rsidRPr="00F62269">
        <w:t>rekomendasi</w:t>
      </w:r>
      <w:proofErr w:type="spellEnd"/>
      <w:r w:rsidRPr="00F62269">
        <w:t xml:space="preserve"> </w:t>
      </w:r>
      <w:proofErr w:type="spellStart"/>
      <w:r w:rsidRPr="00F62269">
        <w:t>ditargetkan</w:t>
      </w:r>
      <w:proofErr w:type="spellEnd"/>
      <w:r w:rsidRPr="00F62269">
        <w:t xml:space="preserve"> pada </w:t>
      </w:r>
      <w:proofErr w:type="spellStart"/>
      <w:r w:rsidRPr="00F62269">
        <w:t>kelompok</w:t>
      </w:r>
      <w:proofErr w:type="spellEnd"/>
      <w:r w:rsidRPr="00F62269">
        <w:t xml:space="preserve"> </w:t>
      </w:r>
      <w:proofErr w:type="spellStart"/>
      <w:r w:rsidRPr="00F62269">
        <w:t>dengan</w:t>
      </w:r>
      <w:proofErr w:type="spellEnd"/>
      <w:r w:rsidRPr="00F62269">
        <w:t xml:space="preserve"> </w:t>
      </w:r>
      <w:proofErr w:type="spellStart"/>
      <w:r w:rsidRPr="00F62269">
        <w:t>kesadaran</w:t>
      </w:r>
      <w:proofErr w:type="spellEnd"/>
      <w:r w:rsidRPr="00F62269">
        <w:t xml:space="preserve"> paling </w:t>
      </w:r>
      <w:proofErr w:type="spellStart"/>
      <w:r w:rsidRPr="00F62269">
        <w:t>rendah</w:t>
      </w:r>
      <w:proofErr w:type="spellEnd"/>
      <w:r w:rsidRPr="00F62269">
        <w:t>).</w:t>
      </w:r>
    </w:p>
    <w:p w:rsidR="00693395" w:rsidRPr="00693395" w:rsidRDefault="00693395" w:rsidP="00693395">
      <w:pPr>
        <w:pStyle w:val="Heading4"/>
        <w:rPr>
          <w:color w:val="auto"/>
        </w:rPr>
      </w:pPr>
      <w:r w:rsidRPr="00693395">
        <w:rPr>
          <w:color w:val="auto"/>
        </w:rPr>
        <w:t xml:space="preserve">SOAL NO. </w:t>
      </w:r>
      <w:r w:rsidRPr="00693395">
        <w:rPr>
          <w:color w:val="auto"/>
        </w:rPr>
        <w:t>5</w:t>
      </w:r>
      <w:r w:rsidRPr="00693395">
        <w:rPr>
          <w:color w:val="auto"/>
        </w:rPr>
        <w:t>3</w:t>
      </w:r>
    </w:p>
    <w:p w:rsidR="00693395" w:rsidRPr="00F62269" w:rsidRDefault="00693395" w:rsidP="00693395">
      <w:pPr>
        <w:pStyle w:val="NormalWeb"/>
        <w:numPr>
          <w:ilvl w:val="0"/>
          <w:numId w:val="31"/>
        </w:numPr>
      </w:pPr>
      <w:proofErr w:type="spellStart"/>
      <w:r w:rsidRPr="00F62269">
        <w:rPr>
          <w:b/>
          <w:bCs/>
        </w:rPr>
        <w:t>Materi</w:t>
      </w:r>
      <w:proofErr w:type="spellEnd"/>
      <w:r w:rsidRPr="00F62269">
        <w:rPr>
          <w:b/>
          <w:bCs/>
        </w:rPr>
        <w:t xml:space="preserve"> / Sub </w:t>
      </w:r>
      <w:proofErr w:type="spellStart"/>
      <w:r w:rsidRPr="00F62269">
        <w:rPr>
          <w:b/>
          <w:bCs/>
        </w:rPr>
        <w:t>Materi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Kelompok</w:t>
      </w:r>
      <w:proofErr w:type="spellEnd"/>
      <w:r w:rsidRPr="00F62269">
        <w:t xml:space="preserve"> </w:t>
      </w:r>
      <w:proofErr w:type="spellStart"/>
      <w:r w:rsidRPr="00F62269">
        <w:t>Sosial</w:t>
      </w:r>
      <w:proofErr w:type="spellEnd"/>
      <w:r w:rsidRPr="00F62269">
        <w:t xml:space="preserve"> / </w:t>
      </w:r>
      <w:proofErr w:type="spellStart"/>
      <w:r w:rsidRPr="00F62269">
        <w:t>Paguyuban</w:t>
      </w:r>
      <w:proofErr w:type="spellEnd"/>
      <w:r w:rsidRPr="00F62269">
        <w:t xml:space="preserve"> (</w:t>
      </w:r>
      <w:r w:rsidRPr="00F62269">
        <w:rPr>
          <w:i/>
          <w:iCs/>
        </w:rPr>
        <w:t>Gemeinschaft</w:t>
      </w:r>
      <w:r w:rsidRPr="00F62269">
        <w:t xml:space="preserve">) vs </w:t>
      </w:r>
      <w:proofErr w:type="spellStart"/>
      <w:r w:rsidRPr="00F62269">
        <w:t>Patembayan</w:t>
      </w:r>
      <w:proofErr w:type="spellEnd"/>
      <w:r w:rsidRPr="00F62269">
        <w:t xml:space="preserve"> (</w:t>
      </w:r>
      <w:r w:rsidRPr="00F62269">
        <w:rPr>
          <w:i/>
          <w:iCs/>
        </w:rPr>
        <w:t>Gesellschaft</w:t>
      </w:r>
      <w:r w:rsidRPr="00F62269">
        <w:t>)</w:t>
      </w:r>
    </w:p>
    <w:p w:rsidR="00693395" w:rsidRPr="00F62269" w:rsidRDefault="00693395" w:rsidP="00693395">
      <w:pPr>
        <w:pStyle w:val="NormalWeb"/>
        <w:numPr>
          <w:ilvl w:val="0"/>
          <w:numId w:val="31"/>
        </w:numPr>
      </w:pPr>
      <w:proofErr w:type="spellStart"/>
      <w:r w:rsidRPr="00F62269">
        <w:rPr>
          <w:b/>
          <w:bCs/>
        </w:rPr>
        <w:lastRenderedPageBreak/>
        <w:t>Indikator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Berpikir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Menganalisis</w:t>
      </w:r>
      <w:proofErr w:type="spellEnd"/>
      <w:r w:rsidRPr="00F62269">
        <w:t xml:space="preserve"> </w:t>
      </w:r>
      <w:proofErr w:type="spellStart"/>
      <w:r w:rsidRPr="00F62269">
        <w:t>dinamika</w:t>
      </w:r>
      <w:proofErr w:type="spellEnd"/>
      <w:r w:rsidRPr="00F62269">
        <w:t xml:space="preserve"> </w:t>
      </w:r>
      <w:proofErr w:type="spellStart"/>
      <w:r w:rsidRPr="00F62269">
        <w:t>pergeseran</w:t>
      </w:r>
      <w:proofErr w:type="spellEnd"/>
      <w:r w:rsidRPr="00F62269">
        <w:t xml:space="preserve"> </w:t>
      </w:r>
      <w:proofErr w:type="spellStart"/>
      <w:r w:rsidRPr="00F62269">
        <w:t>bentuk</w:t>
      </w:r>
      <w:proofErr w:type="spellEnd"/>
      <w:r w:rsidRPr="00F62269">
        <w:t xml:space="preserve"> </w:t>
      </w:r>
      <w:proofErr w:type="spellStart"/>
      <w:r w:rsidRPr="00F62269">
        <w:t>kelompok</w:t>
      </w:r>
      <w:proofErr w:type="spellEnd"/>
      <w:r w:rsidRPr="00F62269">
        <w:t xml:space="preserve"> </w:t>
      </w:r>
      <w:proofErr w:type="spellStart"/>
      <w:r w:rsidRPr="00F62269">
        <w:t>sosial</w:t>
      </w:r>
      <w:proofErr w:type="spellEnd"/>
      <w:r w:rsidRPr="00F62269">
        <w:t xml:space="preserve"> </w:t>
      </w:r>
      <w:proofErr w:type="spellStart"/>
      <w:r w:rsidRPr="00F62269">
        <w:t>dari</w:t>
      </w:r>
      <w:proofErr w:type="spellEnd"/>
      <w:r w:rsidRPr="00F62269">
        <w:t xml:space="preserve"> </w:t>
      </w:r>
      <w:r w:rsidRPr="00F62269">
        <w:rPr>
          <w:i/>
          <w:iCs/>
        </w:rPr>
        <w:t>Gemeinschaft</w:t>
      </w:r>
      <w:r w:rsidRPr="00F62269">
        <w:t xml:space="preserve"> </w:t>
      </w:r>
      <w:proofErr w:type="spellStart"/>
      <w:r w:rsidRPr="00F62269">
        <w:t>ke</w:t>
      </w:r>
      <w:proofErr w:type="spellEnd"/>
      <w:r w:rsidRPr="00F62269">
        <w:t xml:space="preserve"> </w:t>
      </w:r>
      <w:r w:rsidRPr="00F62269">
        <w:rPr>
          <w:i/>
          <w:iCs/>
        </w:rPr>
        <w:t>Gesellschaft</w:t>
      </w:r>
      <w:r w:rsidRPr="00F62269">
        <w:t xml:space="preserve"> </w:t>
      </w:r>
      <w:proofErr w:type="spellStart"/>
      <w:r w:rsidRPr="00F62269">
        <w:t>akibat</w:t>
      </w:r>
      <w:proofErr w:type="spellEnd"/>
      <w:r w:rsidRPr="00F62269">
        <w:t xml:space="preserve"> </w:t>
      </w:r>
      <w:proofErr w:type="spellStart"/>
      <w:r w:rsidRPr="00F62269">
        <w:t>industrialisasi</w:t>
      </w:r>
      <w:proofErr w:type="spellEnd"/>
      <w:r w:rsidRPr="00F62269">
        <w:t>/</w:t>
      </w:r>
      <w:proofErr w:type="spellStart"/>
      <w:r w:rsidRPr="00F62269">
        <w:t>urbanisasi</w:t>
      </w:r>
      <w:proofErr w:type="spellEnd"/>
    </w:p>
    <w:p w:rsidR="00693395" w:rsidRPr="00F62269" w:rsidRDefault="00693395" w:rsidP="00693395">
      <w:pPr>
        <w:pStyle w:val="NormalWeb"/>
        <w:numPr>
          <w:ilvl w:val="0"/>
          <w:numId w:val="31"/>
        </w:numPr>
      </w:pPr>
      <w:r w:rsidRPr="00F62269">
        <w:rPr>
          <w:b/>
          <w:bCs/>
        </w:rPr>
        <w:t xml:space="preserve">Tingkat </w:t>
      </w:r>
      <w:proofErr w:type="spellStart"/>
      <w:r w:rsidRPr="00F62269">
        <w:rPr>
          <w:b/>
          <w:bCs/>
        </w:rPr>
        <w:t>Kognitif</w:t>
      </w:r>
      <w:proofErr w:type="spellEnd"/>
      <w:r w:rsidRPr="00F62269">
        <w:rPr>
          <w:b/>
          <w:bCs/>
        </w:rPr>
        <w:t>:</w:t>
      </w:r>
      <w:r w:rsidRPr="00F62269">
        <w:t xml:space="preserve"> C4 (</w:t>
      </w:r>
      <w:proofErr w:type="spellStart"/>
      <w:r w:rsidRPr="00F62269">
        <w:t>Analisis</w:t>
      </w:r>
      <w:proofErr w:type="spellEnd"/>
      <w:r w:rsidRPr="00F62269">
        <w:t xml:space="preserve">) | </w:t>
      </w:r>
      <w:proofErr w:type="spellStart"/>
      <w:r w:rsidRPr="00F62269">
        <w:rPr>
          <w:b/>
          <w:bCs/>
        </w:rPr>
        <w:t>Kesulitan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Sedang</w:t>
      </w:r>
      <w:proofErr w:type="spellEnd"/>
    </w:p>
    <w:p w:rsidR="00693395" w:rsidRPr="00F62269" w:rsidRDefault="00693395" w:rsidP="00693395">
      <w:pPr>
        <w:pStyle w:val="NormalWeb"/>
        <w:numPr>
          <w:ilvl w:val="0"/>
          <w:numId w:val="31"/>
        </w:numPr>
      </w:pPr>
      <w:proofErr w:type="spellStart"/>
      <w:r w:rsidRPr="00F62269">
        <w:rPr>
          <w:b/>
          <w:bCs/>
        </w:rPr>
        <w:t>Bentuk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Tabel</w:t>
      </w:r>
      <w:proofErr w:type="spellEnd"/>
      <w:r w:rsidRPr="00F62269">
        <w:t xml:space="preserve"> </w:t>
      </w:r>
      <w:proofErr w:type="spellStart"/>
      <w:r w:rsidRPr="00F62269">
        <w:t>Sesuai</w:t>
      </w:r>
      <w:proofErr w:type="spellEnd"/>
      <w:r w:rsidRPr="00F62269">
        <w:t xml:space="preserve"> – </w:t>
      </w:r>
      <w:proofErr w:type="spellStart"/>
      <w:r w:rsidRPr="00F62269">
        <w:t>Tidak</w:t>
      </w:r>
      <w:proofErr w:type="spellEnd"/>
      <w:r w:rsidRPr="00F62269">
        <w:t xml:space="preserve"> </w:t>
      </w:r>
      <w:proofErr w:type="spellStart"/>
      <w:r w:rsidRPr="00F62269">
        <w:t>Sesuai</w:t>
      </w:r>
      <w:proofErr w:type="spellEnd"/>
      <w:r w:rsidRPr="00F62269">
        <w:t xml:space="preserve"> </w:t>
      </w:r>
    </w:p>
    <w:p w:rsidR="00693395" w:rsidRPr="00F62269" w:rsidRDefault="00693395" w:rsidP="00693395">
      <w:pPr>
        <w:pStyle w:val="NormalWeb"/>
      </w:pPr>
      <w:r w:rsidRPr="00F62269">
        <w:rPr>
          <w:b/>
          <w:bCs/>
        </w:rPr>
        <w:t xml:space="preserve">Stimulus / </w:t>
      </w:r>
      <w:proofErr w:type="spellStart"/>
      <w:r w:rsidRPr="00F62269">
        <w:rPr>
          <w:b/>
          <w:bCs/>
        </w:rPr>
        <w:t>Wacana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</w:pPr>
      <w:proofErr w:type="spellStart"/>
      <w:r w:rsidRPr="00F62269">
        <w:rPr>
          <w:b/>
          <w:bCs/>
        </w:rPr>
        <w:t>Dinamika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Perubahan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Sosial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Desa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Sukamaju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  <w:jc w:val="both"/>
      </w:pPr>
      <w:r w:rsidRPr="00F62269">
        <w:t xml:space="preserve">Masyarakat </w:t>
      </w:r>
      <w:proofErr w:type="spellStart"/>
      <w:r w:rsidRPr="00F62269">
        <w:t>Desa</w:t>
      </w:r>
      <w:proofErr w:type="spellEnd"/>
      <w:r w:rsidRPr="00F62269">
        <w:t xml:space="preserve"> </w:t>
      </w:r>
      <w:proofErr w:type="spellStart"/>
      <w:r w:rsidRPr="00F62269">
        <w:t>Sukamaju</w:t>
      </w:r>
      <w:proofErr w:type="spellEnd"/>
      <w:r w:rsidRPr="00F62269">
        <w:t xml:space="preserve"> </w:t>
      </w:r>
      <w:proofErr w:type="spellStart"/>
      <w:r w:rsidRPr="00F62269">
        <w:t>dahulu</w:t>
      </w:r>
      <w:proofErr w:type="spellEnd"/>
      <w:r w:rsidRPr="00F62269">
        <w:t xml:space="preserve"> </w:t>
      </w:r>
      <w:proofErr w:type="spellStart"/>
      <w:r w:rsidRPr="00F62269">
        <w:t>dikenal</w:t>
      </w:r>
      <w:proofErr w:type="spellEnd"/>
      <w:r w:rsidRPr="00F62269">
        <w:t xml:space="preserve"> </w:t>
      </w:r>
      <w:proofErr w:type="spellStart"/>
      <w:r w:rsidRPr="00F62269">
        <w:t>sangat</w:t>
      </w:r>
      <w:proofErr w:type="spellEnd"/>
      <w:r w:rsidRPr="00F62269">
        <w:t xml:space="preserve"> </w:t>
      </w:r>
      <w:proofErr w:type="spellStart"/>
      <w:r w:rsidRPr="00F62269">
        <w:t>rukun</w:t>
      </w:r>
      <w:proofErr w:type="spellEnd"/>
      <w:r w:rsidRPr="00F62269">
        <w:t xml:space="preserve"> dan </w:t>
      </w:r>
      <w:proofErr w:type="spellStart"/>
      <w:r w:rsidRPr="00F62269">
        <w:t>mengandalkan</w:t>
      </w:r>
      <w:proofErr w:type="spellEnd"/>
      <w:r w:rsidRPr="00F62269">
        <w:t xml:space="preserve"> </w:t>
      </w:r>
      <w:proofErr w:type="spellStart"/>
      <w:r w:rsidRPr="00F62269">
        <w:t>tradisi</w:t>
      </w:r>
      <w:proofErr w:type="spellEnd"/>
      <w:r w:rsidRPr="00F62269">
        <w:t xml:space="preserve"> gotong royong (</w:t>
      </w:r>
      <w:proofErr w:type="spellStart"/>
      <w:r w:rsidRPr="00F62269">
        <w:rPr>
          <w:i/>
          <w:iCs/>
        </w:rPr>
        <w:t>sambatan</w:t>
      </w:r>
      <w:proofErr w:type="spellEnd"/>
      <w:r w:rsidRPr="00F62269">
        <w:t xml:space="preserve">) </w:t>
      </w:r>
      <w:proofErr w:type="spellStart"/>
      <w:r w:rsidRPr="00F62269">
        <w:t>saat</w:t>
      </w:r>
      <w:proofErr w:type="spellEnd"/>
      <w:r w:rsidRPr="00F62269">
        <w:t xml:space="preserve"> </w:t>
      </w:r>
      <w:proofErr w:type="spellStart"/>
      <w:r w:rsidRPr="00F62269">
        <w:t>membangun</w:t>
      </w:r>
      <w:proofErr w:type="spellEnd"/>
      <w:r w:rsidRPr="00F62269">
        <w:t xml:space="preserve"> </w:t>
      </w:r>
      <w:proofErr w:type="spellStart"/>
      <w:r w:rsidRPr="00F62269">
        <w:t>rumah</w:t>
      </w:r>
      <w:proofErr w:type="spellEnd"/>
      <w:r w:rsidRPr="00F62269">
        <w:t xml:space="preserve"> </w:t>
      </w:r>
      <w:proofErr w:type="spellStart"/>
      <w:r w:rsidRPr="00F62269">
        <w:t>atau</w:t>
      </w:r>
      <w:proofErr w:type="spellEnd"/>
      <w:r w:rsidRPr="00F62269">
        <w:t xml:space="preserve"> </w:t>
      </w:r>
      <w:proofErr w:type="spellStart"/>
      <w:r w:rsidRPr="00F62269">
        <w:t>memanen</w:t>
      </w:r>
      <w:proofErr w:type="spellEnd"/>
      <w:r w:rsidRPr="00F62269">
        <w:t xml:space="preserve"> </w:t>
      </w:r>
      <w:proofErr w:type="spellStart"/>
      <w:r w:rsidRPr="00F62269">
        <w:t>padi</w:t>
      </w:r>
      <w:proofErr w:type="spellEnd"/>
      <w:r w:rsidRPr="00F62269">
        <w:t xml:space="preserve"> </w:t>
      </w:r>
      <w:proofErr w:type="spellStart"/>
      <w:r w:rsidRPr="00F62269">
        <w:t>tanpa</w:t>
      </w:r>
      <w:proofErr w:type="spellEnd"/>
      <w:r w:rsidRPr="00F62269">
        <w:t xml:space="preserve"> </w:t>
      </w:r>
      <w:proofErr w:type="spellStart"/>
      <w:r w:rsidRPr="00F62269">
        <w:t>imbalan</w:t>
      </w:r>
      <w:proofErr w:type="spellEnd"/>
      <w:r w:rsidRPr="00F62269">
        <w:t xml:space="preserve"> </w:t>
      </w:r>
      <w:proofErr w:type="spellStart"/>
      <w:r w:rsidRPr="00F62269">
        <w:t>uang</w:t>
      </w:r>
      <w:proofErr w:type="spellEnd"/>
      <w:r w:rsidRPr="00F62269">
        <w:t xml:space="preserve">. </w:t>
      </w:r>
      <w:proofErr w:type="spellStart"/>
      <w:r w:rsidRPr="00F62269">
        <w:t>Namun</w:t>
      </w:r>
      <w:proofErr w:type="spellEnd"/>
      <w:r w:rsidRPr="00F62269">
        <w:t xml:space="preserve">, </w:t>
      </w:r>
      <w:proofErr w:type="spellStart"/>
      <w:r w:rsidRPr="00F62269">
        <w:t>semenjak</w:t>
      </w:r>
      <w:proofErr w:type="spellEnd"/>
      <w:r w:rsidRPr="00F62269">
        <w:t xml:space="preserve"> </w:t>
      </w:r>
      <w:proofErr w:type="spellStart"/>
      <w:r w:rsidRPr="00F62269">
        <w:t>berdirinya</w:t>
      </w:r>
      <w:proofErr w:type="spellEnd"/>
      <w:r w:rsidRPr="00F62269">
        <w:t xml:space="preserve"> </w:t>
      </w:r>
      <w:proofErr w:type="spellStart"/>
      <w:r w:rsidRPr="00F62269">
        <w:t>kawasan</w:t>
      </w:r>
      <w:proofErr w:type="spellEnd"/>
      <w:r w:rsidRPr="00F62269">
        <w:t xml:space="preserve"> </w:t>
      </w:r>
      <w:proofErr w:type="spellStart"/>
      <w:r w:rsidRPr="00F62269">
        <w:t>industri</w:t>
      </w:r>
      <w:proofErr w:type="spellEnd"/>
      <w:r w:rsidRPr="00F62269">
        <w:t xml:space="preserve"> </w:t>
      </w:r>
      <w:proofErr w:type="spellStart"/>
      <w:r w:rsidRPr="00F62269">
        <w:t>pabrik</w:t>
      </w:r>
      <w:proofErr w:type="spellEnd"/>
      <w:r w:rsidRPr="00F62269">
        <w:t xml:space="preserve"> </w:t>
      </w:r>
      <w:proofErr w:type="spellStart"/>
      <w:r w:rsidRPr="00F62269">
        <w:t>tekstil</w:t>
      </w:r>
      <w:proofErr w:type="spellEnd"/>
      <w:r w:rsidRPr="00F62269">
        <w:t xml:space="preserve"> di </w:t>
      </w:r>
      <w:proofErr w:type="spellStart"/>
      <w:r w:rsidRPr="00F62269">
        <w:t>sekitar</w:t>
      </w:r>
      <w:proofErr w:type="spellEnd"/>
      <w:r w:rsidRPr="00F62269">
        <w:t xml:space="preserve"> </w:t>
      </w:r>
      <w:proofErr w:type="spellStart"/>
      <w:r w:rsidRPr="00F62269">
        <w:t>desa</w:t>
      </w:r>
      <w:proofErr w:type="spellEnd"/>
      <w:r w:rsidRPr="00F62269">
        <w:t xml:space="preserve">, </w:t>
      </w:r>
      <w:proofErr w:type="spellStart"/>
      <w:r w:rsidRPr="00F62269">
        <w:t>banyak</w:t>
      </w:r>
      <w:proofErr w:type="spellEnd"/>
      <w:r w:rsidRPr="00F62269">
        <w:t xml:space="preserve"> </w:t>
      </w:r>
      <w:proofErr w:type="spellStart"/>
      <w:r w:rsidRPr="00F62269">
        <w:t>warga</w:t>
      </w:r>
      <w:proofErr w:type="spellEnd"/>
      <w:r w:rsidRPr="00F62269">
        <w:t xml:space="preserve"> </w:t>
      </w:r>
      <w:proofErr w:type="spellStart"/>
      <w:r w:rsidRPr="00F62269">
        <w:t>beralih</w:t>
      </w:r>
      <w:proofErr w:type="spellEnd"/>
      <w:r w:rsidRPr="00F62269">
        <w:t xml:space="preserve"> </w:t>
      </w:r>
      <w:proofErr w:type="spellStart"/>
      <w:r w:rsidRPr="00F62269">
        <w:t>menjadi</w:t>
      </w:r>
      <w:proofErr w:type="spellEnd"/>
      <w:r w:rsidRPr="00F62269">
        <w:t xml:space="preserve"> </w:t>
      </w:r>
      <w:proofErr w:type="spellStart"/>
      <w:r w:rsidRPr="00F62269">
        <w:t>buruh</w:t>
      </w:r>
      <w:proofErr w:type="spellEnd"/>
      <w:r w:rsidRPr="00F62269">
        <w:t xml:space="preserve"> </w:t>
      </w:r>
      <w:proofErr w:type="spellStart"/>
      <w:r w:rsidRPr="00F62269">
        <w:t>pabrik</w:t>
      </w:r>
      <w:proofErr w:type="spellEnd"/>
      <w:r w:rsidRPr="00F62269">
        <w:t xml:space="preserve">. </w:t>
      </w:r>
      <w:proofErr w:type="spellStart"/>
      <w:r w:rsidRPr="00F62269">
        <w:t>Interaksi</w:t>
      </w:r>
      <w:proofErr w:type="spellEnd"/>
      <w:r w:rsidRPr="00F62269">
        <w:t xml:space="preserve"> </w:t>
      </w:r>
      <w:proofErr w:type="spellStart"/>
      <w:r w:rsidRPr="00F62269">
        <w:t>sosial</w:t>
      </w:r>
      <w:proofErr w:type="spellEnd"/>
      <w:r w:rsidRPr="00F62269">
        <w:t xml:space="preserve"> </w:t>
      </w:r>
      <w:proofErr w:type="spellStart"/>
      <w:r w:rsidRPr="00F62269">
        <w:t>kini</w:t>
      </w:r>
      <w:proofErr w:type="spellEnd"/>
      <w:r w:rsidRPr="00F62269">
        <w:t xml:space="preserve"> </w:t>
      </w:r>
      <w:proofErr w:type="spellStart"/>
      <w:r w:rsidRPr="00F62269">
        <w:t>lebih</w:t>
      </w:r>
      <w:proofErr w:type="spellEnd"/>
      <w:r w:rsidRPr="00F62269">
        <w:t xml:space="preserve"> </w:t>
      </w:r>
      <w:proofErr w:type="spellStart"/>
      <w:r w:rsidRPr="00F62269">
        <w:t>didasari</w:t>
      </w:r>
      <w:proofErr w:type="spellEnd"/>
      <w:r w:rsidRPr="00F62269">
        <w:t xml:space="preserve"> oleh </w:t>
      </w:r>
      <w:proofErr w:type="spellStart"/>
      <w:r w:rsidRPr="00F62269">
        <w:t>asas</w:t>
      </w:r>
      <w:proofErr w:type="spellEnd"/>
      <w:r w:rsidRPr="00F62269">
        <w:t xml:space="preserve"> </w:t>
      </w:r>
      <w:proofErr w:type="spellStart"/>
      <w:r w:rsidRPr="00F62269">
        <w:t>perhitungan</w:t>
      </w:r>
      <w:proofErr w:type="spellEnd"/>
      <w:r w:rsidRPr="00F62269">
        <w:t xml:space="preserve"> </w:t>
      </w:r>
      <w:proofErr w:type="spellStart"/>
      <w:r w:rsidRPr="00F62269">
        <w:t>untung-rugi</w:t>
      </w:r>
      <w:proofErr w:type="spellEnd"/>
      <w:r w:rsidRPr="00F62269">
        <w:t xml:space="preserve">, </w:t>
      </w:r>
      <w:proofErr w:type="spellStart"/>
      <w:r w:rsidRPr="00F62269">
        <w:t>perjanjian</w:t>
      </w:r>
      <w:proofErr w:type="spellEnd"/>
      <w:r w:rsidRPr="00F62269">
        <w:t xml:space="preserve"> </w:t>
      </w:r>
      <w:proofErr w:type="spellStart"/>
      <w:r w:rsidRPr="00F62269">
        <w:t>kontrak</w:t>
      </w:r>
      <w:proofErr w:type="spellEnd"/>
      <w:r w:rsidRPr="00F62269">
        <w:t xml:space="preserve"> </w:t>
      </w:r>
      <w:proofErr w:type="spellStart"/>
      <w:r w:rsidRPr="00F62269">
        <w:t>kerja</w:t>
      </w:r>
      <w:proofErr w:type="spellEnd"/>
      <w:r w:rsidRPr="00F62269">
        <w:t xml:space="preserve"> </w:t>
      </w:r>
      <w:proofErr w:type="spellStart"/>
      <w:r w:rsidRPr="00F62269">
        <w:t>resmi</w:t>
      </w:r>
      <w:proofErr w:type="spellEnd"/>
      <w:r w:rsidRPr="00F62269">
        <w:t xml:space="preserve">, dan </w:t>
      </w:r>
      <w:proofErr w:type="spellStart"/>
      <w:r w:rsidRPr="00F62269">
        <w:t>ikatan</w:t>
      </w:r>
      <w:proofErr w:type="spellEnd"/>
      <w:r w:rsidRPr="00F62269">
        <w:t xml:space="preserve"> </w:t>
      </w:r>
      <w:proofErr w:type="spellStart"/>
      <w:r w:rsidRPr="00F62269">
        <w:t>organisasi</w:t>
      </w:r>
      <w:proofErr w:type="spellEnd"/>
      <w:r w:rsidRPr="00F62269">
        <w:t xml:space="preserve"> </w:t>
      </w:r>
      <w:proofErr w:type="spellStart"/>
      <w:r w:rsidRPr="00F62269">
        <w:t>serikat</w:t>
      </w:r>
      <w:proofErr w:type="spellEnd"/>
      <w:r w:rsidRPr="00F62269">
        <w:t xml:space="preserve"> </w:t>
      </w:r>
      <w:proofErr w:type="spellStart"/>
      <w:r w:rsidRPr="00F62269">
        <w:t>buruh</w:t>
      </w:r>
      <w:proofErr w:type="spellEnd"/>
      <w:r w:rsidRPr="00F62269">
        <w:t>.</w:t>
      </w:r>
    </w:p>
    <w:p w:rsidR="00693395" w:rsidRPr="00F62269" w:rsidRDefault="00693395" w:rsidP="00693395">
      <w:pPr>
        <w:pStyle w:val="NormalWeb"/>
      </w:pPr>
      <w:proofErr w:type="spellStart"/>
      <w:r w:rsidRPr="00F62269">
        <w:rPr>
          <w:b/>
          <w:bCs/>
        </w:rPr>
        <w:t>Soal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</w:pPr>
      <w:proofErr w:type="spellStart"/>
      <w:r w:rsidRPr="00F62269">
        <w:t>Berdasarkan</w:t>
      </w:r>
      <w:proofErr w:type="spellEnd"/>
      <w:r w:rsidRPr="00F62269">
        <w:t xml:space="preserve"> </w:t>
      </w:r>
      <w:proofErr w:type="spellStart"/>
      <w:r w:rsidRPr="00F62269">
        <w:t>wacana</w:t>
      </w:r>
      <w:proofErr w:type="spellEnd"/>
      <w:r w:rsidRPr="00F62269">
        <w:t xml:space="preserve"> di </w:t>
      </w:r>
      <w:proofErr w:type="spellStart"/>
      <w:r w:rsidRPr="00F62269">
        <w:t>atas</w:t>
      </w:r>
      <w:proofErr w:type="spellEnd"/>
      <w:r w:rsidRPr="00F62269">
        <w:t xml:space="preserve">, </w:t>
      </w:r>
      <w:proofErr w:type="spellStart"/>
      <w:r w:rsidRPr="00F62269">
        <w:t>analisislah</w:t>
      </w:r>
      <w:proofErr w:type="spellEnd"/>
      <w:r w:rsidRPr="00F62269">
        <w:t xml:space="preserve"> </w:t>
      </w:r>
      <w:proofErr w:type="spellStart"/>
      <w:r w:rsidRPr="00F62269">
        <w:t>kesesuaian</w:t>
      </w:r>
      <w:proofErr w:type="spellEnd"/>
      <w:r w:rsidRPr="00F62269">
        <w:t xml:space="preserve"> </w:t>
      </w:r>
      <w:proofErr w:type="spellStart"/>
      <w:r w:rsidRPr="00F62269">
        <w:t>antara</w:t>
      </w:r>
      <w:proofErr w:type="spellEnd"/>
      <w:r w:rsidRPr="00F62269">
        <w:t xml:space="preserve"> </w:t>
      </w:r>
      <w:proofErr w:type="spellStart"/>
      <w:r w:rsidRPr="00F62269">
        <w:t>konsep</w:t>
      </w:r>
      <w:proofErr w:type="spellEnd"/>
      <w:r w:rsidRPr="00F62269">
        <w:t xml:space="preserve"> </w:t>
      </w:r>
      <w:proofErr w:type="spellStart"/>
      <w:r w:rsidRPr="00F62269">
        <w:t>tipe</w:t>
      </w:r>
      <w:proofErr w:type="spellEnd"/>
      <w:r w:rsidRPr="00F62269">
        <w:t xml:space="preserve"> </w:t>
      </w:r>
      <w:proofErr w:type="spellStart"/>
      <w:r w:rsidRPr="00F62269">
        <w:t>kelompok</w:t>
      </w:r>
      <w:proofErr w:type="spellEnd"/>
      <w:r w:rsidRPr="00F62269">
        <w:t xml:space="preserve"> </w:t>
      </w:r>
      <w:proofErr w:type="spellStart"/>
      <w:r w:rsidRPr="00F62269">
        <w:t>sosial</w:t>
      </w:r>
      <w:proofErr w:type="spellEnd"/>
      <w:r w:rsidRPr="00F62269">
        <w:t xml:space="preserve"> Ferdinand </w:t>
      </w:r>
      <w:proofErr w:type="spellStart"/>
      <w:r w:rsidRPr="00F62269">
        <w:t>Tönnies</w:t>
      </w:r>
      <w:proofErr w:type="spellEnd"/>
      <w:r w:rsidRPr="00F62269">
        <w:t xml:space="preserve"> </w:t>
      </w:r>
      <w:proofErr w:type="spellStart"/>
      <w:r w:rsidRPr="00F62269">
        <w:t>dengan</w:t>
      </w:r>
      <w:proofErr w:type="spellEnd"/>
      <w:r w:rsidRPr="00F62269">
        <w:t xml:space="preserve"> </w:t>
      </w:r>
      <w:proofErr w:type="spellStart"/>
      <w:r w:rsidRPr="00F62269">
        <w:t>dinamika</w:t>
      </w:r>
      <w:proofErr w:type="spellEnd"/>
      <w:r w:rsidRPr="00F62269">
        <w:t xml:space="preserve"> </w:t>
      </w:r>
      <w:proofErr w:type="spellStart"/>
      <w:r w:rsidRPr="00F62269">
        <w:t>Desa</w:t>
      </w:r>
      <w:proofErr w:type="spellEnd"/>
      <w:r w:rsidRPr="00F62269">
        <w:t xml:space="preserve"> </w:t>
      </w:r>
      <w:proofErr w:type="spellStart"/>
      <w:r w:rsidRPr="00F62269">
        <w:t>Sukamaju</w:t>
      </w:r>
      <w:proofErr w:type="spellEnd"/>
      <w:r w:rsidRPr="00F62269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6103"/>
        <w:gridCol w:w="1020"/>
        <w:gridCol w:w="1263"/>
      </w:tblGrid>
      <w:tr w:rsidR="00693395" w:rsidRPr="00F62269" w:rsidTr="00A0095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Style w:val="Strong"/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Pernyataan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Analisis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Kelompok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Sosial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Sesuai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Tidak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Sesuai</w:t>
            </w:r>
            <w:proofErr w:type="spellEnd"/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Tradisi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  <w:i/>
                <w:iCs/>
              </w:rPr>
              <w:t>sambatan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merupakan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wujud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dari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ikatan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r w:rsidRPr="00F62269">
              <w:rPr>
                <w:rFonts w:ascii="Times New Roman" w:hAnsi="Times New Roman" w:cs="Times New Roman"/>
                <w:b/>
                <w:bCs/>
                <w:i/>
                <w:iCs/>
              </w:rPr>
              <w:t>Gemeinschaft</w:t>
            </w:r>
            <w:r w:rsidRPr="00F6226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62269">
              <w:rPr>
                <w:rFonts w:ascii="Times New Roman" w:hAnsi="Times New Roman" w:cs="Times New Roman"/>
              </w:rPr>
              <w:t>Paguyuban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) yang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berorientasi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F62269">
              <w:rPr>
                <w:rFonts w:ascii="Times New Roman" w:hAnsi="Times New Roman" w:cs="Times New Roman"/>
              </w:rPr>
              <w:t>hubungan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personal dan </w:t>
            </w:r>
            <w:proofErr w:type="spellStart"/>
            <w:r w:rsidRPr="00F62269">
              <w:rPr>
                <w:rFonts w:ascii="Times New Roman" w:hAnsi="Times New Roman" w:cs="Times New Roman"/>
              </w:rPr>
              <w:t>nilai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kekeluargaan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Perubahan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interaksi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menjadi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berbasis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kontrak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kerja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resmi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menunjukkan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pergeseran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menuju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struktur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r w:rsidRPr="00F62269">
              <w:rPr>
                <w:rFonts w:ascii="Times New Roman" w:hAnsi="Times New Roman" w:cs="Times New Roman"/>
                <w:b/>
                <w:bCs/>
                <w:i/>
                <w:iCs/>
              </w:rPr>
              <w:t>Gesellschaft</w:t>
            </w:r>
            <w:r w:rsidRPr="00F6226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62269">
              <w:rPr>
                <w:rFonts w:ascii="Times New Roman" w:hAnsi="Times New Roman" w:cs="Times New Roman"/>
              </w:rPr>
              <w:t>Patembayan</w:t>
            </w:r>
            <w:proofErr w:type="spellEnd"/>
            <w:r w:rsidRPr="00F62269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Serikat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buruh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kawasan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pabrik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tergolong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dalam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kelompok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r w:rsidRPr="00F62269">
              <w:rPr>
                <w:rFonts w:ascii="Times New Roman" w:hAnsi="Times New Roman" w:cs="Times New Roman"/>
                <w:b/>
                <w:bCs/>
                <w:i/>
                <w:iCs/>
              </w:rPr>
              <w:t>Gemeinschaft by Blood</w:t>
            </w:r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karena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anggota-anggotanya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memiliki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ikatan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darah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sama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Hubungan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antarwarga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setelah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industrialisasi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menjadi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lebih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rasional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kontraktual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kontraktif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berdasarkan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kepentingan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ekonomi</w:t>
            </w:r>
            <w:proofErr w:type="spellEnd"/>
            <w:r w:rsidRPr="00F62269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Industrialisasi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memperkuat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ikatan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batin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bersifat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alami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kekal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(</w:t>
            </w:r>
            <w:r w:rsidRPr="00F62269">
              <w:rPr>
                <w:rFonts w:ascii="Times New Roman" w:hAnsi="Times New Roman" w:cs="Times New Roman"/>
                <w:i/>
                <w:iCs/>
              </w:rPr>
              <w:t>organic solidarity</w:t>
            </w:r>
            <w:r w:rsidRPr="00F62269">
              <w:rPr>
                <w:rFonts w:ascii="Times New Roman" w:hAnsi="Times New Roman" w:cs="Times New Roman"/>
              </w:rPr>
              <w:t xml:space="preserve">) di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antara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sesama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warga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desa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93395" w:rsidRPr="00F62269" w:rsidRDefault="00693395" w:rsidP="00693395">
      <w:pPr>
        <w:pStyle w:val="NormalWeb"/>
        <w:numPr>
          <w:ilvl w:val="0"/>
          <w:numId w:val="32"/>
        </w:numPr>
      </w:pPr>
      <w:proofErr w:type="spellStart"/>
      <w:r w:rsidRPr="00F62269">
        <w:rPr>
          <w:b/>
          <w:bCs/>
        </w:rPr>
        <w:t>Kunci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Jawaban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  <w:numPr>
          <w:ilvl w:val="1"/>
          <w:numId w:val="32"/>
        </w:numPr>
      </w:pPr>
      <w:proofErr w:type="spellStart"/>
      <w:r w:rsidRPr="00F62269">
        <w:rPr>
          <w:b/>
          <w:bCs/>
        </w:rPr>
        <w:t>Sesuai</w:t>
      </w:r>
      <w:proofErr w:type="spellEnd"/>
      <w:r w:rsidRPr="00F62269">
        <w:t xml:space="preserve"> (Gotong royong </w:t>
      </w:r>
      <w:proofErr w:type="spellStart"/>
      <w:r w:rsidRPr="00F62269">
        <w:t>tanpa</w:t>
      </w:r>
      <w:proofErr w:type="spellEnd"/>
      <w:r w:rsidRPr="00F62269">
        <w:t xml:space="preserve"> </w:t>
      </w:r>
      <w:proofErr w:type="spellStart"/>
      <w:r w:rsidRPr="00F62269">
        <w:t>imbalan</w:t>
      </w:r>
      <w:proofErr w:type="spellEnd"/>
      <w:r w:rsidRPr="00F62269">
        <w:t xml:space="preserve"> </w:t>
      </w:r>
      <w:proofErr w:type="spellStart"/>
      <w:r w:rsidRPr="00F62269">
        <w:t>uang</w:t>
      </w:r>
      <w:proofErr w:type="spellEnd"/>
      <w:r w:rsidRPr="00F62269">
        <w:t xml:space="preserve"> </w:t>
      </w:r>
      <w:proofErr w:type="spellStart"/>
      <w:r w:rsidRPr="00F62269">
        <w:t>adalah</w:t>
      </w:r>
      <w:proofErr w:type="spellEnd"/>
      <w:r w:rsidRPr="00F62269">
        <w:t xml:space="preserve"> </w:t>
      </w:r>
      <w:proofErr w:type="spellStart"/>
      <w:r w:rsidRPr="00F62269">
        <w:t>kebiasaan</w:t>
      </w:r>
      <w:proofErr w:type="spellEnd"/>
      <w:r w:rsidRPr="00F62269">
        <w:t xml:space="preserve"> </w:t>
      </w:r>
      <w:proofErr w:type="spellStart"/>
      <w:r w:rsidRPr="00F62269">
        <w:t>murni</w:t>
      </w:r>
      <w:proofErr w:type="spellEnd"/>
      <w:r w:rsidRPr="00F62269">
        <w:t xml:space="preserve"> </w:t>
      </w:r>
      <w:r w:rsidRPr="00F62269">
        <w:rPr>
          <w:i/>
          <w:iCs/>
        </w:rPr>
        <w:t>Gemeinschaft</w:t>
      </w:r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32"/>
        </w:numPr>
      </w:pPr>
      <w:proofErr w:type="spellStart"/>
      <w:r w:rsidRPr="00F62269">
        <w:rPr>
          <w:b/>
          <w:bCs/>
        </w:rPr>
        <w:t>Sesuai</w:t>
      </w:r>
      <w:proofErr w:type="spellEnd"/>
      <w:r w:rsidRPr="00F62269">
        <w:t xml:space="preserve"> (</w:t>
      </w:r>
      <w:proofErr w:type="spellStart"/>
      <w:r w:rsidRPr="00F62269">
        <w:t>Perjanjian</w:t>
      </w:r>
      <w:proofErr w:type="spellEnd"/>
      <w:r w:rsidRPr="00F62269">
        <w:t xml:space="preserve"> formal dan </w:t>
      </w:r>
      <w:proofErr w:type="spellStart"/>
      <w:r w:rsidRPr="00F62269">
        <w:t>hubungan</w:t>
      </w:r>
      <w:proofErr w:type="spellEnd"/>
      <w:r w:rsidRPr="00F62269">
        <w:t xml:space="preserve"> </w:t>
      </w:r>
      <w:proofErr w:type="spellStart"/>
      <w:r w:rsidRPr="00F62269">
        <w:t>rasional-ekonomis</w:t>
      </w:r>
      <w:proofErr w:type="spellEnd"/>
      <w:r w:rsidRPr="00F62269">
        <w:t xml:space="preserve"> </w:t>
      </w:r>
      <w:proofErr w:type="spellStart"/>
      <w:r w:rsidRPr="00F62269">
        <w:t>adalah</w:t>
      </w:r>
      <w:proofErr w:type="spellEnd"/>
      <w:r w:rsidRPr="00F62269">
        <w:t xml:space="preserve"> </w:t>
      </w:r>
      <w:proofErr w:type="spellStart"/>
      <w:r w:rsidRPr="00F62269">
        <w:t>ciri</w:t>
      </w:r>
      <w:proofErr w:type="spellEnd"/>
      <w:r w:rsidRPr="00F62269">
        <w:t xml:space="preserve"> </w:t>
      </w:r>
      <w:r w:rsidRPr="00F62269">
        <w:rPr>
          <w:i/>
          <w:iCs/>
        </w:rPr>
        <w:t>Gesellschaft</w:t>
      </w:r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32"/>
        </w:numPr>
      </w:pPr>
      <w:proofErr w:type="spellStart"/>
      <w:r w:rsidRPr="00F62269">
        <w:rPr>
          <w:b/>
          <w:bCs/>
        </w:rPr>
        <w:t>Tidak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Sesuai</w:t>
      </w:r>
      <w:proofErr w:type="spellEnd"/>
      <w:r w:rsidRPr="00F62269">
        <w:t xml:space="preserve"> (</w:t>
      </w:r>
      <w:proofErr w:type="spellStart"/>
      <w:r w:rsidRPr="00F62269">
        <w:t>Serikat</w:t>
      </w:r>
      <w:proofErr w:type="spellEnd"/>
      <w:r w:rsidRPr="00F62269">
        <w:t xml:space="preserve"> </w:t>
      </w:r>
      <w:proofErr w:type="spellStart"/>
      <w:r w:rsidRPr="00F62269">
        <w:t>buruh</w:t>
      </w:r>
      <w:proofErr w:type="spellEnd"/>
      <w:r w:rsidRPr="00F62269">
        <w:t xml:space="preserve"> </w:t>
      </w:r>
      <w:proofErr w:type="spellStart"/>
      <w:r w:rsidRPr="00F62269">
        <w:t>dibentuk</w:t>
      </w:r>
      <w:proofErr w:type="spellEnd"/>
      <w:r w:rsidRPr="00F62269">
        <w:t xml:space="preserve"> </w:t>
      </w:r>
      <w:proofErr w:type="spellStart"/>
      <w:r w:rsidRPr="00F62269">
        <w:t>atas</w:t>
      </w:r>
      <w:proofErr w:type="spellEnd"/>
      <w:r w:rsidRPr="00F62269">
        <w:t xml:space="preserve"> </w:t>
      </w:r>
      <w:proofErr w:type="spellStart"/>
      <w:r w:rsidRPr="00F62269">
        <w:t>dasar</w:t>
      </w:r>
      <w:proofErr w:type="spellEnd"/>
      <w:r w:rsidRPr="00F62269">
        <w:t xml:space="preserve"> </w:t>
      </w:r>
      <w:proofErr w:type="spellStart"/>
      <w:r w:rsidRPr="00F62269">
        <w:t>kepentingan</w:t>
      </w:r>
      <w:proofErr w:type="spellEnd"/>
      <w:r w:rsidRPr="00F62269">
        <w:t>/</w:t>
      </w:r>
      <w:proofErr w:type="spellStart"/>
      <w:r w:rsidRPr="00F62269">
        <w:t>pekerjaan</w:t>
      </w:r>
      <w:proofErr w:type="spellEnd"/>
      <w:r w:rsidRPr="00F62269">
        <w:t xml:space="preserve">, </w:t>
      </w:r>
      <w:proofErr w:type="spellStart"/>
      <w:r w:rsidRPr="00F62269">
        <w:t>bukan</w:t>
      </w:r>
      <w:proofErr w:type="spellEnd"/>
      <w:r w:rsidRPr="00F62269">
        <w:t xml:space="preserve"> </w:t>
      </w:r>
      <w:proofErr w:type="spellStart"/>
      <w:r w:rsidRPr="00F62269">
        <w:t>ikatan</w:t>
      </w:r>
      <w:proofErr w:type="spellEnd"/>
      <w:r w:rsidRPr="00F62269">
        <w:t xml:space="preserve"> </w:t>
      </w:r>
      <w:proofErr w:type="spellStart"/>
      <w:r w:rsidRPr="00F62269">
        <w:t>darah</w:t>
      </w:r>
      <w:proofErr w:type="spellEnd"/>
      <w:r w:rsidRPr="00F62269">
        <w:t>/</w:t>
      </w:r>
      <w:r w:rsidRPr="00F62269">
        <w:rPr>
          <w:i/>
          <w:iCs/>
        </w:rPr>
        <w:t>by blood</w:t>
      </w:r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32"/>
        </w:numPr>
      </w:pPr>
      <w:proofErr w:type="spellStart"/>
      <w:r w:rsidRPr="00F62269">
        <w:rPr>
          <w:b/>
          <w:bCs/>
        </w:rPr>
        <w:t>Sesuai</w:t>
      </w:r>
      <w:proofErr w:type="spellEnd"/>
      <w:r w:rsidRPr="00F62269">
        <w:t xml:space="preserve"> (Masyarakat </w:t>
      </w:r>
      <w:proofErr w:type="spellStart"/>
      <w:r w:rsidRPr="00F62269">
        <w:t>patembayan</w:t>
      </w:r>
      <w:proofErr w:type="spellEnd"/>
      <w:r w:rsidRPr="00F62269">
        <w:t xml:space="preserve"> </w:t>
      </w:r>
      <w:proofErr w:type="spellStart"/>
      <w:r w:rsidRPr="00F62269">
        <w:t>mengutamakan</w:t>
      </w:r>
      <w:proofErr w:type="spellEnd"/>
      <w:r w:rsidRPr="00F62269">
        <w:t xml:space="preserve"> </w:t>
      </w:r>
      <w:proofErr w:type="spellStart"/>
      <w:r w:rsidRPr="00F62269">
        <w:t>nilai</w:t>
      </w:r>
      <w:proofErr w:type="spellEnd"/>
      <w:r w:rsidRPr="00F62269">
        <w:t xml:space="preserve"> </w:t>
      </w:r>
      <w:proofErr w:type="spellStart"/>
      <w:r w:rsidRPr="00F62269">
        <w:t>rasionalitas</w:t>
      </w:r>
      <w:proofErr w:type="spellEnd"/>
      <w:r w:rsidRPr="00F62269">
        <w:t xml:space="preserve"> dan </w:t>
      </w:r>
      <w:proofErr w:type="spellStart"/>
      <w:r w:rsidRPr="00F62269">
        <w:t>untung-rugi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32"/>
        </w:numPr>
      </w:pPr>
      <w:proofErr w:type="spellStart"/>
      <w:r w:rsidRPr="00F62269">
        <w:rPr>
          <w:b/>
          <w:bCs/>
        </w:rPr>
        <w:t>Tidak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Sesuai</w:t>
      </w:r>
      <w:proofErr w:type="spellEnd"/>
      <w:r w:rsidRPr="00F62269">
        <w:t xml:space="preserve"> (</w:t>
      </w:r>
      <w:proofErr w:type="spellStart"/>
      <w:r w:rsidRPr="00F62269">
        <w:t>Industrialisasi</w:t>
      </w:r>
      <w:proofErr w:type="spellEnd"/>
      <w:r w:rsidRPr="00F62269">
        <w:t xml:space="preserve"> </w:t>
      </w:r>
      <w:proofErr w:type="spellStart"/>
      <w:r w:rsidRPr="00F62269">
        <w:t>justru</w:t>
      </w:r>
      <w:proofErr w:type="spellEnd"/>
      <w:r w:rsidRPr="00F62269">
        <w:t xml:space="preserve"> </w:t>
      </w:r>
      <w:proofErr w:type="spellStart"/>
      <w:r w:rsidRPr="00F62269">
        <w:t>mengikis</w:t>
      </w:r>
      <w:proofErr w:type="spellEnd"/>
      <w:r w:rsidRPr="00F62269">
        <w:t xml:space="preserve"> </w:t>
      </w:r>
      <w:proofErr w:type="spellStart"/>
      <w:r w:rsidRPr="00F62269">
        <w:t>ikatan</w:t>
      </w:r>
      <w:proofErr w:type="spellEnd"/>
      <w:r w:rsidRPr="00F62269">
        <w:t xml:space="preserve"> </w:t>
      </w:r>
      <w:proofErr w:type="spellStart"/>
      <w:r w:rsidRPr="00F62269">
        <w:t>batin</w:t>
      </w:r>
      <w:proofErr w:type="spellEnd"/>
      <w:r w:rsidRPr="00F62269">
        <w:t xml:space="preserve"> </w:t>
      </w:r>
      <w:proofErr w:type="spellStart"/>
      <w:r w:rsidRPr="00F62269">
        <w:t>alami</w:t>
      </w:r>
      <w:proofErr w:type="spellEnd"/>
      <w:r w:rsidRPr="00F62269">
        <w:t xml:space="preserve"> </w:t>
      </w:r>
      <w:proofErr w:type="spellStart"/>
      <w:r w:rsidRPr="00F62269">
        <w:t>kekal</w:t>
      </w:r>
      <w:proofErr w:type="spellEnd"/>
      <w:r w:rsidRPr="00F62269">
        <w:t xml:space="preserve"> </w:t>
      </w:r>
      <w:proofErr w:type="spellStart"/>
      <w:r w:rsidRPr="00F62269">
        <w:t>menjadi</w:t>
      </w:r>
      <w:proofErr w:type="spellEnd"/>
      <w:r w:rsidRPr="00F62269">
        <w:t xml:space="preserve"> </w:t>
      </w:r>
      <w:proofErr w:type="spellStart"/>
      <w:r w:rsidRPr="00F62269">
        <w:t>ikatan</w:t>
      </w:r>
      <w:proofErr w:type="spellEnd"/>
      <w:r w:rsidRPr="00F62269">
        <w:t xml:space="preserve"> </w:t>
      </w:r>
      <w:proofErr w:type="spellStart"/>
      <w:r w:rsidRPr="00F62269">
        <w:t>kontraktual</w:t>
      </w:r>
      <w:proofErr w:type="spellEnd"/>
      <w:r w:rsidRPr="00F62269">
        <w:t>).</w:t>
      </w:r>
    </w:p>
    <w:p w:rsidR="00693395" w:rsidRPr="00693395" w:rsidRDefault="00693395" w:rsidP="00693395">
      <w:pPr>
        <w:pStyle w:val="Heading4"/>
        <w:rPr>
          <w:color w:val="auto"/>
        </w:rPr>
      </w:pPr>
      <w:r w:rsidRPr="00693395">
        <w:rPr>
          <w:color w:val="auto"/>
        </w:rPr>
        <w:t xml:space="preserve">SOAL NO. </w:t>
      </w:r>
      <w:r w:rsidRPr="00693395">
        <w:rPr>
          <w:color w:val="auto"/>
        </w:rPr>
        <w:t>5</w:t>
      </w:r>
      <w:r w:rsidRPr="00693395">
        <w:rPr>
          <w:color w:val="auto"/>
        </w:rPr>
        <w:t>4</w:t>
      </w:r>
    </w:p>
    <w:p w:rsidR="00693395" w:rsidRPr="00F62269" w:rsidRDefault="00693395" w:rsidP="00693395">
      <w:pPr>
        <w:pStyle w:val="NormalWeb"/>
        <w:numPr>
          <w:ilvl w:val="0"/>
          <w:numId w:val="33"/>
        </w:numPr>
      </w:pPr>
      <w:proofErr w:type="spellStart"/>
      <w:r w:rsidRPr="00F62269">
        <w:rPr>
          <w:b/>
          <w:bCs/>
        </w:rPr>
        <w:t>Materi</w:t>
      </w:r>
      <w:proofErr w:type="spellEnd"/>
      <w:r w:rsidRPr="00F62269">
        <w:rPr>
          <w:b/>
          <w:bCs/>
        </w:rPr>
        <w:t xml:space="preserve"> / Sub </w:t>
      </w:r>
      <w:proofErr w:type="spellStart"/>
      <w:r w:rsidRPr="00F62269">
        <w:rPr>
          <w:b/>
          <w:bCs/>
        </w:rPr>
        <w:t>Materi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Partikularisme</w:t>
      </w:r>
      <w:proofErr w:type="spellEnd"/>
      <w:r w:rsidRPr="00F62269">
        <w:t xml:space="preserve"> dan </w:t>
      </w:r>
      <w:proofErr w:type="spellStart"/>
      <w:r w:rsidRPr="00F62269">
        <w:t>Eksklusivisme</w:t>
      </w:r>
      <w:proofErr w:type="spellEnd"/>
      <w:r w:rsidRPr="00F62269">
        <w:t xml:space="preserve"> </w:t>
      </w:r>
      <w:proofErr w:type="spellStart"/>
      <w:r w:rsidRPr="00F62269">
        <w:t>Sosial</w:t>
      </w:r>
      <w:proofErr w:type="spellEnd"/>
      <w:r w:rsidRPr="00F62269">
        <w:t xml:space="preserve"> / </w:t>
      </w:r>
      <w:proofErr w:type="spellStart"/>
      <w:r w:rsidRPr="00F62269">
        <w:t>Primordialisme</w:t>
      </w:r>
      <w:proofErr w:type="spellEnd"/>
      <w:r w:rsidRPr="00F62269">
        <w:t xml:space="preserve"> &amp; </w:t>
      </w:r>
      <w:proofErr w:type="spellStart"/>
      <w:r w:rsidRPr="00F62269">
        <w:t>Nepotisme</w:t>
      </w:r>
      <w:proofErr w:type="spellEnd"/>
    </w:p>
    <w:p w:rsidR="00693395" w:rsidRPr="00F62269" w:rsidRDefault="00693395" w:rsidP="00693395">
      <w:pPr>
        <w:pStyle w:val="NormalWeb"/>
        <w:numPr>
          <w:ilvl w:val="0"/>
          <w:numId w:val="33"/>
        </w:numPr>
      </w:pPr>
      <w:proofErr w:type="spellStart"/>
      <w:r w:rsidRPr="00F62269">
        <w:rPr>
          <w:b/>
          <w:bCs/>
        </w:rPr>
        <w:t>Indikator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Berpikir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Menganalisis</w:t>
      </w:r>
      <w:proofErr w:type="spellEnd"/>
      <w:r w:rsidRPr="00F62269">
        <w:t xml:space="preserve"> </w:t>
      </w:r>
      <w:proofErr w:type="spellStart"/>
      <w:r w:rsidRPr="00F62269">
        <w:t>dampak</w:t>
      </w:r>
      <w:proofErr w:type="spellEnd"/>
      <w:r w:rsidRPr="00F62269">
        <w:t xml:space="preserve"> </w:t>
      </w:r>
      <w:proofErr w:type="spellStart"/>
      <w:r w:rsidRPr="00F62269">
        <w:t>negatif</w:t>
      </w:r>
      <w:proofErr w:type="spellEnd"/>
      <w:r w:rsidRPr="00F62269">
        <w:t xml:space="preserve"> </w:t>
      </w:r>
      <w:proofErr w:type="spellStart"/>
      <w:r w:rsidRPr="00F62269">
        <w:t>partikularisme</w:t>
      </w:r>
      <w:proofErr w:type="spellEnd"/>
      <w:r w:rsidRPr="00F62269">
        <w:t xml:space="preserve"> </w:t>
      </w:r>
      <w:proofErr w:type="spellStart"/>
      <w:r w:rsidRPr="00F62269">
        <w:t>kelompok</w:t>
      </w:r>
      <w:proofErr w:type="spellEnd"/>
      <w:r w:rsidRPr="00F62269">
        <w:t xml:space="preserve"> (</w:t>
      </w:r>
      <w:r w:rsidRPr="00F62269">
        <w:rPr>
          <w:i/>
          <w:iCs/>
        </w:rPr>
        <w:t xml:space="preserve">in-group </w:t>
      </w:r>
      <w:proofErr w:type="spellStart"/>
      <w:r w:rsidRPr="00F62269">
        <w:rPr>
          <w:i/>
          <w:iCs/>
        </w:rPr>
        <w:t>favoritism</w:t>
      </w:r>
      <w:proofErr w:type="spellEnd"/>
      <w:r w:rsidRPr="00F62269">
        <w:t xml:space="preserve">) </w:t>
      </w:r>
      <w:proofErr w:type="spellStart"/>
      <w:r w:rsidRPr="00F62269">
        <w:t>terhadap</w:t>
      </w:r>
      <w:proofErr w:type="spellEnd"/>
      <w:r w:rsidRPr="00F62269">
        <w:t xml:space="preserve"> </w:t>
      </w:r>
      <w:proofErr w:type="spellStart"/>
      <w:r w:rsidRPr="00F62269">
        <w:t>integrasi</w:t>
      </w:r>
      <w:proofErr w:type="spellEnd"/>
      <w:r w:rsidRPr="00F62269">
        <w:t xml:space="preserve"> dan </w:t>
      </w:r>
      <w:proofErr w:type="spellStart"/>
      <w:r w:rsidRPr="00F62269">
        <w:t>keadilan</w:t>
      </w:r>
      <w:proofErr w:type="spellEnd"/>
      <w:r w:rsidRPr="00F62269">
        <w:t xml:space="preserve"> di </w:t>
      </w:r>
      <w:proofErr w:type="spellStart"/>
      <w:r w:rsidRPr="00F62269">
        <w:t>lingkungan</w:t>
      </w:r>
      <w:proofErr w:type="spellEnd"/>
      <w:r w:rsidRPr="00F62269">
        <w:t xml:space="preserve"> </w:t>
      </w:r>
      <w:proofErr w:type="spellStart"/>
      <w:r w:rsidRPr="00F62269">
        <w:t>kerja</w:t>
      </w:r>
      <w:proofErr w:type="spellEnd"/>
      <w:r w:rsidRPr="00F62269">
        <w:t>/</w:t>
      </w:r>
      <w:proofErr w:type="spellStart"/>
      <w:r w:rsidRPr="00F62269">
        <w:t>masyarakat</w:t>
      </w:r>
      <w:proofErr w:type="spellEnd"/>
    </w:p>
    <w:p w:rsidR="00693395" w:rsidRPr="00F62269" w:rsidRDefault="00693395" w:rsidP="00693395">
      <w:pPr>
        <w:pStyle w:val="NormalWeb"/>
        <w:numPr>
          <w:ilvl w:val="0"/>
          <w:numId w:val="33"/>
        </w:numPr>
      </w:pPr>
      <w:r w:rsidRPr="00F62269">
        <w:rPr>
          <w:b/>
          <w:bCs/>
        </w:rPr>
        <w:t xml:space="preserve">Tingkat </w:t>
      </w:r>
      <w:proofErr w:type="spellStart"/>
      <w:r w:rsidRPr="00F62269">
        <w:rPr>
          <w:b/>
          <w:bCs/>
        </w:rPr>
        <w:t>Kognitif</w:t>
      </w:r>
      <w:proofErr w:type="spellEnd"/>
      <w:r w:rsidRPr="00F62269">
        <w:rPr>
          <w:b/>
          <w:bCs/>
        </w:rPr>
        <w:t>:</w:t>
      </w:r>
      <w:r w:rsidRPr="00F62269">
        <w:t xml:space="preserve"> C4 (</w:t>
      </w:r>
      <w:proofErr w:type="spellStart"/>
      <w:r w:rsidRPr="00F62269">
        <w:t>Analisis</w:t>
      </w:r>
      <w:proofErr w:type="spellEnd"/>
      <w:r w:rsidRPr="00F62269">
        <w:t xml:space="preserve">) | </w:t>
      </w:r>
      <w:proofErr w:type="spellStart"/>
      <w:r w:rsidRPr="00F62269">
        <w:rPr>
          <w:b/>
          <w:bCs/>
        </w:rPr>
        <w:t>Kesulitan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Sedang</w:t>
      </w:r>
      <w:proofErr w:type="spellEnd"/>
    </w:p>
    <w:p w:rsidR="00693395" w:rsidRPr="00F62269" w:rsidRDefault="00693395" w:rsidP="00693395">
      <w:pPr>
        <w:pStyle w:val="NormalWeb"/>
        <w:numPr>
          <w:ilvl w:val="0"/>
          <w:numId w:val="33"/>
        </w:numPr>
      </w:pPr>
      <w:proofErr w:type="spellStart"/>
      <w:r w:rsidRPr="00F62269">
        <w:rPr>
          <w:b/>
          <w:bCs/>
        </w:rPr>
        <w:t>Bentuk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Tabel</w:t>
      </w:r>
      <w:proofErr w:type="spellEnd"/>
      <w:r w:rsidRPr="00F62269">
        <w:t xml:space="preserve"> </w:t>
      </w:r>
      <w:proofErr w:type="spellStart"/>
      <w:r w:rsidRPr="00F62269">
        <w:t>Benar</w:t>
      </w:r>
      <w:proofErr w:type="spellEnd"/>
      <w:r w:rsidRPr="00F62269">
        <w:t xml:space="preserve"> – Salah </w:t>
      </w:r>
    </w:p>
    <w:p w:rsidR="00693395" w:rsidRPr="00F62269" w:rsidRDefault="00693395" w:rsidP="00693395">
      <w:pPr>
        <w:pStyle w:val="NormalWeb"/>
      </w:pPr>
      <w:r w:rsidRPr="00F62269">
        <w:rPr>
          <w:b/>
          <w:bCs/>
        </w:rPr>
        <w:t xml:space="preserve">Stimulus / </w:t>
      </w:r>
      <w:proofErr w:type="spellStart"/>
      <w:r w:rsidRPr="00F62269">
        <w:rPr>
          <w:b/>
          <w:bCs/>
        </w:rPr>
        <w:t>Wacana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</w:pPr>
      <w:proofErr w:type="spellStart"/>
      <w:r w:rsidRPr="00F62269">
        <w:rPr>
          <w:b/>
          <w:bCs/>
        </w:rPr>
        <w:t>Kasus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Rekrutmen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Kerja</w:t>
      </w:r>
      <w:proofErr w:type="spellEnd"/>
      <w:r w:rsidRPr="00F62269">
        <w:rPr>
          <w:b/>
          <w:bCs/>
        </w:rPr>
        <w:t xml:space="preserve"> Perusahaan X:</w:t>
      </w:r>
    </w:p>
    <w:p w:rsidR="00693395" w:rsidRPr="00F62269" w:rsidRDefault="00693395" w:rsidP="00693395">
      <w:pPr>
        <w:pStyle w:val="NormalWeb"/>
        <w:jc w:val="both"/>
      </w:pPr>
      <w:proofErr w:type="spellStart"/>
      <w:r w:rsidRPr="00F62269">
        <w:t>Dalam</w:t>
      </w:r>
      <w:proofErr w:type="spellEnd"/>
      <w:r w:rsidRPr="00F62269">
        <w:t xml:space="preserve"> </w:t>
      </w:r>
      <w:proofErr w:type="spellStart"/>
      <w:r w:rsidRPr="00F62269">
        <w:t>pendaftaran</w:t>
      </w:r>
      <w:proofErr w:type="spellEnd"/>
      <w:r w:rsidRPr="00F62269">
        <w:t xml:space="preserve"> </w:t>
      </w:r>
      <w:proofErr w:type="spellStart"/>
      <w:r w:rsidRPr="00F62269">
        <w:t>karyawan</w:t>
      </w:r>
      <w:proofErr w:type="spellEnd"/>
      <w:r w:rsidRPr="00F62269">
        <w:t xml:space="preserve"> </w:t>
      </w:r>
      <w:proofErr w:type="spellStart"/>
      <w:r w:rsidRPr="00F62269">
        <w:t>baru</w:t>
      </w:r>
      <w:proofErr w:type="spellEnd"/>
      <w:r w:rsidRPr="00F62269">
        <w:t xml:space="preserve"> di </w:t>
      </w:r>
      <w:proofErr w:type="spellStart"/>
      <w:r w:rsidRPr="00F62269">
        <w:t>sebuah</w:t>
      </w:r>
      <w:proofErr w:type="spellEnd"/>
      <w:r w:rsidRPr="00F62269">
        <w:t xml:space="preserve"> </w:t>
      </w:r>
      <w:proofErr w:type="spellStart"/>
      <w:r w:rsidRPr="00F62269">
        <w:t>perusahaan</w:t>
      </w:r>
      <w:proofErr w:type="spellEnd"/>
      <w:r w:rsidRPr="00F62269">
        <w:t xml:space="preserve"> </w:t>
      </w:r>
      <w:proofErr w:type="spellStart"/>
      <w:r w:rsidRPr="00F62269">
        <w:t>swasta</w:t>
      </w:r>
      <w:proofErr w:type="spellEnd"/>
      <w:r w:rsidRPr="00F62269">
        <w:t xml:space="preserve"> </w:t>
      </w:r>
      <w:proofErr w:type="spellStart"/>
      <w:r w:rsidRPr="00F62269">
        <w:t>lokal</w:t>
      </w:r>
      <w:proofErr w:type="spellEnd"/>
      <w:r w:rsidRPr="00F62269">
        <w:t xml:space="preserve">, </w:t>
      </w:r>
      <w:proofErr w:type="spellStart"/>
      <w:r w:rsidRPr="00F62269">
        <w:t>direktur</w:t>
      </w:r>
      <w:proofErr w:type="spellEnd"/>
      <w:r w:rsidRPr="00F62269">
        <w:t xml:space="preserve"> </w:t>
      </w:r>
      <w:proofErr w:type="spellStart"/>
      <w:r w:rsidRPr="00F62269">
        <w:t>utama</w:t>
      </w:r>
      <w:proofErr w:type="spellEnd"/>
      <w:r w:rsidRPr="00F62269">
        <w:t xml:space="preserve"> </w:t>
      </w:r>
      <w:proofErr w:type="spellStart"/>
      <w:r w:rsidRPr="00F62269">
        <w:t>memprioritaskan</w:t>
      </w:r>
      <w:proofErr w:type="spellEnd"/>
      <w:r w:rsidRPr="00F62269">
        <w:t xml:space="preserve"> </w:t>
      </w:r>
      <w:proofErr w:type="spellStart"/>
      <w:r w:rsidRPr="00F62269">
        <w:t>calon</w:t>
      </w:r>
      <w:proofErr w:type="spellEnd"/>
      <w:r w:rsidRPr="00F62269">
        <w:t xml:space="preserve"> </w:t>
      </w:r>
      <w:proofErr w:type="spellStart"/>
      <w:r w:rsidRPr="00F62269">
        <w:t>pekerja</w:t>
      </w:r>
      <w:proofErr w:type="spellEnd"/>
      <w:r w:rsidRPr="00F62269">
        <w:t xml:space="preserve"> yang </w:t>
      </w:r>
      <w:proofErr w:type="spellStart"/>
      <w:r w:rsidRPr="00F62269">
        <w:t>berasal</w:t>
      </w:r>
      <w:proofErr w:type="spellEnd"/>
      <w:r w:rsidRPr="00F62269">
        <w:t xml:space="preserve"> </w:t>
      </w:r>
      <w:proofErr w:type="spellStart"/>
      <w:r w:rsidRPr="00F62269">
        <w:t>dari</w:t>
      </w:r>
      <w:proofErr w:type="spellEnd"/>
      <w:r w:rsidRPr="00F62269">
        <w:t xml:space="preserve"> </w:t>
      </w:r>
      <w:proofErr w:type="spellStart"/>
      <w:r w:rsidRPr="00F62269">
        <w:t>daerah</w:t>
      </w:r>
      <w:proofErr w:type="spellEnd"/>
      <w:r w:rsidRPr="00F62269">
        <w:t xml:space="preserve"> </w:t>
      </w:r>
      <w:proofErr w:type="spellStart"/>
      <w:r w:rsidRPr="00F62269">
        <w:t>asal</w:t>
      </w:r>
      <w:proofErr w:type="spellEnd"/>
      <w:r w:rsidRPr="00F62269">
        <w:t xml:space="preserve"> dan </w:t>
      </w:r>
      <w:proofErr w:type="spellStart"/>
      <w:r w:rsidRPr="00F62269">
        <w:t>suku</w:t>
      </w:r>
      <w:proofErr w:type="spellEnd"/>
      <w:r w:rsidRPr="00F62269">
        <w:t xml:space="preserve"> yang </w:t>
      </w:r>
      <w:proofErr w:type="spellStart"/>
      <w:r w:rsidRPr="00F62269">
        <w:t>sama</w:t>
      </w:r>
      <w:proofErr w:type="spellEnd"/>
      <w:r w:rsidRPr="00F62269">
        <w:t xml:space="preserve"> </w:t>
      </w:r>
      <w:proofErr w:type="spellStart"/>
      <w:r w:rsidRPr="00F62269">
        <w:t>dengannya</w:t>
      </w:r>
      <w:proofErr w:type="spellEnd"/>
      <w:r w:rsidRPr="00F62269">
        <w:t xml:space="preserve">, </w:t>
      </w:r>
      <w:proofErr w:type="spellStart"/>
      <w:r w:rsidRPr="00F62269">
        <w:t>meskipun</w:t>
      </w:r>
      <w:proofErr w:type="spellEnd"/>
      <w:r w:rsidRPr="00F62269">
        <w:t xml:space="preserve"> </w:t>
      </w:r>
      <w:proofErr w:type="spellStart"/>
      <w:r w:rsidRPr="00F62269">
        <w:t>skor</w:t>
      </w:r>
      <w:proofErr w:type="spellEnd"/>
      <w:r w:rsidRPr="00F62269">
        <w:t xml:space="preserve"> </w:t>
      </w:r>
      <w:proofErr w:type="spellStart"/>
      <w:r w:rsidRPr="00F62269">
        <w:t>tes</w:t>
      </w:r>
      <w:proofErr w:type="spellEnd"/>
      <w:r w:rsidRPr="00F62269">
        <w:t xml:space="preserve"> </w:t>
      </w:r>
      <w:proofErr w:type="spellStart"/>
      <w:r w:rsidRPr="00F62269">
        <w:t>kompetensi</w:t>
      </w:r>
      <w:proofErr w:type="spellEnd"/>
      <w:r w:rsidRPr="00F62269">
        <w:t xml:space="preserve"> </w:t>
      </w:r>
      <w:proofErr w:type="spellStart"/>
      <w:r w:rsidRPr="00F62269">
        <w:t>calon</w:t>
      </w:r>
      <w:proofErr w:type="spellEnd"/>
      <w:r w:rsidRPr="00F62269">
        <w:t xml:space="preserve"> </w:t>
      </w:r>
      <w:proofErr w:type="spellStart"/>
      <w:r w:rsidRPr="00F62269">
        <w:t>tersebut</w:t>
      </w:r>
      <w:proofErr w:type="spellEnd"/>
      <w:r w:rsidRPr="00F62269">
        <w:t xml:space="preserve"> </w:t>
      </w:r>
      <w:proofErr w:type="spellStart"/>
      <w:r w:rsidRPr="00F62269">
        <w:t>lebih</w:t>
      </w:r>
      <w:proofErr w:type="spellEnd"/>
      <w:r w:rsidRPr="00F62269">
        <w:t xml:space="preserve"> </w:t>
      </w:r>
      <w:proofErr w:type="spellStart"/>
      <w:r w:rsidRPr="00F62269">
        <w:t>rendah</w:t>
      </w:r>
      <w:proofErr w:type="spellEnd"/>
      <w:r w:rsidRPr="00F62269">
        <w:t xml:space="preserve"> </w:t>
      </w:r>
      <w:proofErr w:type="spellStart"/>
      <w:r w:rsidRPr="00F62269">
        <w:t>dibandingkan</w:t>
      </w:r>
      <w:proofErr w:type="spellEnd"/>
      <w:r w:rsidRPr="00F62269">
        <w:t xml:space="preserve"> </w:t>
      </w:r>
      <w:proofErr w:type="spellStart"/>
      <w:r w:rsidRPr="00F62269">
        <w:t>pelamar</w:t>
      </w:r>
      <w:proofErr w:type="spellEnd"/>
      <w:r w:rsidRPr="00F62269">
        <w:t xml:space="preserve"> </w:t>
      </w:r>
      <w:proofErr w:type="spellStart"/>
      <w:r w:rsidRPr="00F62269">
        <w:t>dari</w:t>
      </w:r>
      <w:proofErr w:type="spellEnd"/>
      <w:r w:rsidRPr="00F62269">
        <w:t xml:space="preserve"> </w:t>
      </w:r>
      <w:proofErr w:type="spellStart"/>
      <w:r w:rsidRPr="00F62269">
        <w:t>daerah</w:t>
      </w:r>
      <w:proofErr w:type="spellEnd"/>
      <w:r w:rsidRPr="00F62269">
        <w:t xml:space="preserve"> lain.</w:t>
      </w:r>
    </w:p>
    <w:p w:rsidR="00693395" w:rsidRPr="00F62269" w:rsidRDefault="00693395" w:rsidP="00693395">
      <w:pPr>
        <w:pStyle w:val="NormalWeb"/>
      </w:pPr>
      <w:proofErr w:type="spellStart"/>
      <w:r w:rsidRPr="00F62269">
        <w:rPr>
          <w:b/>
          <w:bCs/>
        </w:rPr>
        <w:lastRenderedPageBreak/>
        <w:t>Soal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</w:pPr>
      <w:proofErr w:type="spellStart"/>
      <w:r w:rsidRPr="00F62269">
        <w:t>Analisislah</w:t>
      </w:r>
      <w:proofErr w:type="spellEnd"/>
      <w:r w:rsidRPr="00F62269">
        <w:t xml:space="preserve"> </w:t>
      </w:r>
      <w:proofErr w:type="spellStart"/>
      <w:r w:rsidRPr="00F62269">
        <w:t>fenomena</w:t>
      </w:r>
      <w:proofErr w:type="spellEnd"/>
      <w:r w:rsidRPr="00F62269">
        <w:t xml:space="preserve"> </w:t>
      </w:r>
      <w:proofErr w:type="spellStart"/>
      <w:r w:rsidRPr="00F62269">
        <w:t>sosial</w:t>
      </w:r>
      <w:proofErr w:type="spellEnd"/>
      <w:r w:rsidRPr="00F62269">
        <w:t xml:space="preserve"> di </w:t>
      </w:r>
      <w:proofErr w:type="spellStart"/>
      <w:r w:rsidRPr="00F62269">
        <w:t>atas</w:t>
      </w:r>
      <w:proofErr w:type="spellEnd"/>
      <w:r w:rsidRPr="00F62269">
        <w:t xml:space="preserve"> </w:t>
      </w:r>
      <w:proofErr w:type="spellStart"/>
      <w:r w:rsidRPr="00F62269">
        <w:t>berdasarkan</w:t>
      </w:r>
      <w:proofErr w:type="spellEnd"/>
      <w:r w:rsidRPr="00F62269">
        <w:t xml:space="preserve"> </w:t>
      </w:r>
      <w:proofErr w:type="spellStart"/>
      <w:r w:rsidRPr="00F62269">
        <w:t>konsep</w:t>
      </w:r>
      <w:proofErr w:type="spellEnd"/>
      <w:r w:rsidRPr="00F62269">
        <w:t xml:space="preserve"> </w:t>
      </w:r>
      <w:proofErr w:type="spellStart"/>
      <w:r w:rsidRPr="00F62269">
        <w:t>partikularisme</w:t>
      </w:r>
      <w:proofErr w:type="spellEnd"/>
      <w:r w:rsidRPr="00F62269">
        <w:t xml:space="preserve"> dan </w:t>
      </w:r>
      <w:proofErr w:type="spellStart"/>
      <w:r w:rsidRPr="00F62269">
        <w:t>eksklusivisme</w:t>
      </w:r>
      <w:proofErr w:type="spellEnd"/>
      <w:r w:rsidRPr="00F62269">
        <w:t xml:space="preserve">. </w:t>
      </w:r>
      <w:proofErr w:type="spellStart"/>
      <w:r w:rsidRPr="00F62269">
        <w:t>Berikan</w:t>
      </w:r>
      <w:proofErr w:type="spellEnd"/>
      <w:r w:rsidRPr="00F62269">
        <w:t xml:space="preserve"> </w:t>
      </w:r>
      <w:proofErr w:type="spellStart"/>
      <w:r w:rsidRPr="00F62269">
        <w:t>tanda</w:t>
      </w:r>
      <w:proofErr w:type="spellEnd"/>
      <w:r w:rsidRPr="00F62269">
        <w:t xml:space="preserve"> </w:t>
      </w:r>
      <w:proofErr w:type="spellStart"/>
      <w:r w:rsidRPr="00F62269">
        <w:t>centang</w:t>
      </w:r>
      <w:proofErr w:type="spellEnd"/>
      <w:r w:rsidRPr="00F62269">
        <w:t xml:space="preserve"> (</w:t>
      </w:r>
      <w:r w:rsidRPr="00F62269">
        <w:rPr>
          <w:rFonts w:ascii="Segoe UI Symbol" w:hAnsi="Segoe UI Symbol" w:cs="Segoe UI Symbol"/>
        </w:rPr>
        <w:t>✓</w:t>
      </w:r>
      <w:r w:rsidRPr="00F62269">
        <w:t xml:space="preserve">) pada </w:t>
      </w:r>
      <w:proofErr w:type="spellStart"/>
      <w:r w:rsidRPr="00F62269">
        <w:t>kolom</w:t>
      </w:r>
      <w:proofErr w:type="spellEnd"/>
      <w:r w:rsidRPr="00F62269">
        <w:t xml:space="preserve"> </w:t>
      </w:r>
      <w:proofErr w:type="spellStart"/>
      <w:r w:rsidRPr="00F62269">
        <w:rPr>
          <w:b/>
          <w:bCs/>
        </w:rPr>
        <w:t>Benar</w:t>
      </w:r>
      <w:proofErr w:type="spellEnd"/>
      <w:r w:rsidRPr="00F62269">
        <w:rPr>
          <w:b/>
          <w:bCs/>
        </w:rPr>
        <w:t xml:space="preserve"> (B)</w:t>
      </w:r>
      <w:r w:rsidRPr="00F62269">
        <w:t xml:space="preserve"> </w:t>
      </w:r>
      <w:proofErr w:type="spellStart"/>
      <w:r w:rsidRPr="00F62269">
        <w:t>atau</w:t>
      </w:r>
      <w:proofErr w:type="spellEnd"/>
      <w:r w:rsidRPr="00F62269">
        <w:t xml:space="preserve"> </w:t>
      </w:r>
      <w:r w:rsidRPr="00F62269">
        <w:rPr>
          <w:b/>
          <w:bCs/>
        </w:rPr>
        <w:t>Salah (S)</w:t>
      </w:r>
      <w:r w:rsidRPr="00F62269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7261"/>
        <w:gridCol w:w="567"/>
        <w:gridCol w:w="558"/>
      </w:tblGrid>
      <w:tr w:rsidR="00693395" w:rsidRPr="00F62269" w:rsidTr="00A0095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Style w:val="Strong"/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Pernyataan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Analisis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Kasus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Partikularisme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Style w:val="Strong"/>
                <w:rFonts w:ascii="Times New Roman" w:hAnsi="Times New Roman" w:cs="Times New Roman"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Style w:val="Strong"/>
                <w:rFonts w:ascii="Times New Roman" w:hAnsi="Times New Roman" w:cs="Times New Roman"/>
              </w:rPr>
              <w:t>S</w:t>
            </w: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Tindakan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direktur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utama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merupakan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contoh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konkret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dari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partikularisme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kelompok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mementingkan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kelompok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sendiri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(</w:t>
            </w:r>
            <w:r w:rsidRPr="00F62269">
              <w:rPr>
                <w:rFonts w:ascii="Times New Roman" w:hAnsi="Times New Roman" w:cs="Times New Roman"/>
                <w:i/>
                <w:iCs/>
              </w:rPr>
              <w:t>in-group favoritism</w:t>
            </w:r>
            <w:r w:rsidRPr="00F62269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Praktik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tersebut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mencerminkan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sikap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universalisme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karena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memperlakukan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semua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pelamar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kerja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berdasarkan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prinsip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keadilan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objektif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Sikap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nepotisme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berbasis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primordial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tersebut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dapat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menghambat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terciptanya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asas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meritokrasi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penilaian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berdasarkan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prestasi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kemampuan</w:t>
            </w:r>
            <w:proofErr w:type="spellEnd"/>
            <w:r w:rsidRPr="00F62269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Eksklusivisme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kelompok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seperti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ini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dapat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memicu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timbulnya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kecemburuan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sosial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diskriminasi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F62269">
              <w:rPr>
                <w:rFonts w:ascii="Times New Roman" w:hAnsi="Times New Roman" w:cs="Times New Roman"/>
              </w:rPr>
              <w:t>lingkungan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kerja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Sikap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memprioritaskan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suku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sendiri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dalam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dunia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kerja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profesional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sangat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mendukung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penguatan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budaya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inklusif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multikultural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93395" w:rsidRPr="00F62269" w:rsidRDefault="00693395" w:rsidP="00693395">
      <w:pPr>
        <w:pStyle w:val="NormalWeb"/>
        <w:numPr>
          <w:ilvl w:val="0"/>
          <w:numId w:val="34"/>
        </w:numPr>
      </w:pPr>
      <w:proofErr w:type="spellStart"/>
      <w:r w:rsidRPr="00F62269">
        <w:rPr>
          <w:b/>
          <w:bCs/>
        </w:rPr>
        <w:t>Kunci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Jawaban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  <w:numPr>
          <w:ilvl w:val="1"/>
          <w:numId w:val="34"/>
        </w:numPr>
      </w:pPr>
      <w:proofErr w:type="spellStart"/>
      <w:r w:rsidRPr="00F62269">
        <w:rPr>
          <w:b/>
          <w:bCs/>
        </w:rPr>
        <w:t>Benar</w:t>
      </w:r>
      <w:proofErr w:type="spellEnd"/>
      <w:r w:rsidRPr="00F62269">
        <w:t xml:space="preserve"> (</w:t>
      </w:r>
      <w:proofErr w:type="spellStart"/>
      <w:r w:rsidRPr="00F62269">
        <w:t>Mengutamakan</w:t>
      </w:r>
      <w:proofErr w:type="spellEnd"/>
      <w:r w:rsidRPr="00F62269">
        <w:t xml:space="preserve"> </w:t>
      </w:r>
      <w:proofErr w:type="spellStart"/>
      <w:r w:rsidRPr="00F62269">
        <w:t>ikatan</w:t>
      </w:r>
      <w:proofErr w:type="spellEnd"/>
      <w:r w:rsidRPr="00F62269">
        <w:t xml:space="preserve"> </w:t>
      </w:r>
      <w:proofErr w:type="spellStart"/>
      <w:r w:rsidRPr="00F62269">
        <w:t>suku</w:t>
      </w:r>
      <w:proofErr w:type="spellEnd"/>
      <w:r w:rsidRPr="00F62269">
        <w:t>/</w:t>
      </w:r>
      <w:proofErr w:type="spellStart"/>
      <w:r w:rsidRPr="00F62269">
        <w:t>daerah</w:t>
      </w:r>
      <w:proofErr w:type="spellEnd"/>
      <w:r w:rsidRPr="00F62269">
        <w:t xml:space="preserve"> di </w:t>
      </w:r>
      <w:proofErr w:type="spellStart"/>
      <w:r w:rsidRPr="00F62269">
        <w:t>atas</w:t>
      </w:r>
      <w:proofErr w:type="spellEnd"/>
      <w:r w:rsidRPr="00F62269">
        <w:t xml:space="preserve"> </w:t>
      </w:r>
      <w:proofErr w:type="spellStart"/>
      <w:r w:rsidRPr="00F62269">
        <w:t>aturan</w:t>
      </w:r>
      <w:proofErr w:type="spellEnd"/>
      <w:r w:rsidRPr="00F62269">
        <w:t xml:space="preserve"> </w:t>
      </w:r>
      <w:proofErr w:type="spellStart"/>
      <w:r w:rsidRPr="00F62269">
        <w:t>umum</w:t>
      </w:r>
      <w:proofErr w:type="spellEnd"/>
      <w:r w:rsidRPr="00F62269">
        <w:t xml:space="preserve"> </w:t>
      </w:r>
      <w:proofErr w:type="spellStart"/>
      <w:r w:rsidRPr="00F62269">
        <w:t>adalah</w:t>
      </w:r>
      <w:proofErr w:type="spellEnd"/>
      <w:r w:rsidRPr="00F62269">
        <w:t xml:space="preserve"> </w:t>
      </w:r>
      <w:proofErr w:type="spellStart"/>
      <w:r w:rsidRPr="00F62269">
        <w:t>manifestasi</w:t>
      </w:r>
      <w:proofErr w:type="spellEnd"/>
      <w:r w:rsidRPr="00F62269">
        <w:t xml:space="preserve"> </w:t>
      </w:r>
      <w:proofErr w:type="spellStart"/>
      <w:r w:rsidRPr="00F62269">
        <w:t>partikularisme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34"/>
        </w:numPr>
      </w:pPr>
      <w:r w:rsidRPr="00F62269">
        <w:rPr>
          <w:b/>
          <w:bCs/>
        </w:rPr>
        <w:t>Salah</w:t>
      </w:r>
      <w:r w:rsidRPr="00F62269">
        <w:t xml:space="preserve"> (</w:t>
      </w:r>
      <w:proofErr w:type="spellStart"/>
      <w:r w:rsidRPr="00F62269">
        <w:t>Universalisme</w:t>
      </w:r>
      <w:proofErr w:type="spellEnd"/>
      <w:r w:rsidRPr="00F62269">
        <w:t xml:space="preserve"> </w:t>
      </w:r>
      <w:proofErr w:type="spellStart"/>
      <w:r w:rsidRPr="00F62269">
        <w:t>justru</w:t>
      </w:r>
      <w:proofErr w:type="spellEnd"/>
      <w:r w:rsidRPr="00F62269">
        <w:t xml:space="preserve"> </w:t>
      </w:r>
      <w:proofErr w:type="spellStart"/>
      <w:r w:rsidRPr="00F62269">
        <w:t>menekankan</w:t>
      </w:r>
      <w:proofErr w:type="spellEnd"/>
      <w:r w:rsidRPr="00F62269">
        <w:t xml:space="preserve"> </w:t>
      </w:r>
      <w:proofErr w:type="spellStart"/>
      <w:r w:rsidRPr="00F62269">
        <w:t>perlakuan</w:t>
      </w:r>
      <w:proofErr w:type="spellEnd"/>
      <w:r w:rsidRPr="00F62269">
        <w:t xml:space="preserve"> </w:t>
      </w:r>
      <w:proofErr w:type="spellStart"/>
      <w:r w:rsidRPr="00F62269">
        <w:t>sama</w:t>
      </w:r>
      <w:proofErr w:type="spellEnd"/>
      <w:r w:rsidRPr="00F62269">
        <w:t xml:space="preserve"> </w:t>
      </w:r>
      <w:proofErr w:type="spellStart"/>
      <w:r w:rsidRPr="00F62269">
        <w:t>berdasarkan</w:t>
      </w:r>
      <w:proofErr w:type="spellEnd"/>
      <w:r w:rsidRPr="00F62269">
        <w:t xml:space="preserve"> </w:t>
      </w:r>
      <w:proofErr w:type="spellStart"/>
      <w:r w:rsidRPr="00F62269">
        <w:t>kriteria</w:t>
      </w:r>
      <w:proofErr w:type="spellEnd"/>
      <w:r w:rsidRPr="00F62269">
        <w:t xml:space="preserve"> </w:t>
      </w:r>
      <w:proofErr w:type="spellStart"/>
      <w:r w:rsidRPr="00F62269">
        <w:t>objektif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34"/>
        </w:numPr>
      </w:pPr>
      <w:proofErr w:type="spellStart"/>
      <w:r w:rsidRPr="00F62269">
        <w:rPr>
          <w:b/>
          <w:bCs/>
        </w:rPr>
        <w:t>Benar</w:t>
      </w:r>
      <w:proofErr w:type="spellEnd"/>
      <w:r w:rsidRPr="00F62269">
        <w:t xml:space="preserve"> (</w:t>
      </w:r>
      <w:proofErr w:type="spellStart"/>
      <w:r w:rsidRPr="00F62269">
        <w:t>Prinsip</w:t>
      </w:r>
      <w:proofErr w:type="spellEnd"/>
      <w:r w:rsidRPr="00F62269">
        <w:t xml:space="preserve"> </w:t>
      </w:r>
      <w:proofErr w:type="spellStart"/>
      <w:r w:rsidRPr="00F62269">
        <w:t>meritokrasi</w:t>
      </w:r>
      <w:proofErr w:type="spellEnd"/>
      <w:r w:rsidRPr="00F62269">
        <w:t xml:space="preserve"> </w:t>
      </w:r>
      <w:proofErr w:type="spellStart"/>
      <w:r w:rsidRPr="00F62269">
        <w:t>gugur</w:t>
      </w:r>
      <w:proofErr w:type="spellEnd"/>
      <w:r w:rsidRPr="00F62269">
        <w:t xml:space="preserve"> </w:t>
      </w:r>
      <w:proofErr w:type="spellStart"/>
      <w:r w:rsidRPr="00F62269">
        <w:t>ketika</w:t>
      </w:r>
      <w:proofErr w:type="spellEnd"/>
      <w:r w:rsidRPr="00F62269">
        <w:t xml:space="preserve"> </w:t>
      </w:r>
      <w:proofErr w:type="spellStart"/>
      <w:r w:rsidRPr="00F62269">
        <w:t>kualifikasi</w:t>
      </w:r>
      <w:proofErr w:type="spellEnd"/>
      <w:r w:rsidRPr="00F62269">
        <w:t xml:space="preserve"> </w:t>
      </w:r>
      <w:proofErr w:type="spellStart"/>
      <w:r w:rsidRPr="00F62269">
        <w:t>dikalahkan</w:t>
      </w:r>
      <w:proofErr w:type="spellEnd"/>
      <w:r w:rsidRPr="00F62269">
        <w:t xml:space="preserve"> oleh sentiment </w:t>
      </w:r>
      <w:proofErr w:type="spellStart"/>
      <w:r w:rsidRPr="00F62269">
        <w:t>suku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34"/>
        </w:numPr>
      </w:pPr>
      <w:proofErr w:type="spellStart"/>
      <w:r w:rsidRPr="00F62269">
        <w:rPr>
          <w:b/>
          <w:bCs/>
        </w:rPr>
        <w:t>Benar</w:t>
      </w:r>
      <w:proofErr w:type="spellEnd"/>
      <w:r w:rsidRPr="00F62269">
        <w:t xml:space="preserve"> (</w:t>
      </w:r>
      <w:proofErr w:type="spellStart"/>
      <w:r w:rsidRPr="00F62269">
        <w:t>Eksklusivisme</w:t>
      </w:r>
      <w:proofErr w:type="spellEnd"/>
      <w:r w:rsidRPr="00F62269">
        <w:t xml:space="preserve"> </w:t>
      </w:r>
      <w:proofErr w:type="spellStart"/>
      <w:r w:rsidRPr="00F62269">
        <w:t>merugikan</w:t>
      </w:r>
      <w:proofErr w:type="spellEnd"/>
      <w:r w:rsidRPr="00F62269">
        <w:t xml:space="preserve"> </w:t>
      </w:r>
      <w:proofErr w:type="spellStart"/>
      <w:r w:rsidRPr="00F62269">
        <w:t>pihak</w:t>
      </w:r>
      <w:proofErr w:type="spellEnd"/>
      <w:r w:rsidRPr="00F62269">
        <w:t xml:space="preserve"> </w:t>
      </w:r>
      <w:r w:rsidRPr="00F62269">
        <w:rPr>
          <w:i/>
          <w:iCs/>
        </w:rPr>
        <w:t>out-group</w:t>
      </w:r>
      <w:r w:rsidRPr="00F62269">
        <w:t xml:space="preserve"> dan </w:t>
      </w:r>
      <w:proofErr w:type="spellStart"/>
      <w:r w:rsidRPr="00F62269">
        <w:t>menimbulkan</w:t>
      </w:r>
      <w:proofErr w:type="spellEnd"/>
      <w:r w:rsidRPr="00F62269">
        <w:t xml:space="preserve"> </w:t>
      </w:r>
      <w:proofErr w:type="spellStart"/>
      <w:r w:rsidRPr="00F62269">
        <w:t>konflik</w:t>
      </w:r>
      <w:proofErr w:type="spellEnd"/>
      <w:r w:rsidRPr="00F62269">
        <w:t xml:space="preserve"> </w:t>
      </w:r>
      <w:proofErr w:type="spellStart"/>
      <w:r w:rsidRPr="00F62269">
        <w:t>kecemburuan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34"/>
        </w:numPr>
      </w:pPr>
      <w:r w:rsidRPr="00F62269">
        <w:rPr>
          <w:b/>
          <w:bCs/>
        </w:rPr>
        <w:t>Salah</w:t>
      </w:r>
      <w:r w:rsidRPr="00F62269">
        <w:t xml:space="preserve"> (</w:t>
      </w:r>
      <w:proofErr w:type="spellStart"/>
      <w:r w:rsidRPr="00F62269">
        <w:t>Mementingkan</w:t>
      </w:r>
      <w:proofErr w:type="spellEnd"/>
      <w:r w:rsidRPr="00F62269">
        <w:t xml:space="preserve"> </w:t>
      </w:r>
      <w:proofErr w:type="spellStart"/>
      <w:r w:rsidRPr="00F62269">
        <w:t>suku</w:t>
      </w:r>
      <w:proofErr w:type="spellEnd"/>
      <w:r w:rsidRPr="00F62269">
        <w:t xml:space="preserve"> </w:t>
      </w:r>
      <w:proofErr w:type="spellStart"/>
      <w:r w:rsidRPr="00F62269">
        <w:t>sendiri</w:t>
      </w:r>
      <w:proofErr w:type="spellEnd"/>
      <w:r w:rsidRPr="00F62269">
        <w:t xml:space="preserve"> </w:t>
      </w:r>
      <w:proofErr w:type="spellStart"/>
      <w:r w:rsidRPr="00F62269">
        <w:t>merusak</w:t>
      </w:r>
      <w:proofErr w:type="spellEnd"/>
      <w:r w:rsidRPr="00F62269">
        <w:t xml:space="preserve"> </w:t>
      </w:r>
      <w:proofErr w:type="spellStart"/>
      <w:r w:rsidRPr="00F62269">
        <w:t>prinsip</w:t>
      </w:r>
      <w:proofErr w:type="spellEnd"/>
      <w:r w:rsidRPr="00F62269">
        <w:t xml:space="preserve"> </w:t>
      </w:r>
      <w:proofErr w:type="spellStart"/>
      <w:r w:rsidRPr="00F62269">
        <w:t>inklusivitas</w:t>
      </w:r>
      <w:proofErr w:type="spellEnd"/>
      <w:r w:rsidRPr="00F62269">
        <w:t xml:space="preserve"> </w:t>
      </w:r>
      <w:proofErr w:type="spellStart"/>
      <w:r w:rsidRPr="00F62269">
        <w:t>multikultural</w:t>
      </w:r>
      <w:proofErr w:type="spellEnd"/>
      <w:r w:rsidRPr="00F62269">
        <w:t>).</w:t>
      </w:r>
    </w:p>
    <w:p w:rsidR="00693395" w:rsidRPr="00F62269" w:rsidRDefault="00693395" w:rsidP="00693395">
      <w:pPr>
        <w:pStyle w:val="Heading4"/>
      </w:pPr>
      <w:r w:rsidRPr="00F62269">
        <w:lastRenderedPageBreak/>
        <w:t>SOAL NO. 15</w:t>
      </w:r>
    </w:p>
    <w:p w:rsidR="00693395" w:rsidRPr="00F62269" w:rsidRDefault="00693395" w:rsidP="00693395">
      <w:pPr>
        <w:pStyle w:val="NormalWeb"/>
        <w:numPr>
          <w:ilvl w:val="0"/>
          <w:numId w:val="35"/>
        </w:numPr>
      </w:pPr>
      <w:proofErr w:type="spellStart"/>
      <w:r w:rsidRPr="00F62269">
        <w:rPr>
          <w:b/>
          <w:bCs/>
        </w:rPr>
        <w:t>Materi</w:t>
      </w:r>
      <w:proofErr w:type="spellEnd"/>
      <w:r w:rsidRPr="00F62269">
        <w:rPr>
          <w:b/>
          <w:bCs/>
        </w:rPr>
        <w:t xml:space="preserve"> / Sub </w:t>
      </w:r>
      <w:proofErr w:type="spellStart"/>
      <w:r w:rsidRPr="00F62269">
        <w:rPr>
          <w:b/>
          <w:bCs/>
        </w:rPr>
        <w:t>Materi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Kesetaraan</w:t>
      </w:r>
      <w:proofErr w:type="spellEnd"/>
      <w:r w:rsidRPr="00F62269">
        <w:t xml:space="preserve"> dan Harmoni </w:t>
      </w:r>
      <w:proofErr w:type="spellStart"/>
      <w:r w:rsidRPr="00F62269">
        <w:t>Sosial</w:t>
      </w:r>
      <w:proofErr w:type="spellEnd"/>
      <w:r w:rsidRPr="00F62269">
        <w:t xml:space="preserve"> / </w:t>
      </w:r>
      <w:proofErr w:type="spellStart"/>
      <w:r w:rsidRPr="00F62269">
        <w:t>Interseksi</w:t>
      </w:r>
      <w:proofErr w:type="spellEnd"/>
      <w:r w:rsidRPr="00F62269">
        <w:t xml:space="preserve"> dan </w:t>
      </w:r>
      <w:proofErr w:type="spellStart"/>
      <w:r w:rsidRPr="00F62269">
        <w:t>Konsolidasi</w:t>
      </w:r>
      <w:proofErr w:type="spellEnd"/>
      <w:r w:rsidRPr="00F62269">
        <w:t xml:space="preserve"> </w:t>
      </w:r>
      <w:proofErr w:type="spellStart"/>
      <w:r w:rsidRPr="00F62269">
        <w:t>Sosial</w:t>
      </w:r>
      <w:proofErr w:type="spellEnd"/>
    </w:p>
    <w:p w:rsidR="00693395" w:rsidRPr="00F62269" w:rsidRDefault="00693395" w:rsidP="00693395">
      <w:pPr>
        <w:pStyle w:val="NormalWeb"/>
        <w:numPr>
          <w:ilvl w:val="0"/>
          <w:numId w:val="35"/>
        </w:numPr>
      </w:pPr>
      <w:proofErr w:type="spellStart"/>
      <w:r w:rsidRPr="00F62269">
        <w:rPr>
          <w:b/>
          <w:bCs/>
        </w:rPr>
        <w:t>Indikator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Berpikir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Mengevaluasi</w:t>
      </w:r>
      <w:proofErr w:type="spellEnd"/>
      <w:r w:rsidRPr="00F62269">
        <w:t xml:space="preserve"> </w:t>
      </w:r>
      <w:proofErr w:type="spellStart"/>
      <w:r w:rsidRPr="00F62269">
        <w:t>pengaruh</w:t>
      </w:r>
      <w:proofErr w:type="spellEnd"/>
      <w:r w:rsidRPr="00F62269">
        <w:t xml:space="preserve"> </w:t>
      </w:r>
      <w:proofErr w:type="spellStart"/>
      <w:r w:rsidRPr="00F62269">
        <w:t>struktur</w:t>
      </w:r>
      <w:proofErr w:type="spellEnd"/>
      <w:r w:rsidRPr="00F62269">
        <w:t xml:space="preserve"> </w:t>
      </w:r>
      <w:proofErr w:type="spellStart"/>
      <w:r w:rsidRPr="00F62269">
        <w:t>sosial</w:t>
      </w:r>
      <w:proofErr w:type="spellEnd"/>
      <w:r w:rsidRPr="00F62269">
        <w:t xml:space="preserve"> (</w:t>
      </w:r>
      <w:proofErr w:type="spellStart"/>
      <w:r w:rsidRPr="00F62269">
        <w:t>interseksi</w:t>
      </w:r>
      <w:proofErr w:type="spellEnd"/>
      <w:r w:rsidRPr="00F62269">
        <w:t xml:space="preserve"> dan </w:t>
      </w:r>
      <w:proofErr w:type="spellStart"/>
      <w:r w:rsidRPr="00F62269">
        <w:t>konsolidasi</w:t>
      </w:r>
      <w:proofErr w:type="spellEnd"/>
      <w:r w:rsidRPr="00F62269">
        <w:t xml:space="preserve">) </w:t>
      </w:r>
      <w:proofErr w:type="spellStart"/>
      <w:r w:rsidRPr="00F62269">
        <w:t>terhadap</w:t>
      </w:r>
      <w:proofErr w:type="spellEnd"/>
      <w:r w:rsidRPr="00F62269">
        <w:t xml:space="preserve"> </w:t>
      </w:r>
      <w:proofErr w:type="spellStart"/>
      <w:r w:rsidRPr="00F62269">
        <w:t>potensi</w:t>
      </w:r>
      <w:proofErr w:type="spellEnd"/>
      <w:r w:rsidRPr="00F62269">
        <w:t xml:space="preserve"> </w:t>
      </w:r>
      <w:proofErr w:type="spellStart"/>
      <w:r w:rsidRPr="00F62269">
        <w:t>persatuan</w:t>
      </w:r>
      <w:proofErr w:type="spellEnd"/>
      <w:r w:rsidRPr="00F62269">
        <w:t xml:space="preserve"> </w:t>
      </w:r>
      <w:proofErr w:type="spellStart"/>
      <w:r w:rsidRPr="00F62269">
        <w:t>atau</w:t>
      </w:r>
      <w:proofErr w:type="spellEnd"/>
      <w:r w:rsidRPr="00F62269">
        <w:t xml:space="preserve"> </w:t>
      </w:r>
      <w:proofErr w:type="spellStart"/>
      <w:r w:rsidRPr="00F62269">
        <w:t>perpecahan</w:t>
      </w:r>
      <w:proofErr w:type="spellEnd"/>
      <w:r w:rsidRPr="00F62269">
        <w:t xml:space="preserve"> </w:t>
      </w:r>
      <w:proofErr w:type="spellStart"/>
      <w:r w:rsidRPr="00F62269">
        <w:t>dalam</w:t>
      </w:r>
      <w:proofErr w:type="spellEnd"/>
      <w:r w:rsidRPr="00F62269">
        <w:t xml:space="preserve"> </w:t>
      </w:r>
      <w:proofErr w:type="spellStart"/>
      <w:r w:rsidRPr="00F62269">
        <w:t>masyarakat</w:t>
      </w:r>
      <w:proofErr w:type="spellEnd"/>
      <w:r w:rsidRPr="00F62269">
        <w:t xml:space="preserve"> </w:t>
      </w:r>
      <w:proofErr w:type="spellStart"/>
      <w:r w:rsidRPr="00F62269">
        <w:t>heterogen</w:t>
      </w:r>
      <w:proofErr w:type="spellEnd"/>
    </w:p>
    <w:p w:rsidR="00693395" w:rsidRPr="00F62269" w:rsidRDefault="00693395" w:rsidP="00693395">
      <w:pPr>
        <w:pStyle w:val="NormalWeb"/>
        <w:numPr>
          <w:ilvl w:val="0"/>
          <w:numId w:val="35"/>
        </w:numPr>
      </w:pPr>
      <w:r w:rsidRPr="00F62269">
        <w:rPr>
          <w:b/>
          <w:bCs/>
        </w:rPr>
        <w:t xml:space="preserve">Tingkat </w:t>
      </w:r>
      <w:proofErr w:type="spellStart"/>
      <w:r w:rsidRPr="00F62269">
        <w:rPr>
          <w:b/>
          <w:bCs/>
        </w:rPr>
        <w:t>Kognitif</w:t>
      </w:r>
      <w:proofErr w:type="spellEnd"/>
      <w:r w:rsidRPr="00F62269">
        <w:rPr>
          <w:b/>
          <w:bCs/>
        </w:rPr>
        <w:t>:</w:t>
      </w:r>
      <w:r w:rsidRPr="00F62269">
        <w:t xml:space="preserve"> C5 (</w:t>
      </w:r>
      <w:proofErr w:type="spellStart"/>
      <w:r w:rsidRPr="00F62269">
        <w:t>Evaluasi</w:t>
      </w:r>
      <w:proofErr w:type="spellEnd"/>
      <w:r w:rsidRPr="00F62269">
        <w:t xml:space="preserve">) | </w:t>
      </w:r>
      <w:proofErr w:type="spellStart"/>
      <w:r w:rsidRPr="00F62269">
        <w:rPr>
          <w:b/>
          <w:bCs/>
        </w:rPr>
        <w:t>Kesulitan</w:t>
      </w:r>
      <w:proofErr w:type="spellEnd"/>
      <w:r w:rsidRPr="00F62269">
        <w:rPr>
          <w:b/>
          <w:bCs/>
        </w:rPr>
        <w:t>:</w:t>
      </w:r>
      <w:r w:rsidRPr="00F62269">
        <w:t xml:space="preserve"> Tinggi</w:t>
      </w:r>
    </w:p>
    <w:p w:rsidR="00693395" w:rsidRPr="00F62269" w:rsidRDefault="00693395" w:rsidP="00693395">
      <w:pPr>
        <w:pStyle w:val="NormalWeb"/>
        <w:numPr>
          <w:ilvl w:val="0"/>
          <w:numId w:val="35"/>
        </w:numPr>
      </w:pPr>
      <w:proofErr w:type="spellStart"/>
      <w:r w:rsidRPr="00F62269">
        <w:rPr>
          <w:b/>
          <w:bCs/>
        </w:rPr>
        <w:t>Bentuk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Tabel</w:t>
      </w:r>
      <w:proofErr w:type="spellEnd"/>
      <w:r w:rsidRPr="00F62269">
        <w:t xml:space="preserve"> </w:t>
      </w:r>
      <w:proofErr w:type="spellStart"/>
      <w:r w:rsidRPr="00F62269">
        <w:t>Tepat</w:t>
      </w:r>
      <w:proofErr w:type="spellEnd"/>
      <w:r w:rsidRPr="00F62269">
        <w:t xml:space="preserve"> – </w:t>
      </w:r>
      <w:proofErr w:type="spellStart"/>
      <w:r w:rsidRPr="00F62269">
        <w:t>Tidak</w:t>
      </w:r>
      <w:proofErr w:type="spellEnd"/>
      <w:r w:rsidRPr="00F62269">
        <w:t xml:space="preserve"> </w:t>
      </w:r>
      <w:proofErr w:type="spellStart"/>
      <w:r w:rsidRPr="00F62269">
        <w:t>Tepat</w:t>
      </w:r>
      <w:proofErr w:type="spellEnd"/>
      <w:r w:rsidRPr="00F62269">
        <w:t xml:space="preserve"> </w:t>
      </w:r>
    </w:p>
    <w:p w:rsidR="00693395" w:rsidRPr="00F62269" w:rsidRDefault="00693395" w:rsidP="00693395">
      <w:pPr>
        <w:pStyle w:val="NormalWeb"/>
      </w:pPr>
      <w:r w:rsidRPr="00F62269">
        <w:rPr>
          <w:b/>
          <w:bCs/>
        </w:rPr>
        <w:t xml:space="preserve">Stimulus / </w:t>
      </w:r>
      <w:proofErr w:type="spellStart"/>
      <w:r w:rsidRPr="00F62269">
        <w:rPr>
          <w:b/>
          <w:bCs/>
        </w:rPr>
        <w:t>Wacana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  <w:jc w:val="both"/>
      </w:pPr>
      <w:r w:rsidRPr="00F62269">
        <w:rPr>
          <w:b/>
          <w:bCs/>
        </w:rPr>
        <w:t xml:space="preserve">Model </w:t>
      </w:r>
      <w:proofErr w:type="spellStart"/>
      <w:r w:rsidRPr="00F62269">
        <w:rPr>
          <w:b/>
          <w:bCs/>
        </w:rPr>
        <w:t>Struktur</w:t>
      </w:r>
      <w:proofErr w:type="spellEnd"/>
      <w:r w:rsidRPr="00F62269">
        <w:rPr>
          <w:b/>
          <w:bCs/>
        </w:rPr>
        <w:t xml:space="preserve"> Masyarakat </w:t>
      </w:r>
      <w:proofErr w:type="spellStart"/>
      <w:r w:rsidRPr="00F62269">
        <w:rPr>
          <w:b/>
          <w:bCs/>
        </w:rPr>
        <w:t>Multikultural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  <w:numPr>
          <w:ilvl w:val="0"/>
          <w:numId w:val="36"/>
        </w:numPr>
        <w:jc w:val="both"/>
      </w:pPr>
      <w:r w:rsidRPr="00F62269">
        <w:rPr>
          <w:b/>
          <w:bCs/>
        </w:rPr>
        <w:t>Masyarakat A:</w:t>
      </w:r>
      <w:r w:rsidRPr="00F62269">
        <w:t xml:space="preserve"> </w:t>
      </w:r>
      <w:proofErr w:type="spellStart"/>
      <w:r w:rsidRPr="00F62269">
        <w:t>Warga</w:t>
      </w:r>
      <w:proofErr w:type="spellEnd"/>
      <w:r w:rsidRPr="00F62269">
        <w:t xml:space="preserve"> </w:t>
      </w:r>
      <w:proofErr w:type="spellStart"/>
      <w:r w:rsidRPr="00F62269">
        <w:t>Suku</w:t>
      </w:r>
      <w:proofErr w:type="spellEnd"/>
      <w:r w:rsidRPr="00F62269">
        <w:t xml:space="preserve"> X </w:t>
      </w:r>
      <w:proofErr w:type="spellStart"/>
      <w:r w:rsidRPr="00F62269">
        <w:t>seluruhnya</w:t>
      </w:r>
      <w:proofErr w:type="spellEnd"/>
      <w:r w:rsidRPr="00F62269">
        <w:t xml:space="preserve"> </w:t>
      </w:r>
      <w:proofErr w:type="spellStart"/>
      <w:r w:rsidRPr="00F62269">
        <w:t>beragama</w:t>
      </w:r>
      <w:proofErr w:type="spellEnd"/>
      <w:r w:rsidRPr="00F62269">
        <w:t xml:space="preserve"> P dan </w:t>
      </w:r>
      <w:proofErr w:type="spellStart"/>
      <w:r w:rsidRPr="00F62269">
        <w:t>bekerja</w:t>
      </w:r>
      <w:proofErr w:type="spellEnd"/>
      <w:r w:rsidRPr="00F62269">
        <w:t xml:space="preserve"> </w:t>
      </w:r>
      <w:proofErr w:type="spellStart"/>
      <w:r w:rsidRPr="00F62269">
        <w:t>sebagai</w:t>
      </w:r>
      <w:proofErr w:type="spellEnd"/>
      <w:r w:rsidRPr="00F62269">
        <w:t xml:space="preserve"> </w:t>
      </w:r>
      <w:proofErr w:type="spellStart"/>
      <w:r w:rsidRPr="00F62269">
        <w:t>Petani</w:t>
      </w:r>
      <w:proofErr w:type="spellEnd"/>
      <w:r w:rsidRPr="00F62269">
        <w:t xml:space="preserve">. </w:t>
      </w:r>
      <w:proofErr w:type="spellStart"/>
      <w:r w:rsidRPr="00F62269">
        <w:t>Warga</w:t>
      </w:r>
      <w:proofErr w:type="spellEnd"/>
      <w:r w:rsidRPr="00F62269">
        <w:t xml:space="preserve"> </w:t>
      </w:r>
      <w:proofErr w:type="spellStart"/>
      <w:r w:rsidRPr="00F62269">
        <w:t>Suku</w:t>
      </w:r>
      <w:proofErr w:type="spellEnd"/>
      <w:r w:rsidRPr="00F62269">
        <w:t xml:space="preserve"> Y </w:t>
      </w:r>
      <w:proofErr w:type="spellStart"/>
      <w:r w:rsidRPr="00F62269">
        <w:t>seluruhnya</w:t>
      </w:r>
      <w:proofErr w:type="spellEnd"/>
      <w:r w:rsidRPr="00F62269">
        <w:t xml:space="preserve"> </w:t>
      </w:r>
      <w:proofErr w:type="spellStart"/>
      <w:r w:rsidRPr="00F62269">
        <w:t>beragama</w:t>
      </w:r>
      <w:proofErr w:type="spellEnd"/>
      <w:r w:rsidRPr="00F62269">
        <w:t xml:space="preserve"> Q dan </w:t>
      </w:r>
      <w:proofErr w:type="spellStart"/>
      <w:r w:rsidRPr="00F62269">
        <w:t>bekerja</w:t>
      </w:r>
      <w:proofErr w:type="spellEnd"/>
      <w:r w:rsidRPr="00F62269">
        <w:t xml:space="preserve"> </w:t>
      </w:r>
      <w:proofErr w:type="spellStart"/>
      <w:r w:rsidRPr="00F62269">
        <w:t>sebagai</w:t>
      </w:r>
      <w:proofErr w:type="spellEnd"/>
      <w:r w:rsidRPr="00F62269">
        <w:t xml:space="preserve"> </w:t>
      </w:r>
      <w:proofErr w:type="spellStart"/>
      <w:r w:rsidRPr="00F62269">
        <w:t>Pedagang</w:t>
      </w:r>
      <w:proofErr w:type="spellEnd"/>
      <w:r w:rsidRPr="00F62269">
        <w:t>.</w:t>
      </w:r>
    </w:p>
    <w:p w:rsidR="00693395" w:rsidRPr="00F62269" w:rsidRDefault="00693395" w:rsidP="00693395">
      <w:pPr>
        <w:pStyle w:val="NormalWeb"/>
        <w:numPr>
          <w:ilvl w:val="0"/>
          <w:numId w:val="36"/>
        </w:numPr>
        <w:jc w:val="both"/>
      </w:pPr>
      <w:r w:rsidRPr="00F62269">
        <w:rPr>
          <w:b/>
          <w:bCs/>
        </w:rPr>
        <w:t>Masyarakat B:</w:t>
      </w:r>
      <w:r w:rsidRPr="00F62269">
        <w:t xml:space="preserve"> </w:t>
      </w:r>
      <w:proofErr w:type="spellStart"/>
      <w:r w:rsidRPr="00F62269">
        <w:t>Warga</w:t>
      </w:r>
      <w:proofErr w:type="spellEnd"/>
      <w:r w:rsidRPr="00F62269">
        <w:t xml:space="preserve"> </w:t>
      </w:r>
      <w:proofErr w:type="spellStart"/>
      <w:r w:rsidRPr="00F62269">
        <w:t>Suku</w:t>
      </w:r>
      <w:proofErr w:type="spellEnd"/>
      <w:r w:rsidRPr="00F62269">
        <w:t xml:space="preserve"> X dan </w:t>
      </w:r>
      <w:proofErr w:type="spellStart"/>
      <w:r w:rsidRPr="00F62269">
        <w:t>Suku</w:t>
      </w:r>
      <w:proofErr w:type="spellEnd"/>
      <w:r w:rsidRPr="00F62269">
        <w:t xml:space="preserve"> Y </w:t>
      </w:r>
      <w:proofErr w:type="spellStart"/>
      <w:r w:rsidRPr="00F62269">
        <w:t>tersebar</w:t>
      </w:r>
      <w:proofErr w:type="spellEnd"/>
      <w:r w:rsidRPr="00F62269">
        <w:t xml:space="preserve"> </w:t>
      </w:r>
      <w:proofErr w:type="spellStart"/>
      <w:r w:rsidRPr="00F62269">
        <w:t>merata</w:t>
      </w:r>
      <w:proofErr w:type="spellEnd"/>
      <w:r w:rsidRPr="00F62269">
        <w:t xml:space="preserve"> </w:t>
      </w:r>
      <w:proofErr w:type="spellStart"/>
      <w:r w:rsidRPr="00F62269">
        <w:t>dalam</w:t>
      </w:r>
      <w:proofErr w:type="spellEnd"/>
      <w:r w:rsidRPr="00F62269">
        <w:t xml:space="preserve"> </w:t>
      </w:r>
      <w:proofErr w:type="spellStart"/>
      <w:r w:rsidRPr="00F62269">
        <w:t>pelbagai</w:t>
      </w:r>
      <w:proofErr w:type="spellEnd"/>
      <w:r w:rsidRPr="00F62269">
        <w:t xml:space="preserve"> </w:t>
      </w:r>
      <w:proofErr w:type="spellStart"/>
      <w:r w:rsidRPr="00F62269">
        <w:t>latar</w:t>
      </w:r>
      <w:proofErr w:type="spellEnd"/>
      <w:r w:rsidRPr="00F62269">
        <w:t xml:space="preserve"> </w:t>
      </w:r>
      <w:proofErr w:type="spellStart"/>
      <w:r w:rsidRPr="00F62269">
        <w:t>belakang</w:t>
      </w:r>
      <w:proofErr w:type="spellEnd"/>
      <w:r w:rsidRPr="00F62269">
        <w:t xml:space="preserve"> agama (P dan Q) </w:t>
      </w:r>
      <w:proofErr w:type="spellStart"/>
      <w:r w:rsidRPr="00F62269">
        <w:t>serta</w:t>
      </w:r>
      <w:proofErr w:type="spellEnd"/>
      <w:r w:rsidRPr="00F62269">
        <w:t xml:space="preserve"> </w:t>
      </w:r>
      <w:proofErr w:type="spellStart"/>
      <w:r w:rsidRPr="00F62269">
        <w:t>profesi</w:t>
      </w:r>
      <w:proofErr w:type="spellEnd"/>
      <w:r w:rsidRPr="00F62269">
        <w:t xml:space="preserve"> (</w:t>
      </w:r>
      <w:proofErr w:type="spellStart"/>
      <w:r w:rsidRPr="00F62269">
        <w:t>Petani</w:t>
      </w:r>
      <w:proofErr w:type="spellEnd"/>
      <w:r w:rsidRPr="00F62269">
        <w:t xml:space="preserve">, </w:t>
      </w:r>
      <w:proofErr w:type="spellStart"/>
      <w:r w:rsidRPr="00F62269">
        <w:t>Pedagang</w:t>
      </w:r>
      <w:proofErr w:type="spellEnd"/>
      <w:r w:rsidRPr="00F62269">
        <w:t xml:space="preserve">, </w:t>
      </w:r>
      <w:proofErr w:type="spellStart"/>
      <w:r w:rsidRPr="00F62269">
        <w:t>Pegawai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</w:pPr>
      <w:proofErr w:type="spellStart"/>
      <w:r w:rsidRPr="00F62269">
        <w:rPr>
          <w:b/>
          <w:bCs/>
        </w:rPr>
        <w:t>Soal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</w:pPr>
      <w:proofErr w:type="spellStart"/>
      <w:r w:rsidRPr="00F62269">
        <w:t>Evaluasilah</w:t>
      </w:r>
      <w:proofErr w:type="spellEnd"/>
      <w:r w:rsidRPr="00F62269">
        <w:t xml:space="preserve"> </w:t>
      </w:r>
      <w:proofErr w:type="spellStart"/>
      <w:r w:rsidRPr="00F62269">
        <w:t>ketepatan</w:t>
      </w:r>
      <w:proofErr w:type="spellEnd"/>
      <w:r w:rsidRPr="00F62269">
        <w:t xml:space="preserve"> </w:t>
      </w:r>
      <w:proofErr w:type="spellStart"/>
      <w:r w:rsidRPr="00F62269">
        <w:t>analisis</w:t>
      </w:r>
      <w:proofErr w:type="spellEnd"/>
      <w:r w:rsidRPr="00F62269">
        <w:t xml:space="preserve"> </w:t>
      </w:r>
      <w:proofErr w:type="spellStart"/>
      <w:r w:rsidRPr="00F62269">
        <w:t>struktur</w:t>
      </w:r>
      <w:proofErr w:type="spellEnd"/>
      <w:r w:rsidRPr="00F62269">
        <w:t xml:space="preserve"> </w:t>
      </w:r>
      <w:proofErr w:type="spellStart"/>
      <w:r w:rsidRPr="00F62269">
        <w:t>sosial</w:t>
      </w:r>
      <w:proofErr w:type="spellEnd"/>
      <w:r w:rsidRPr="00F62269">
        <w:t xml:space="preserve"> dan </w:t>
      </w:r>
      <w:proofErr w:type="spellStart"/>
      <w:r w:rsidRPr="00F62269">
        <w:t>kaitannya</w:t>
      </w:r>
      <w:proofErr w:type="spellEnd"/>
      <w:r w:rsidRPr="00F62269">
        <w:t xml:space="preserve"> </w:t>
      </w:r>
      <w:proofErr w:type="spellStart"/>
      <w:r w:rsidRPr="00F62269">
        <w:t>dengan</w:t>
      </w:r>
      <w:proofErr w:type="spellEnd"/>
      <w:r w:rsidRPr="00F62269">
        <w:t xml:space="preserve"> </w:t>
      </w:r>
      <w:proofErr w:type="spellStart"/>
      <w:r w:rsidRPr="00F62269">
        <w:t>konflik</w:t>
      </w:r>
      <w:proofErr w:type="spellEnd"/>
      <w:r w:rsidRPr="00F62269">
        <w:t>/</w:t>
      </w:r>
      <w:proofErr w:type="spellStart"/>
      <w:r w:rsidRPr="00F62269">
        <w:t>harmoni</w:t>
      </w:r>
      <w:proofErr w:type="spellEnd"/>
      <w:r w:rsidRPr="00F62269">
        <w:t xml:space="preserve"> </w:t>
      </w:r>
      <w:proofErr w:type="spellStart"/>
      <w:r w:rsidRPr="00F62269">
        <w:t>sosial</w:t>
      </w:r>
      <w:proofErr w:type="spellEnd"/>
      <w:r w:rsidRPr="00F62269">
        <w:t xml:space="preserve"> pada </w:t>
      </w:r>
      <w:proofErr w:type="spellStart"/>
      <w:r w:rsidRPr="00F62269">
        <w:t>kedua</w:t>
      </w:r>
      <w:proofErr w:type="spellEnd"/>
      <w:r w:rsidRPr="00F62269">
        <w:t xml:space="preserve"> </w:t>
      </w:r>
      <w:proofErr w:type="spellStart"/>
      <w:r w:rsidRPr="00F62269">
        <w:t>masyarakat</w:t>
      </w:r>
      <w:proofErr w:type="spellEnd"/>
      <w:r w:rsidRPr="00F62269">
        <w:t xml:space="preserve"> di </w:t>
      </w:r>
      <w:proofErr w:type="spellStart"/>
      <w:r w:rsidRPr="00F62269">
        <w:t>atas</w:t>
      </w:r>
      <w:proofErr w:type="spellEnd"/>
      <w:r w:rsidRPr="00F62269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6179"/>
        <w:gridCol w:w="970"/>
        <w:gridCol w:w="1237"/>
      </w:tblGrid>
      <w:tr w:rsidR="00693395" w:rsidRPr="00F62269" w:rsidTr="00A0095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Style w:val="Strong"/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Pernyataan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Evaluasi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Struktur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Sosial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Tepat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Tidak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Tepat</w:t>
            </w:r>
            <w:proofErr w:type="spellEnd"/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</w:rPr>
              <w:t xml:space="preserve">Masyarakat A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mengalami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  <w:b/>
                <w:bCs/>
              </w:rPr>
              <w:t>Konsolidasi</w:t>
            </w:r>
            <w:proofErr w:type="spellEnd"/>
            <w:r w:rsidRPr="00F622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  <w:b/>
                <w:bCs/>
              </w:rPr>
              <w:t>Sosial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penguatan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tumpang-tindih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keanggotaan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) yang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berpotensi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tinggi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memicu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konflik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tajam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antar-suku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</w:rPr>
              <w:t xml:space="preserve">Masyarakat B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mengalami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  <w:b/>
                <w:bCs/>
              </w:rPr>
              <w:t>Interseksi</w:t>
            </w:r>
            <w:proofErr w:type="spellEnd"/>
            <w:r w:rsidRPr="00F622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  <w:b/>
                <w:bCs/>
              </w:rPr>
              <w:t>Sosial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persilangan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keanggotaan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) yang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mampu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meredam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prasangka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memperkuat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integrasi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sosial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</w:rPr>
              <w:t xml:space="preserve">Pada Masyarakat A,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apabila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terjadi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gesekan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ekonomi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antarprofesi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62269">
              <w:rPr>
                <w:rFonts w:ascii="Times New Roman" w:hAnsi="Times New Roman" w:cs="Times New Roman"/>
              </w:rPr>
              <w:t>gesekan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tersebut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mudah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meluas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menjadi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konflik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lastRenderedPageBreak/>
              <w:t>antarsuku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dan agama.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</w:rPr>
              <w:t xml:space="preserve">Masyarakat B </w:t>
            </w:r>
            <w:proofErr w:type="spellStart"/>
            <w:r w:rsidRPr="00F62269">
              <w:rPr>
                <w:rFonts w:ascii="Times New Roman" w:hAnsi="Times New Roman" w:cs="Times New Roman"/>
              </w:rPr>
              <w:t>lebih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rawan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pecah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dibanding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Masyarakat A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karena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anggotanya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memiliki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latar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belakang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profesi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dan agama yang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bercampur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aduk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Prinsip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kesetaraan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F62269">
              <w:rPr>
                <w:rFonts w:ascii="Times New Roman" w:hAnsi="Times New Roman" w:cs="Times New Roman"/>
              </w:rPr>
              <w:t>harmoni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sosial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lebih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mudah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dibangun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pola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struktur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interseksi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(Masyarakat B).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93395" w:rsidRPr="00F62269" w:rsidRDefault="00693395" w:rsidP="00693395">
      <w:pPr>
        <w:pStyle w:val="NormalWeb"/>
        <w:numPr>
          <w:ilvl w:val="0"/>
          <w:numId w:val="37"/>
        </w:numPr>
      </w:pPr>
      <w:proofErr w:type="spellStart"/>
      <w:r w:rsidRPr="00F62269">
        <w:rPr>
          <w:b/>
          <w:bCs/>
        </w:rPr>
        <w:t>Kunci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Jawaban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  <w:numPr>
          <w:ilvl w:val="1"/>
          <w:numId w:val="37"/>
        </w:numPr>
      </w:pPr>
      <w:proofErr w:type="spellStart"/>
      <w:r w:rsidRPr="00F62269">
        <w:rPr>
          <w:b/>
          <w:bCs/>
        </w:rPr>
        <w:t>Tepat</w:t>
      </w:r>
      <w:proofErr w:type="spellEnd"/>
      <w:r w:rsidRPr="00F62269">
        <w:t xml:space="preserve"> (Parameter yang </w:t>
      </w:r>
      <w:proofErr w:type="spellStart"/>
      <w:r w:rsidRPr="00F62269">
        <w:t>sejajar</w:t>
      </w:r>
      <w:proofErr w:type="spellEnd"/>
      <w:r w:rsidRPr="00F62269">
        <w:t>/</w:t>
      </w:r>
      <w:proofErr w:type="spellStart"/>
      <w:r w:rsidRPr="00F62269">
        <w:t>sejajar</w:t>
      </w:r>
      <w:proofErr w:type="spellEnd"/>
      <w:r w:rsidRPr="00F62269">
        <w:t xml:space="preserve"> </w:t>
      </w:r>
      <w:proofErr w:type="spellStart"/>
      <w:r w:rsidRPr="00F62269">
        <w:t>melapis</w:t>
      </w:r>
      <w:proofErr w:type="spellEnd"/>
      <w:r w:rsidRPr="00F62269">
        <w:t>/</w:t>
      </w:r>
      <w:proofErr w:type="spellStart"/>
      <w:r w:rsidRPr="00F62269">
        <w:t>konsolidasi</w:t>
      </w:r>
      <w:proofErr w:type="spellEnd"/>
      <w:r w:rsidRPr="00F62269">
        <w:t xml:space="preserve"> </w:t>
      </w:r>
      <w:proofErr w:type="spellStart"/>
      <w:r w:rsidRPr="00F62269">
        <w:t>memperuncing</w:t>
      </w:r>
      <w:proofErr w:type="spellEnd"/>
      <w:r w:rsidRPr="00F62269">
        <w:t xml:space="preserve"> </w:t>
      </w:r>
      <w:proofErr w:type="spellStart"/>
      <w:r w:rsidRPr="00F62269">
        <w:t>batas</w:t>
      </w:r>
      <w:proofErr w:type="spellEnd"/>
      <w:r w:rsidRPr="00F62269">
        <w:t xml:space="preserve"> </w:t>
      </w:r>
      <w:proofErr w:type="spellStart"/>
      <w:r w:rsidRPr="00F62269">
        <w:t>kelompok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37"/>
        </w:numPr>
      </w:pPr>
      <w:proofErr w:type="spellStart"/>
      <w:r w:rsidRPr="00F62269">
        <w:rPr>
          <w:b/>
          <w:bCs/>
        </w:rPr>
        <w:t>Tepat</w:t>
      </w:r>
      <w:proofErr w:type="spellEnd"/>
      <w:r w:rsidRPr="00F62269">
        <w:t xml:space="preserve"> (</w:t>
      </w:r>
      <w:proofErr w:type="spellStart"/>
      <w:r w:rsidRPr="00F62269">
        <w:t>Persilangan</w:t>
      </w:r>
      <w:proofErr w:type="spellEnd"/>
      <w:r w:rsidRPr="00F62269">
        <w:t xml:space="preserve"> </w:t>
      </w:r>
      <w:proofErr w:type="spellStart"/>
      <w:r w:rsidRPr="00F62269">
        <w:t>keanggotaan</w:t>
      </w:r>
      <w:proofErr w:type="spellEnd"/>
      <w:r w:rsidRPr="00F62269">
        <w:t>/</w:t>
      </w:r>
      <w:proofErr w:type="spellStart"/>
      <w:r w:rsidRPr="00F62269">
        <w:t>interseksi</w:t>
      </w:r>
      <w:proofErr w:type="spellEnd"/>
      <w:r w:rsidRPr="00F62269">
        <w:t xml:space="preserve"> </w:t>
      </w:r>
      <w:proofErr w:type="spellStart"/>
      <w:r w:rsidRPr="00F62269">
        <w:t>meredam</w:t>
      </w:r>
      <w:proofErr w:type="spellEnd"/>
      <w:r w:rsidRPr="00F62269">
        <w:t xml:space="preserve"> </w:t>
      </w:r>
      <w:proofErr w:type="spellStart"/>
      <w:r w:rsidRPr="00F62269">
        <w:t>benturan</w:t>
      </w:r>
      <w:proofErr w:type="spellEnd"/>
      <w:r w:rsidRPr="00F62269">
        <w:t xml:space="preserve"> </w:t>
      </w:r>
      <w:proofErr w:type="spellStart"/>
      <w:r w:rsidRPr="00F62269">
        <w:t>komunal</w:t>
      </w:r>
      <w:proofErr w:type="spellEnd"/>
      <w:r w:rsidRPr="00F62269">
        <w:t xml:space="preserve"> </w:t>
      </w:r>
      <w:proofErr w:type="spellStart"/>
      <w:r w:rsidRPr="00F62269">
        <w:t>tunggal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37"/>
        </w:numPr>
      </w:pPr>
      <w:proofErr w:type="spellStart"/>
      <w:r w:rsidRPr="00F62269">
        <w:rPr>
          <w:b/>
          <w:bCs/>
        </w:rPr>
        <w:t>Tepat</w:t>
      </w:r>
      <w:proofErr w:type="spellEnd"/>
      <w:r w:rsidRPr="00F62269">
        <w:t xml:space="preserve"> (</w:t>
      </w:r>
      <w:proofErr w:type="spellStart"/>
      <w:r w:rsidRPr="00F62269">
        <w:t>Sebab</w:t>
      </w:r>
      <w:proofErr w:type="spellEnd"/>
      <w:r w:rsidRPr="00F62269">
        <w:t xml:space="preserve"> </w:t>
      </w:r>
      <w:proofErr w:type="spellStart"/>
      <w:r w:rsidRPr="00F62269">
        <w:t>identitas</w:t>
      </w:r>
      <w:proofErr w:type="spellEnd"/>
      <w:r w:rsidRPr="00F62269">
        <w:t xml:space="preserve"> </w:t>
      </w:r>
      <w:proofErr w:type="spellStart"/>
      <w:r w:rsidRPr="00F62269">
        <w:t>suku</w:t>
      </w:r>
      <w:proofErr w:type="spellEnd"/>
      <w:r w:rsidRPr="00F62269">
        <w:t xml:space="preserve">, agama, dan </w:t>
      </w:r>
      <w:proofErr w:type="spellStart"/>
      <w:r w:rsidRPr="00F62269">
        <w:t>profesi</w:t>
      </w:r>
      <w:proofErr w:type="spellEnd"/>
      <w:r w:rsidRPr="00F62269">
        <w:t xml:space="preserve"> </w:t>
      </w:r>
      <w:proofErr w:type="spellStart"/>
      <w:r w:rsidRPr="00F62269">
        <w:t>menyatu</w:t>
      </w:r>
      <w:proofErr w:type="spellEnd"/>
      <w:r w:rsidRPr="00F62269">
        <w:t xml:space="preserve"> </w:t>
      </w:r>
      <w:proofErr w:type="spellStart"/>
      <w:r w:rsidRPr="00F62269">
        <w:t>erat</w:t>
      </w:r>
      <w:proofErr w:type="spellEnd"/>
      <w:r w:rsidRPr="00F62269">
        <w:t xml:space="preserve"> di Masyarakat A).</w:t>
      </w:r>
    </w:p>
    <w:p w:rsidR="00693395" w:rsidRPr="00F62269" w:rsidRDefault="00693395" w:rsidP="00693395">
      <w:pPr>
        <w:pStyle w:val="NormalWeb"/>
        <w:numPr>
          <w:ilvl w:val="1"/>
          <w:numId w:val="37"/>
        </w:numPr>
      </w:pPr>
      <w:proofErr w:type="spellStart"/>
      <w:r w:rsidRPr="00F62269">
        <w:rPr>
          <w:b/>
          <w:bCs/>
        </w:rPr>
        <w:t>Tidak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Tepat</w:t>
      </w:r>
      <w:proofErr w:type="spellEnd"/>
      <w:r w:rsidRPr="00F62269">
        <w:t xml:space="preserve"> (Masyarakat B </w:t>
      </w:r>
      <w:proofErr w:type="spellStart"/>
      <w:r w:rsidRPr="00F62269">
        <w:t>justru</w:t>
      </w:r>
      <w:proofErr w:type="spellEnd"/>
      <w:r w:rsidRPr="00F62269">
        <w:t xml:space="preserve"> </w:t>
      </w:r>
      <w:proofErr w:type="spellStart"/>
      <w:r w:rsidRPr="00F62269">
        <w:t>lebih</w:t>
      </w:r>
      <w:proofErr w:type="spellEnd"/>
      <w:r w:rsidRPr="00F62269">
        <w:t xml:space="preserve"> </w:t>
      </w:r>
      <w:proofErr w:type="spellStart"/>
      <w:r w:rsidRPr="00F62269">
        <w:t>stabil</w:t>
      </w:r>
      <w:proofErr w:type="spellEnd"/>
      <w:r w:rsidRPr="00F62269">
        <w:t xml:space="preserve"> </w:t>
      </w:r>
      <w:proofErr w:type="spellStart"/>
      <w:r w:rsidRPr="00F62269">
        <w:t>karena</w:t>
      </w:r>
      <w:proofErr w:type="spellEnd"/>
      <w:r w:rsidRPr="00F62269">
        <w:t xml:space="preserve"> </w:t>
      </w:r>
      <w:proofErr w:type="spellStart"/>
      <w:r w:rsidRPr="00F62269">
        <w:t>keragamannya</w:t>
      </w:r>
      <w:proofErr w:type="spellEnd"/>
      <w:r w:rsidRPr="00F62269">
        <w:t xml:space="preserve"> </w:t>
      </w:r>
      <w:proofErr w:type="spellStart"/>
      <w:r w:rsidRPr="00F62269">
        <w:t>saling</w:t>
      </w:r>
      <w:proofErr w:type="spellEnd"/>
      <w:r w:rsidRPr="00F62269">
        <w:t xml:space="preserve"> </w:t>
      </w:r>
      <w:proofErr w:type="spellStart"/>
      <w:r w:rsidRPr="00F62269">
        <w:t>menyilang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37"/>
        </w:numPr>
      </w:pPr>
      <w:proofErr w:type="spellStart"/>
      <w:r w:rsidRPr="00F62269">
        <w:rPr>
          <w:b/>
          <w:bCs/>
        </w:rPr>
        <w:t>Tepat</w:t>
      </w:r>
      <w:proofErr w:type="spellEnd"/>
      <w:r w:rsidRPr="00F62269">
        <w:t xml:space="preserve"> (</w:t>
      </w:r>
      <w:proofErr w:type="spellStart"/>
      <w:r w:rsidRPr="00F62269">
        <w:t>Interseksi</w:t>
      </w:r>
      <w:proofErr w:type="spellEnd"/>
      <w:r w:rsidRPr="00F62269">
        <w:t xml:space="preserve"> </w:t>
      </w:r>
      <w:proofErr w:type="spellStart"/>
      <w:r w:rsidRPr="00F62269">
        <w:t>menciptakan</w:t>
      </w:r>
      <w:proofErr w:type="spellEnd"/>
      <w:r w:rsidRPr="00F62269">
        <w:t xml:space="preserve"> </w:t>
      </w:r>
      <w:proofErr w:type="spellStart"/>
      <w:r w:rsidRPr="00F62269">
        <w:t>ruang</w:t>
      </w:r>
      <w:proofErr w:type="spellEnd"/>
      <w:r w:rsidRPr="00F62269">
        <w:t xml:space="preserve"> </w:t>
      </w:r>
      <w:proofErr w:type="spellStart"/>
      <w:r w:rsidRPr="00F62269">
        <w:t>interaksi</w:t>
      </w:r>
      <w:proofErr w:type="spellEnd"/>
      <w:r w:rsidRPr="00F62269">
        <w:t xml:space="preserve"> </w:t>
      </w:r>
      <w:proofErr w:type="spellStart"/>
      <w:r w:rsidRPr="00F62269">
        <w:t>lintas</w:t>
      </w:r>
      <w:proofErr w:type="spellEnd"/>
      <w:r w:rsidRPr="00F62269">
        <w:t xml:space="preserve"> </w:t>
      </w:r>
      <w:proofErr w:type="spellStart"/>
      <w:r w:rsidRPr="00F62269">
        <w:t>identitas</w:t>
      </w:r>
      <w:proofErr w:type="spellEnd"/>
      <w:r w:rsidRPr="00F62269">
        <w:t xml:space="preserve"> yang </w:t>
      </w:r>
      <w:proofErr w:type="spellStart"/>
      <w:r w:rsidRPr="00F62269">
        <w:t>mendukung</w:t>
      </w:r>
      <w:proofErr w:type="spellEnd"/>
      <w:r w:rsidRPr="00F62269">
        <w:t xml:space="preserve"> </w:t>
      </w:r>
      <w:proofErr w:type="spellStart"/>
      <w:r w:rsidRPr="00F62269">
        <w:t>harmoni</w:t>
      </w:r>
      <w:proofErr w:type="spellEnd"/>
      <w:r w:rsidRPr="00F62269">
        <w:t>).</w:t>
      </w:r>
    </w:p>
    <w:p w:rsidR="00693395" w:rsidRPr="00693395" w:rsidRDefault="00693395" w:rsidP="00693395">
      <w:pPr>
        <w:pStyle w:val="Heading4"/>
        <w:rPr>
          <w:color w:val="auto"/>
        </w:rPr>
      </w:pPr>
      <w:r w:rsidRPr="00693395">
        <w:rPr>
          <w:color w:val="auto"/>
        </w:rPr>
        <w:t>SOAL NO. 16</w:t>
      </w:r>
    </w:p>
    <w:p w:rsidR="00693395" w:rsidRPr="00F62269" w:rsidRDefault="00693395" w:rsidP="00693395">
      <w:pPr>
        <w:pStyle w:val="NormalWeb"/>
        <w:numPr>
          <w:ilvl w:val="0"/>
          <w:numId w:val="38"/>
        </w:numPr>
      </w:pPr>
      <w:proofErr w:type="spellStart"/>
      <w:r w:rsidRPr="00F62269">
        <w:rPr>
          <w:b/>
          <w:bCs/>
        </w:rPr>
        <w:t>Materi</w:t>
      </w:r>
      <w:proofErr w:type="spellEnd"/>
      <w:r w:rsidRPr="00F62269">
        <w:rPr>
          <w:b/>
          <w:bCs/>
        </w:rPr>
        <w:t xml:space="preserve"> / Sub </w:t>
      </w:r>
      <w:proofErr w:type="spellStart"/>
      <w:r w:rsidRPr="00F62269">
        <w:rPr>
          <w:b/>
          <w:bCs/>
        </w:rPr>
        <w:t>Materi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Konflik</w:t>
      </w:r>
      <w:proofErr w:type="spellEnd"/>
      <w:r w:rsidRPr="00F62269">
        <w:t xml:space="preserve"> </w:t>
      </w:r>
      <w:proofErr w:type="spellStart"/>
      <w:r w:rsidRPr="00F62269">
        <w:t>Sosial</w:t>
      </w:r>
      <w:proofErr w:type="spellEnd"/>
      <w:r w:rsidRPr="00F62269">
        <w:t xml:space="preserve"> dan </w:t>
      </w:r>
      <w:proofErr w:type="spellStart"/>
      <w:r w:rsidRPr="00F62269">
        <w:t>Resolusi</w:t>
      </w:r>
      <w:proofErr w:type="spellEnd"/>
      <w:r w:rsidRPr="00F62269">
        <w:t xml:space="preserve"> </w:t>
      </w:r>
      <w:proofErr w:type="spellStart"/>
      <w:r w:rsidRPr="00F62269">
        <w:t>Konflik</w:t>
      </w:r>
      <w:proofErr w:type="spellEnd"/>
      <w:r w:rsidRPr="00F62269">
        <w:t xml:space="preserve"> / </w:t>
      </w:r>
      <w:proofErr w:type="spellStart"/>
      <w:r w:rsidRPr="00F62269">
        <w:t>Bentuk</w:t>
      </w:r>
      <w:proofErr w:type="spellEnd"/>
      <w:r w:rsidRPr="00F62269">
        <w:t xml:space="preserve"> </w:t>
      </w:r>
      <w:proofErr w:type="spellStart"/>
      <w:r w:rsidRPr="00F62269">
        <w:t>Akomodasi</w:t>
      </w:r>
      <w:proofErr w:type="spellEnd"/>
      <w:r w:rsidRPr="00F62269">
        <w:t xml:space="preserve"> </w:t>
      </w:r>
      <w:proofErr w:type="spellStart"/>
      <w:r w:rsidRPr="00F62269">
        <w:t>Sosial</w:t>
      </w:r>
      <w:proofErr w:type="spellEnd"/>
    </w:p>
    <w:p w:rsidR="00693395" w:rsidRPr="00F62269" w:rsidRDefault="00693395" w:rsidP="00693395">
      <w:pPr>
        <w:pStyle w:val="NormalWeb"/>
        <w:numPr>
          <w:ilvl w:val="0"/>
          <w:numId w:val="38"/>
        </w:numPr>
      </w:pPr>
      <w:proofErr w:type="spellStart"/>
      <w:r w:rsidRPr="00F62269">
        <w:rPr>
          <w:b/>
          <w:bCs/>
        </w:rPr>
        <w:t>Indikator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Berpikir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Merumuskan</w:t>
      </w:r>
      <w:proofErr w:type="spellEnd"/>
      <w:r w:rsidRPr="00F62269">
        <w:t xml:space="preserve"> dan </w:t>
      </w:r>
      <w:proofErr w:type="spellStart"/>
      <w:r w:rsidRPr="00F62269">
        <w:t>mengevaluasi</w:t>
      </w:r>
      <w:proofErr w:type="spellEnd"/>
      <w:r w:rsidRPr="00F62269">
        <w:t xml:space="preserve"> </w:t>
      </w:r>
      <w:proofErr w:type="spellStart"/>
      <w:r w:rsidRPr="00F62269">
        <w:t>efektivitas</w:t>
      </w:r>
      <w:proofErr w:type="spellEnd"/>
      <w:r w:rsidRPr="00F62269">
        <w:t xml:space="preserve"> </w:t>
      </w:r>
      <w:proofErr w:type="spellStart"/>
      <w:r w:rsidRPr="00F62269">
        <w:t>bentuk</w:t>
      </w:r>
      <w:proofErr w:type="spellEnd"/>
      <w:r w:rsidRPr="00F62269">
        <w:t xml:space="preserve"> </w:t>
      </w:r>
      <w:proofErr w:type="spellStart"/>
      <w:r w:rsidRPr="00F62269">
        <w:t>resolusi</w:t>
      </w:r>
      <w:proofErr w:type="spellEnd"/>
      <w:r w:rsidRPr="00F62269">
        <w:t xml:space="preserve"> </w:t>
      </w:r>
      <w:proofErr w:type="spellStart"/>
      <w:r w:rsidRPr="00F62269">
        <w:t>konflik</w:t>
      </w:r>
      <w:proofErr w:type="spellEnd"/>
      <w:r w:rsidRPr="00F62269">
        <w:t xml:space="preserve"> (</w:t>
      </w:r>
      <w:proofErr w:type="spellStart"/>
      <w:r w:rsidRPr="00F62269">
        <w:t>mediasi</w:t>
      </w:r>
      <w:proofErr w:type="spellEnd"/>
      <w:r w:rsidRPr="00F62269">
        <w:t xml:space="preserve">, </w:t>
      </w:r>
      <w:proofErr w:type="spellStart"/>
      <w:r w:rsidRPr="00F62269">
        <w:t>arbitrase</w:t>
      </w:r>
      <w:proofErr w:type="spellEnd"/>
      <w:r w:rsidRPr="00F62269">
        <w:t>/</w:t>
      </w:r>
      <w:proofErr w:type="spellStart"/>
      <w:r w:rsidRPr="00F62269">
        <w:t>ajudikasi</w:t>
      </w:r>
      <w:proofErr w:type="spellEnd"/>
      <w:r w:rsidRPr="00F62269">
        <w:t xml:space="preserve">, </w:t>
      </w:r>
      <w:proofErr w:type="spellStart"/>
      <w:r w:rsidRPr="00F62269">
        <w:t>kompromi</w:t>
      </w:r>
      <w:proofErr w:type="spellEnd"/>
      <w:r w:rsidRPr="00F62269">
        <w:t xml:space="preserve">, </w:t>
      </w:r>
      <w:proofErr w:type="spellStart"/>
      <w:r w:rsidRPr="00F62269">
        <w:t>konsiliasi</w:t>
      </w:r>
      <w:proofErr w:type="spellEnd"/>
      <w:r w:rsidRPr="00F62269">
        <w:t xml:space="preserve">) pada </w:t>
      </w:r>
      <w:proofErr w:type="spellStart"/>
      <w:r w:rsidRPr="00F62269">
        <w:t>kasus</w:t>
      </w:r>
      <w:proofErr w:type="spellEnd"/>
      <w:r w:rsidRPr="00F62269">
        <w:t xml:space="preserve"> </w:t>
      </w:r>
      <w:proofErr w:type="spellStart"/>
      <w:r w:rsidRPr="00F62269">
        <w:t>sengketa</w:t>
      </w:r>
      <w:proofErr w:type="spellEnd"/>
      <w:r w:rsidRPr="00F62269">
        <w:t xml:space="preserve"> </w:t>
      </w:r>
      <w:proofErr w:type="spellStart"/>
      <w:r w:rsidRPr="00F62269">
        <w:t>lahan</w:t>
      </w:r>
      <w:proofErr w:type="spellEnd"/>
    </w:p>
    <w:p w:rsidR="00693395" w:rsidRPr="00F62269" w:rsidRDefault="00693395" w:rsidP="00693395">
      <w:pPr>
        <w:pStyle w:val="NormalWeb"/>
        <w:numPr>
          <w:ilvl w:val="0"/>
          <w:numId w:val="38"/>
        </w:numPr>
      </w:pPr>
      <w:r w:rsidRPr="00F62269">
        <w:rPr>
          <w:b/>
          <w:bCs/>
        </w:rPr>
        <w:t xml:space="preserve">Tingkat </w:t>
      </w:r>
      <w:proofErr w:type="spellStart"/>
      <w:r w:rsidRPr="00F62269">
        <w:rPr>
          <w:b/>
          <w:bCs/>
        </w:rPr>
        <w:t>Kognitif</w:t>
      </w:r>
      <w:proofErr w:type="spellEnd"/>
      <w:r w:rsidRPr="00F62269">
        <w:rPr>
          <w:b/>
          <w:bCs/>
        </w:rPr>
        <w:t>:</w:t>
      </w:r>
      <w:r w:rsidRPr="00F62269">
        <w:t xml:space="preserve"> C5 (</w:t>
      </w:r>
      <w:proofErr w:type="spellStart"/>
      <w:r w:rsidRPr="00F62269">
        <w:t>Pemecahan</w:t>
      </w:r>
      <w:proofErr w:type="spellEnd"/>
      <w:r w:rsidRPr="00F62269">
        <w:t xml:space="preserve"> </w:t>
      </w:r>
      <w:proofErr w:type="spellStart"/>
      <w:r w:rsidRPr="00F62269">
        <w:t>Masalah</w:t>
      </w:r>
      <w:proofErr w:type="spellEnd"/>
      <w:r w:rsidRPr="00F62269">
        <w:t xml:space="preserve"> / </w:t>
      </w:r>
      <w:proofErr w:type="spellStart"/>
      <w:r w:rsidRPr="00F62269">
        <w:t>Evaluasi</w:t>
      </w:r>
      <w:proofErr w:type="spellEnd"/>
      <w:r w:rsidRPr="00F62269">
        <w:t xml:space="preserve">) | </w:t>
      </w:r>
      <w:proofErr w:type="spellStart"/>
      <w:r w:rsidRPr="00F62269">
        <w:rPr>
          <w:b/>
          <w:bCs/>
        </w:rPr>
        <w:t>Kesulitan</w:t>
      </w:r>
      <w:proofErr w:type="spellEnd"/>
      <w:r w:rsidRPr="00F62269">
        <w:rPr>
          <w:b/>
          <w:bCs/>
        </w:rPr>
        <w:t>:</w:t>
      </w:r>
      <w:r w:rsidRPr="00F62269">
        <w:t xml:space="preserve"> Tinggi</w:t>
      </w:r>
    </w:p>
    <w:p w:rsidR="00693395" w:rsidRPr="00F62269" w:rsidRDefault="00693395" w:rsidP="00693395">
      <w:pPr>
        <w:pStyle w:val="NormalWeb"/>
        <w:numPr>
          <w:ilvl w:val="0"/>
          <w:numId w:val="38"/>
        </w:numPr>
      </w:pPr>
      <w:proofErr w:type="spellStart"/>
      <w:r w:rsidRPr="00F62269">
        <w:rPr>
          <w:b/>
          <w:bCs/>
        </w:rPr>
        <w:t>Bentuk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Tabel</w:t>
      </w:r>
      <w:proofErr w:type="spellEnd"/>
      <w:r w:rsidRPr="00F62269">
        <w:t xml:space="preserve"> </w:t>
      </w:r>
      <w:proofErr w:type="spellStart"/>
      <w:r w:rsidRPr="00F62269">
        <w:t>Sesuai</w:t>
      </w:r>
      <w:proofErr w:type="spellEnd"/>
      <w:r w:rsidRPr="00F62269">
        <w:t xml:space="preserve"> – </w:t>
      </w:r>
      <w:proofErr w:type="spellStart"/>
      <w:r w:rsidRPr="00F62269">
        <w:t>Tidak</w:t>
      </w:r>
      <w:proofErr w:type="spellEnd"/>
      <w:r w:rsidRPr="00F62269">
        <w:t xml:space="preserve"> </w:t>
      </w:r>
      <w:proofErr w:type="spellStart"/>
      <w:r w:rsidRPr="00F62269">
        <w:t>Sesuai</w:t>
      </w:r>
      <w:proofErr w:type="spellEnd"/>
      <w:r w:rsidRPr="00F62269">
        <w:t xml:space="preserve"> </w:t>
      </w:r>
    </w:p>
    <w:p w:rsidR="00693395" w:rsidRPr="00F62269" w:rsidRDefault="00693395" w:rsidP="00693395">
      <w:pPr>
        <w:pStyle w:val="NormalWeb"/>
      </w:pPr>
      <w:r w:rsidRPr="00F62269">
        <w:rPr>
          <w:b/>
          <w:bCs/>
        </w:rPr>
        <w:t xml:space="preserve">Stimulus / </w:t>
      </w:r>
      <w:proofErr w:type="spellStart"/>
      <w:r w:rsidRPr="00F62269">
        <w:rPr>
          <w:b/>
          <w:bCs/>
        </w:rPr>
        <w:t>Wacana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</w:pPr>
      <w:proofErr w:type="spellStart"/>
      <w:r w:rsidRPr="00F62269">
        <w:rPr>
          <w:b/>
          <w:bCs/>
        </w:rPr>
        <w:t>Kasus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Sengketa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Lahan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Ulayat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  <w:jc w:val="both"/>
      </w:pPr>
      <w:proofErr w:type="spellStart"/>
      <w:r w:rsidRPr="00F62269">
        <w:lastRenderedPageBreak/>
        <w:t>Konflik</w:t>
      </w:r>
      <w:proofErr w:type="spellEnd"/>
      <w:r w:rsidRPr="00F62269">
        <w:t xml:space="preserve"> </w:t>
      </w:r>
      <w:proofErr w:type="spellStart"/>
      <w:r w:rsidRPr="00F62269">
        <w:t>antara</w:t>
      </w:r>
      <w:proofErr w:type="spellEnd"/>
      <w:r w:rsidRPr="00F62269">
        <w:t xml:space="preserve"> </w:t>
      </w:r>
      <w:proofErr w:type="spellStart"/>
      <w:r w:rsidRPr="00F62269">
        <w:t>masyarakat</w:t>
      </w:r>
      <w:proofErr w:type="spellEnd"/>
      <w:r w:rsidRPr="00F62269">
        <w:t xml:space="preserve"> </w:t>
      </w:r>
      <w:proofErr w:type="spellStart"/>
      <w:r w:rsidRPr="00F62269">
        <w:t>adat</w:t>
      </w:r>
      <w:proofErr w:type="spellEnd"/>
      <w:r w:rsidRPr="00F62269">
        <w:t xml:space="preserve"> dan </w:t>
      </w:r>
      <w:proofErr w:type="spellStart"/>
      <w:r w:rsidRPr="00F62269">
        <w:t>perusahaan</w:t>
      </w:r>
      <w:proofErr w:type="spellEnd"/>
      <w:r w:rsidRPr="00F62269">
        <w:t xml:space="preserve"> </w:t>
      </w:r>
      <w:proofErr w:type="spellStart"/>
      <w:r w:rsidRPr="00F62269">
        <w:t>perkebunan</w:t>
      </w:r>
      <w:proofErr w:type="spellEnd"/>
      <w:r w:rsidRPr="00F62269">
        <w:t xml:space="preserve"> </w:t>
      </w:r>
      <w:proofErr w:type="spellStart"/>
      <w:r w:rsidRPr="00F62269">
        <w:t>kelapa</w:t>
      </w:r>
      <w:proofErr w:type="spellEnd"/>
      <w:r w:rsidRPr="00F62269">
        <w:t xml:space="preserve"> </w:t>
      </w:r>
      <w:proofErr w:type="spellStart"/>
      <w:r w:rsidRPr="00F62269">
        <w:t>sawit</w:t>
      </w:r>
      <w:proofErr w:type="spellEnd"/>
      <w:r w:rsidRPr="00F62269">
        <w:t xml:space="preserve"> </w:t>
      </w:r>
      <w:proofErr w:type="spellStart"/>
      <w:r w:rsidRPr="00F62269">
        <w:t>terkait</w:t>
      </w:r>
      <w:proofErr w:type="spellEnd"/>
      <w:r w:rsidRPr="00F62269">
        <w:t xml:space="preserve"> </w:t>
      </w:r>
      <w:proofErr w:type="spellStart"/>
      <w:r w:rsidRPr="00F62269">
        <w:t>batas</w:t>
      </w:r>
      <w:proofErr w:type="spellEnd"/>
      <w:r w:rsidRPr="00F62269">
        <w:t xml:space="preserve"> </w:t>
      </w:r>
      <w:proofErr w:type="spellStart"/>
      <w:r w:rsidRPr="00F62269">
        <w:t>lahan</w:t>
      </w:r>
      <w:proofErr w:type="spellEnd"/>
      <w:r w:rsidRPr="00F62269">
        <w:t xml:space="preserve"> </w:t>
      </w:r>
      <w:proofErr w:type="spellStart"/>
      <w:r w:rsidRPr="00F62269">
        <w:t>ulayat</w:t>
      </w:r>
      <w:proofErr w:type="spellEnd"/>
      <w:r w:rsidRPr="00F62269">
        <w:t xml:space="preserve"> </w:t>
      </w:r>
      <w:proofErr w:type="spellStart"/>
      <w:r w:rsidRPr="00F62269">
        <w:t>telah</w:t>
      </w:r>
      <w:proofErr w:type="spellEnd"/>
      <w:r w:rsidRPr="00F62269">
        <w:t xml:space="preserve"> </w:t>
      </w:r>
      <w:proofErr w:type="spellStart"/>
      <w:r w:rsidRPr="00F62269">
        <w:t>berlangsung</w:t>
      </w:r>
      <w:proofErr w:type="spellEnd"/>
      <w:r w:rsidRPr="00F62269">
        <w:t xml:space="preserve"> </w:t>
      </w:r>
      <w:proofErr w:type="spellStart"/>
      <w:r w:rsidRPr="00F62269">
        <w:t>selama</w:t>
      </w:r>
      <w:proofErr w:type="spellEnd"/>
      <w:r w:rsidRPr="00F62269">
        <w:t xml:space="preserve"> </w:t>
      </w:r>
      <w:proofErr w:type="spellStart"/>
      <w:r w:rsidRPr="00F62269">
        <w:t>dua</w:t>
      </w:r>
      <w:proofErr w:type="spellEnd"/>
      <w:r w:rsidRPr="00F62269">
        <w:t xml:space="preserve"> </w:t>
      </w:r>
      <w:proofErr w:type="spellStart"/>
      <w:r w:rsidRPr="00F62269">
        <w:t>tahun</w:t>
      </w:r>
      <w:proofErr w:type="spellEnd"/>
      <w:r w:rsidRPr="00F62269">
        <w:t xml:space="preserve"> </w:t>
      </w:r>
      <w:proofErr w:type="spellStart"/>
      <w:r w:rsidRPr="00F62269">
        <w:t>tanpa</w:t>
      </w:r>
      <w:proofErr w:type="spellEnd"/>
      <w:r w:rsidRPr="00F62269">
        <w:t xml:space="preserve"> </w:t>
      </w:r>
      <w:proofErr w:type="spellStart"/>
      <w:r w:rsidRPr="00F62269">
        <w:t>titik</w:t>
      </w:r>
      <w:proofErr w:type="spellEnd"/>
      <w:r w:rsidRPr="00F62269">
        <w:t xml:space="preserve"> </w:t>
      </w:r>
      <w:proofErr w:type="spellStart"/>
      <w:r w:rsidRPr="00F62269">
        <w:t>temu</w:t>
      </w:r>
      <w:proofErr w:type="spellEnd"/>
      <w:r w:rsidRPr="00F62269">
        <w:t xml:space="preserve"> dan </w:t>
      </w:r>
      <w:proofErr w:type="spellStart"/>
      <w:r w:rsidRPr="00F62269">
        <w:t>sering</w:t>
      </w:r>
      <w:proofErr w:type="spellEnd"/>
      <w:r w:rsidRPr="00F62269">
        <w:t xml:space="preserve"> </w:t>
      </w:r>
      <w:proofErr w:type="spellStart"/>
      <w:r w:rsidRPr="00F62269">
        <w:t>berakhir</w:t>
      </w:r>
      <w:proofErr w:type="spellEnd"/>
      <w:r w:rsidRPr="00F62269">
        <w:t xml:space="preserve"> </w:t>
      </w:r>
      <w:proofErr w:type="spellStart"/>
      <w:r w:rsidRPr="00F62269">
        <w:t>dengan</w:t>
      </w:r>
      <w:proofErr w:type="spellEnd"/>
      <w:r w:rsidRPr="00F62269">
        <w:t xml:space="preserve"> </w:t>
      </w:r>
      <w:proofErr w:type="spellStart"/>
      <w:r w:rsidRPr="00F62269">
        <w:t>aksi</w:t>
      </w:r>
      <w:proofErr w:type="spellEnd"/>
      <w:r w:rsidRPr="00F62269">
        <w:t xml:space="preserve"> </w:t>
      </w:r>
      <w:proofErr w:type="spellStart"/>
      <w:r w:rsidRPr="00F62269">
        <w:t>demonstrasi</w:t>
      </w:r>
      <w:proofErr w:type="spellEnd"/>
      <w:r w:rsidRPr="00F62269">
        <w:t xml:space="preserve"> </w:t>
      </w:r>
      <w:proofErr w:type="spellStart"/>
      <w:r w:rsidRPr="00F62269">
        <w:t>anarkis</w:t>
      </w:r>
      <w:proofErr w:type="spellEnd"/>
      <w:r w:rsidRPr="00F62269">
        <w:t xml:space="preserve">. </w:t>
      </w:r>
      <w:proofErr w:type="spellStart"/>
      <w:r w:rsidRPr="00F62269">
        <w:t>Pemerintah</w:t>
      </w:r>
      <w:proofErr w:type="spellEnd"/>
      <w:r w:rsidRPr="00F62269">
        <w:t xml:space="preserve"> </w:t>
      </w:r>
      <w:proofErr w:type="spellStart"/>
      <w:r w:rsidRPr="00F62269">
        <w:t>daerah</w:t>
      </w:r>
      <w:proofErr w:type="spellEnd"/>
      <w:r w:rsidRPr="00F62269">
        <w:t xml:space="preserve"> </w:t>
      </w:r>
      <w:proofErr w:type="spellStart"/>
      <w:r w:rsidRPr="00F62269">
        <w:t>kemudian</w:t>
      </w:r>
      <w:proofErr w:type="spellEnd"/>
      <w:r w:rsidRPr="00F62269">
        <w:t xml:space="preserve"> </w:t>
      </w:r>
      <w:proofErr w:type="spellStart"/>
      <w:r w:rsidRPr="00F62269">
        <w:t>memfasilitasi</w:t>
      </w:r>
      <w:proofErr w:type="spellEnd"/>
      <w:r w:rsidRPr="00F62269">
        <w:t xml:space="preserve"> </w:t>
      </w:r>
      <w:proofErr w:type="spellStart"/>
      <w:r w:rsidRPr="00F62269">
        <w:t>pembentukan</w:t>
      </w:r>
      <w:proofErr w:type="spellEnd"/>
      <w:r w:rsidRPr="00F62269">
        <w:t xml:space="preserve"> </w:t>
      </w:r>
      <w:proofErr w:type="spellStart"/>
      <w:r w:rsidRPr="00F62269">
        <w:t>tim</w:t>
      </w:r>
      <w:proofErr w:type="spellEnd"/>
      <w:r w:rsidRPr="00F62269">
        <w:t xml:space="preserve"> </w:t>
      </w:r>
      <w:proofErr w:type="spellStart"/>
      <w:r w:rsidRPr="00F62269">
        <w:t>independen</w:t>
      </w:r>
      <w:proofErr w:type="spellEnd"/>
      <w:r w:rsidRPr="00F62269">
        <w:t xml:space="preserve"> </w:t>
      </w:r>
      <w:proofErr w:type="spellStart"/>
      <w:r w:rsidRPr="00F62269">
        <w:t>guna</w:t>
      </w:r>
      <w:proofErr w:type="spellEnd"/>
      <w:r w:rsidRPr="00F62269">
        <w:t xml:space="preserve"> </w:t>
      </w:r>
      <w:proofErr w:type="spellStart"/>
      <w:r w:rsidRPr="00F62269">
        <w:t>menghentikan</w:t>
      </w:r>
      <w:proofErr w:type="spellEnd"/>
      <w:r w:rsidRPr="00F62269">
        <w:t xml:space="preserve"> </w:t>
      </w:r>
      <w:proofErr w:type="spellStart"/>
      <w:r w:rsidRPr="00F62269">
        <w:t>tindak</w:t>
      </w:r>
      <w:proofErr w:type="spellEnd"/>
      <w:r w:rsidRPr="00F62269">
        <w:t xml:space="preserve"> </w:t>
      </w:r>
      <w:proofErr w:type="spellStart"/>
      <w:r w:rsidRPr="00F62269">
        <w:t>kekerasan</w:t>
      </w:r>
      <w:proofErr w:type="spellEnd"/>
      <w:r w:rsidRPr="00F62269">
        <w:t xml:space="preserve"> dan </w:t>
      </w:r>
      <w:proofErr w:type="spellStart"/>
      <w:r w:rsidRPr="00F62269">
        <w:t>mencari</w:t>
      </w:r>
      <w:proofErr w:type="spellEnd"/>
      <w:r w:rsidRPr="00F62269">
        <w:t xml:space="preserve"> </w:t>
      </w:r>
      <w:proofErr w:type="spellStart"/>
      <w:r w:rsidRPr="00F62269">
        <w:t>jalan</w:t>
      </w:r>
      <w:proofErr w:type="spellEnd"/>
      <w:r w:rsidRPr="00F62269">
        <w:t xml:space="preserve"> </w:t>
      </w:r>
      <w:proofErr w:type="spellStart"/>
      <w:r w:rsidRPr="00F62269">
        <w:t>tengah</w:t>
      </w:r>
      <w:proofErr w:type="spellEnd"/>
      <w:r w:rsidRPr="00F62269">
        <w:t xml:space="preserve"> yang </w:t>
      </w:r>
      <w:proofErr w:type="spellStart"/>
      <w:r w:rsidRPr="00F62269">
        <w:t>disepakati</w:t>
      </w:r>
      <w:proofErr w:type="spellEnd"/>
      <w:r w:rsidRPr="00F62269">
        <w:t xml:space="preserve"> </w:t>
      </w:r>
      <w:proofErr w:type="spellStart"/>
      <w:r w:rsidRPr="00F62269">
        <w:t>kedua</w:t>
      </w:r>
      <w:proofErr w:type="spellEnd"/>
      <w:r w:rsidRPr="00F62269">
        <w:t xml:space="preserve"> </w:t>
      </w:r>
      <w:proofErr w:type="spellStart"/>
      <w:r w:rsidRPr="00F62269">
        <w:t>belah</w:t>
      </w:r>
      <w:proofErr w:type="spellEnd"/>
      <w:r w:rsidRPr="00F62269">
        <w:t xml:space="preserve"> </w:t>
      </w:r>
      <w:proofErr w:type="spellStart"/>
      <w:r w:rsidRPr="00F62269">
        <w:t>pihak</w:t>
      </w:r>
      <w:proofErr w:type="spellEnd"/>
      <w:r w:rsidRPr="00F62269">
        <w:t>.</w:t>
      </w:r>
    </w:p>
    <w:p w:rsidR="00693395" w:rsidRPr="00F62269" w:rsidRDefault="00693395" w:rsidP="00693395">
      <w:pPr>
        <w:pStyle w:val="NormalWeb"/>
      </w:pPr>
      <w:proofErr w:type="spellStart"/>
      <w:r w:rsidRPr="00F62269">
        <w:rPr>
          <w:b/>
          <w:bCs/>
        </w:rPr>
        <w:t>Soal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</w:pPr>
      <w:proofErr w:type="spellStart"/>
      <w:r w:rsidRPr="00F62269">
        <w:t>Evaluasilah</w:t>
      </w:r>
      <w:proofErr w:type="spellEnd"/>
      <w:r w:rsidRPr="00F62269">
        <w:t xml:space="preserve"> </w:t>
      </w:r>
      <w:proofErr w:type="spellStart"/>
      <w:r w:rsidRPr="00F62269">
        <w:t>kesesuaian</w:t>
      </w:r>
      <w:proofErr w:type="spellEnd"/>
      <w:r w:rsidRPr="00F62269">
        <w:t xml:space="preserve"> </w:t>
      </w:r>
      <w:proofErr w:type="spellStart"/>
      <w:r w:rsidRPr="00F62269">
        <w:t>bentuk-bentuk</w:t>
      </w:r>
      <w:proofErr w:type="spellEnd"/>
      <w:r w:rsidRPr="00F62269">
        <w:t xml:space="preserve"> </w:t>
      </w:r>
      <w:proofErr w:type="spellStart"/>
      <w:r w:rsidRPr="00F62269">
        <w:t>akomodasi</w:t>
      </w:r>
      <w:proofErr w:type="spellEnd"/>
      <w:r w:rsidRPr="00F62269">
        <w:t>/</w:t>
      </w:r>
      <w:proofErr w:type="spellStart"/>
      <w:r w:rsidRPr="00F62269">
        <w:t>resolusi</w:t>
      </w:r>
      <w:proofErr w:type="spellEnd"/>
      <w:r w:rsidRPr="00F62269">
        <w:t xml:space="preserve"> </w:t>
      </w:r>
      <w:proofErr w:type="spellStart"/>
      <w:r w:rsidRPr="00F62269">
        <w:t>konflik</w:t>
      </w:r>
      <w:proofErr w:type="spellEnd"/>
      <w:r w:rsidRPr="00F62269">
        <w:t xml:space="preserve"> </w:t>
      </w:r>
      <w:proofErr w:type="spellStart"/>
      <w:r w:rsidRPr="00F62269">
        <w:t>berikut</w:t>
      </w:r>
      <w:proofErr w:type="spellEnd"/>
      <w:r w:rsidRPr="00F62269">
        <w:t xml:space="preserve"> </w:t>
      </w:r>
      <w:proofErr w:type="spellStart"/>
      <w:r w:rsidRPr="00F62269">
        <w:t>untuk</w:t>
      </w:r>
      <w:proofErr w:type="spellEnd"/>
      <w:r w:rsidRPr="00F62269">
        <w:t xml:space="preserve"> </w:t>
      </w:r>
      <w:proofErr w:type="spellStart"/>
      <w:r w:rsidRPr="00F62269">
        <w:t>menangani</w:t>
      </w:r>
      <w:proofErr w:type="spellEnd"/>
      <w:r w:rsidRPr="00F62269">
        <w:t xml:space="preserve"> </w:t>
      </w:r>
      <w:proofErr w:type="spellStart"/>
      <w:r w:rsidRPr="00F62269">
        <w:t>kasus</w:t>
      </w:r>
      <w:proofErr w:type="spellEnd"/>
      <w:r w:rsidRPr="00F62269">
        <w:t xml:space="preserve"> </w:t>
      </w:r>
      <w:proofErr w:type="spellStart"/>
      <w:r w:rsidRPr="00F62269">
        <w:t>sengketa</w:t>
      </w:r>
      <w:proofErr w:type="spellEnd"/>
      <w:r w:rsidRPr="00F62269">
        <w:t xml:space="preserve"> di </w:t>
      </w:r>
      <w:proofErr w:type="spellStart"/>
      <w:r w:rsidRPr="00F62269">
        <w:t>atas</w:t>
      </w:r>
      <w:proofErr w:type="spellEnd"/>
      <w:r w:rsidRPr="00F62269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6156"/>
        <w:gridCol w:w="1020"/>
        <w:gridCol w:w="1210"/>
      </w:tblGrid>
      <w:tr w:rsidR="00693395" w:rsidRPr="00F62269" w:rsidTr="00A0095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Style w:val="Strong"/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Pernyataan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Evaluasi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Bentuk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Resolusi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Konflik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Sesuai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Tidak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Sesuai</w:t>
            </w:r>
            <w:proofErr w:type="spellEnd"/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Upaya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pemerintah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daerah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menghadirkan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tim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independen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netral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tidak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memiliki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wewenang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mengambil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keputusan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mengikat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tergolong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dalam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bentuk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  <w:b/>
                <w:bCs/>
              </w:rPr>
              <w:t>Mediasi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Jika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kedua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pihak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menyerahkan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wewenang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keputusan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hukum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akhir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mengikat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secara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mutlak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kepada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Pengadilan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Negeri,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bentuk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akomodasi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tersebut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adalah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  <w:b/>
                <w:bCs/>
              </w:rPr>
              <w:t>Arbitrase</w:t>
            </w:r>
            <w:proofErr w:type="spellEnd"/>
            <w:r w:rsidRPr="00F62269">
              <w:rPr>
                <w:rFonts w:ascii="Times New Roman" w:hAnsi="Times New Roman" w:cs="Times New Roman"/>
                <w:b/>
                <w:bCs/>
              </w:rPr>
              <w:t xml:space="preserve"> / </w:t>
            </w:r>
            <w:proofErr w:type="spellStart"/>
            <w:r w:rsidRPr="00F62269">
              <w:rPr>
                <w:rFonts w:ascii="Times New Roman" w:hAnsi="Times New Roman" w:cs="Times New Roman"/>
                <w:b/>
                <w:bCs/>
              </w:rPr>
              <w:t>Ajudikasi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Pendekatan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r w:rsidRPr="00F62269">
              <w:rPr>
                <w:rFonts w:ascii="Times New Roman" w:hAnsi="Times New Roman" w:cs="Times New Roman"/>
                <w:b/>
                <w:bCs/>
                <w:i/>
                <w:iCs/>
              </w:rPr>
              <w:t>Coercion</w:t>
            </w:r>
            <w:r w:rsidRPr="00F6226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62269">
              <w:rPr>
                <w:rFonts w:ascii="Times New Roman" w:hAnsi="Times New Roman" w:cs="Times New Roman"/>
              </w:rPr>
              <w:t>paksaan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fisik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oleh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aparat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merupakan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solusi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jangka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panjang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terbaik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untuk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membangun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rasa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saling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percaya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F62269">
              <w:rPr>
                <w:rFonts w:ascii="Times New Roman" w:hAnsi="Times New Roman" w:cs="Times New Roman"/>
              </w:rPr>
              <w:t>harmoni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antarpihak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Metode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  <w:b/>
                <w:bCs/>
              </w:rPr>
              <w:t>Kompromi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dapat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dicapai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apabila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perusahaan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adat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sama-sama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bersedia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mengurangi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tuntutan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awal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mereka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demi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kesepakatan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bersama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  <w:b/>
                <w:bCs/>
              </w:rPr>
              <w:t>Konsiliasi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dilakukan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dengan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cara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mempertemukan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keinginan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pihak-pihak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berselisih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melalui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lembaga</w:t>
            </w:r>
            <w:proofErr w:type="spellEnd"/>
            <w:r w:rsidRPr="00F62269">
              <w:rPr>
                <w:rFonts w:ascii="Times New Roman" w:hAnsi="Times New Roman" w:cs="Times New Roman"/>
              </w:rPr>
              <w:t>/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penengah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guna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mencapai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kesepakatan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damai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93395" w:rsidRPr="00F62269" w:rsidRDefault="00693395" w:rsidP="00693395">
      <w:pPr>
        <w:pStyle w:val="NormalWeb"/>
        <w:numPr>
          <w:ilvl w:val="0"/>
          <w:numId w:val="39"/>
        </w:numPr>
      </w:pPr>
      <w:proofErr w:type="spellStart"/>
      <w:r w:rsidRPr="00F62269">
        <w:rPr>
          <w:b/>
          <w:bCs/>
        </w:rPr>
        <w:lastRenderedPageBreak/>
        <w:t>Kunci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Jawaban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  <w:numPr>
          <w:ilvl w:val="1"/>
          <w:numId w:val="39"/>
        </w:numPr>
      </w:pPr>
      <w:proofErr w:type="spellStart"/>
      <w:r w:rsidRPr="00F62269">
        <w:rPr>
          <w:b/>
          <w:bCs/>
        </w:rPr>
        <w:t>Sesuai</w:t>
      </w:r>
      <w:proofErr w:type="spellEnd"/>
      <w:r w:rsidRPr="00F62269">
        <w:t xml:space="preserve"> (</w:t>
      </w:r>
      <w:proofErr w:type="spellStart"/>
      <w:r w:rsidRPr="00F62269">
        <w:t>Pihak</w:t>
      </w:r>
      <w:proofErr w:type="spellEnd"/>
      <w:r w:rsidRPr="00F62269">
        <w:t xml:space="preserve"> </w:t>
      </w:r>
      <w:proofErr w:type="spellStart"/>
      <w:r w:rsidRPr="00F62269">
        <w:t>ketiga</w:t>
      </w:r>
      <w:proofErr w:type="spellEnd"/>
      <w:r w:rsidRPr="00F62269">
        <w:t xml:space="preserve"> </w:t>
      </w:r>
      <w:proofErr w:type="spellStart"/>
      <w:r w:rsidRPr="00F62269">
        <w:t>netral</w:t>
      </w:r>
      <w:proofErr w:type="spellEnd"/>
      <w:r w:rsidRPr="00F62269">
        <w:t xml:space="preserve"> </w:t>
      </w:r>
      <w:proofErr w:type="spellStart"/>
      <w:r w:rsidRPr="00F62269">
        <w:t>tanpa</w:t>
      </w:r>
      <w:proofErr w:type="spellEnd"/>
      <w:r w:rsidRPr="00F62269">
        <w:t xml:space="preserve"> </w:t>
      </w:r>
      <w:proofErr w:type="spellStart"/>
      <w:r w:rsidRPr="00F62269">
        <w:t>wewenang</w:t>
      </w:r>
      <w:proofErr w:type="spellEnd"/>
      <w:r w:rsidRPr="00F62269">
        <w:t xml:space="preserve"> </w:t>
      </w:r>
      <w:proofErr w:type="spellStart"/>
      <w:r w:rsidRPr="00F62269">
        <w:t>memutus</w:t>
      </w:r>
      <w:proofErr w:type="spellEnd"/>
      <w:r w:rsidRPr="00F62269">
        <w:t xml:space="preserve"> </w:t>
      </w:r>
      <w:proofErr w:type="spellStart"/>
      <w:r w:rsidRPr="00F62269">
        <w:t>adalah</w:t>
      </w:r>
      <w:proofErr w:type="spellEnd"/>
      <w:r w:rsidRPr="00F62269">
        <w:t xml:space="preserve"> mediator/</w:t>
      </w:r>
      <w:proofErr w:type="spellStart"/>
      <w:r w:rsidRPr="00F62269">
        <w:t>Mediasi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39"/>
        </w:numPr>
      </w:pPr>
      <w:proofErr w:type="spellStart"/>
      <w:r w:rsidRPr="00F62269">
        <w:rPr>
          <w:b/>
          <w:bCs/>
        </w:rPr>
        <w:t>Sesuai</w:t>
      </w:r>
      <w:proofErr w:type="spellEnd"/>
      <w:r w:rsidRPr="00F62269">
        <w:t xml:space="preserve"> (</w:t>
      </w:r>
      <w:proofErr w:type="spellStart"/>
      <w:r w:rsidRPr="00F62269">
        <w:t>Penyelesaian</w:t>
      </w:r>
      <w:proofErr w:type="spellEnd"/>
      <w:r w:rsidRPr="00F62269">
        <w:t xml:space="preserve"> </w:t>
      </w:r>
      <w:proofErr w:type="spellStart"/>
      <w:r w:rsidRPr="00F62269">
        <w:t>lewat</w:t>
      </w:r>
      <w:proofErr w:type="spellEnd"/>
      <w:r w:rsidRPr="00F62269">
        <w:t xml:space="preserve"> </w:t>
      </w:r>
      <w:proofErr w:type="spellStart"/>
      <w:r w:rsidRPr="00F62269">
        <w:t>peradilan</w:t>
      </w:r>
      <w:proofErr w:type="spellEnd"/>
      <w:r w:rsidRPr="00F62269">
        <w:t xml:space="preserve"> </w:t>
      </w:r>
      <w:proofErr w:type="spellStart"/>
      <w:r w:rsidRPr="00F62269">
        <w:t>hukum</w:t>
      </w:r>
      <w:proofErr w:type="spellEnd"/>
      <w:r w:rsidRPr="00F62269">
        <w:t xml:space="preserve"> </w:t>
      </w:r>
      <w:proofErr w:type="spellStart"/>
      <w:r w:rsidRPr="00F62269">
        <w:t>dinamakan</w:t>
      </w:r>
      <w:proofErr w:type="spellEnd"/>
      <w:r w:rsidRPr="00F62269">
        <w:t xml:space="preserve"> </w:t>
      </w:r>
      <w:proofErr w:type="spellStart"/>
      <w:r w:rsidRPr="00F62269">
        <w:t>Ajudikasi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39"/>
        </w:numPr>
      </w:pPr>
      <w:proofErr w:type="spellStart"/>
      <w:r w:rsidRPr="00F62269">
        <w:rPr>
          <w:b/>
          <w:bCs/>
        </w:rPr>
        <w:t>Tidak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Sesuai</w:t>
      </w:r>
      <w:proofErr w:type="spellEnd"/>
      <w:r w:rsidRPr="00F62269">
        <w:t xml:space="preserve"> (</w:t>
      </w:r>
      <w:r w:rsidRPr="00F62269">
        <w:rPr>
          <w:i/>
          <w:iCs/>
        </w:rPr>
        <w:t>Coercion</w:t>
      </w:r>
      <w:r w:rsidRPr="00F62269">
        <w:t xml:space="preserve"> </w:t>
      </w:r>
      <w:proofErr w:type="spellStart"/>
      <w:r w:rsidRPr="00F62269">
        <w:t>hanya</w:t>
      </w:r>
      <w:proofErr w:type="spellEnd"/>
      <w:r w:rsidRPr="00F62269">
        <w:t xml:space="preserve"> </w:t>
      </w:r>
      <w:proofErr w:type="spellStart"/>
      <w:r w:rsidRPr="00F62269">
        <w:t>menekan</w:t>
      </w:r>
      <w:proofErr w:type="spellEnd"/>
      <w:r w:rsidRPr="00F62269">
        <w:t xml:space="preserve"> </w:t>
      </w:r>
      <w:proofErr w:type="spellStart"/>
      <w:r w:rsidRPr="00F62269">
        <w:t>konflik</w:t>
      </w:r>
      <w:proofErr w:type="spellEnd"/>
      <w:r w:rsidRPr="00F62269">
        <w:t xml:space="preserve"> </w:t>
      </w:r>
      <w:proofErr w:type="spellStart"/>
      <w:r w:rsidRPr="00F62269">
        <w:t>sementara</w:t>
      </w:r>
      <w:proofErr w:type="spellEnd"/>
      <w:r w:rsidRPr="00F62269">
        <w:t xml:space="preserve">, </w:t>
      </w:r>
      <w:proofErr w:type="spellStart"/>
      <w:r w:rsidRPr="00F62269">
        <w:t>bukan</w:t>
      </w:r>
      <w:proofErr w:type="spellEnd"/>
      <w:r w:rsidRPr="00F62269">
        <w:t xml:space="preserve"> </w:t>
      </w:r>
      <w:proofErr w:type="spellStart"/>
      <w:r w:rsidRPr="00F62269">
        <w:t>solusi</w:t>
      </w:r>
      <w:proofErr w:type="spellEnd"/>
      <w:r w:rsidRPr="00F62269">
        <w:t xml:space="preserve"> </w:t>
      </w:r>
      <w:proofErr w:type="spellStart"/>
      <w:r w:rsidRPr="00F62269">
        <w:t>damai</w:t>
      </w:r>
      <w:proofErr w:type="spellEnd"/>
      <w:r w:rsidRPr="00F62269">
        <w:t xml:space="preserve"> </w:t>
      </w:r>
      <w:proofErr w:type="spellStart"/>
      <w:r w:rsidRPr="00F62269">
        <w:t>jangka</w:t>
      </w:r>
      <w:proofErr w:type="spellEnd"/>
      <w:r w:rsidRPr="00F62269">
        <w:t xml:space="preserve"> </w:t>
      </w:r>
      <w:proofErr w:type="spellStart"/>
      <w:r w:rsidRPr="00F62269">
        <w:t>panjang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39"/>
        </w:numPr>
      </w:pPr>
      <w:proofErr w:type="spellStart"/>
      <w:r w:rsidRPr="00F62269">
        <w:rPr>
          <w:b/>
          <w:bCs/>
        </w:rPr>
        <w:t>Sesuai</w:t>
      </w:r>
      <w:proofErr w:type="spellEnd"/>
      <w:r w:rsidRPr="00F62269">
        <w:t xml:space="preserve"> (</w:t>
      </w:r>
      <w:proofErr w:type="spellStart"/>
      <w:r w:rsidRPr="00F62269">
        <w:t>Kompromi</w:t>
      </w:r>
      <w:proofErr w:type="spellEnd"/>
      <w:r w:rsidRPr="00F62269">
        <w:t xml:space="preserve"> </w:t>
      </w:r>
      <w:proofErr w:type="spellStart"/>
      <w:r w:rsidRPr="00F62269">
        <w:t>berintikan</w:t>
      </w:r>
      <w:proofErr w:type="spellEnd"/>
      <w:r w:rsidRPr="00F62269">
        <w:t xml:space="preserve"> </w:t>
      </w:r>
      <w:proofErr w:type="spellStart"/>
      <w:r w:rsidRPr="00F62269">
        <w:t>sikap</w:t>
      </w:r>
      <w:proofErr w:type="spellEnd"/>
      <w:r w:rsidRPr="00F62269">
        <w:t xml:space="preserve"> </w:t>
      </w:r>
      <w:proofErr w:type="spellStart"/>
      <w:r w:rsidRPr="00F62269">
        <w:t>saling</w:t>
      </w:r>
      <w:proofErr w:type="spellEnd"/>
      <w:r w:rsidRPr="00F62269">
        <w:t xml:space="preserve"> </w:t>
      </w:r>
      <w:proofErr w:type="spellStart"/>
      <w:r w:rsidRPr="00F62269">
        <w:t>mengurangi</w:t>
      </w:r>
      <w:proofErr w:type="spellEnd"/>
      <w:r w:rsidRPr="00F62269">
        <w:t xml:space="preserve"> </w:t>
      </w:r>
      <w:proofErr w:type="spellStart"/>
      <w:r w:rsidRPr="00F62269">
        <w:t>tuntutan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39"/>
        </w:numPr>
      </w:pPr>
      <w:proofErr w:type="spellStart"/>
      <w:r w:rsidRPr="00F62269">
        <w:rPr>
          <w:b/>
          <w:bCs/>
        </w:rPr>
        <w:t>Sesuai</w:t>
      </w:r>
      <w:proofErr w:type="spellEnd"/>
      <w:r w:rsidRPr="00F62269">
        <w:t xml:space="preserve"> (</w:t>
      </w:r>
      <w:proofErr w:type="spellStart"/>
      <w:r w:rsidRPr="00F62269">
        <w:t>Konsiliasi</w:t>
      </w:r>
      <w:proofErr w:type="spellEnd"/>
      <w:r w:rsidRPr="00F62269">
        <w:t xml:space="preserve"> </w:t>
      </w:r>
      <w:proofErr w:type="spellStart"/>
      <w:r w:rsidRPr="00F62269">
        <w:t>mempertemukan</w:t>
      </w:r>
      <w:proofErr w:type="spellEnd"/>
      <w:r w:rsidRPr="00F62269">
        <w:t xml:space="preserve"> </w:t>
      </w:r>
      <w:proofErr w:type="spellStart"/>
      <w:r w:rsidRPr="00F62269">
        <w:t>keinginan</w:t>
      </w:r>
      <w:proofErr w:type="spellEnd"/>
      <w:r w:rsidRPr="00F62269">
        <w:t xml:space="preserve"> </w:t>
      </w:r>
      <w:proofErr w:type="spellStart"/>
      <w:r w:rsidRPr="00F62269">
        <w:t>pihak</w:t>
      </w:r>
      <w:proofErr w:type="spellEnd"/>
      <w:r w:rsidRPr="00F62269">
        <w:t xml:space="preserve"> </w:t>
      </w:r>
      <w:proofErr w:type="spellStart"/>
      <w:r w:rsidRPr="00F62269">
        <w:t>berkonflik</w:t>
      </w:r>
      <w:proofErr w:type="spellEnd"/>
      <w:r w:rsidRPr="00F62269">
        <w:t xml:space="preserve"> </w:t>
      </w:r>
      <w:proofErr w:type="spellStart"/>
      <w:r w:rsidRPr="00F62269">
        <w:t>melalui</w:t>
      </w:r>
      <w:proofErr w:type="spellEnd"/>
      <w:r w:rsidRPr="00F62269">
        <w:t xml:space="preserve"> </w:t>
      </w:r>
      <w:proofErr w:type="spellStart"/>
      <w:r w:rsidRPr="00F62269">
        <w:t>lembaga</w:t>
      </w:r>
      <w:proofErr w:type="spellEnd"/>
      <w:r w:rsidRPr="00F62269">
        <w:t xml:space="preserve"> </w:t>
      </w:r>
      <w:proofErr w:type="spellStart"/>
      <w:r w:rsidRPr="00F62269">
        <w:t>penengah</w:t>
      </w:r>
      <w:proofErr w:type="spellEnd"/>
      <w:r w:rsidRPr="00F62269">
        <w:t>).</w:t>
      </w:r>
    </w:p>
    <w:p w:rsidR="00693395" w:rsidRPr="00693395" w:rsidRDefault="00693395" w:rsidP="00693395">
      <w:pPr>
        <w:pStyle w:val="Heading4"/>
        <w:rPr>
          <w:color w:val="auto"/>
        </w:rPr>
      </w:pPr>
      <w:r w:rsidRPr="00693395">
        <w:rPr>
          <w:color w:val="auto"/>
        </w:rPr>
        <w:t xml:space="preserve">SOAL NO. </w:t>
      </w:r>
      <w:r w:rsidRPr="00693395">
        <w:rPr>
          <w:color w:val="auto"/>
        </w:rPr>
        <w:t>5</w:t>
      </w:r>
      <w:r w:rsidRPr="00693395">
        <w:rPr>
          <w:color w:val="auto"/>
        </w:rPr>
        <w:t>7</w:t>
      </w:r>
    </w:p>
    <w:p w:rsidR="00693395" w:rsidRPr="00F62269" w:rsidRDefault="00693395" w:rsidP="00693395">
      <w:pPr>
        <w:pStyle w:val="NormalWeb"/>
        <w:numPr>
          <w:ilvl w:val="0"/>
          <w:numId w:val="40"/>
        </w:numPr>
      </w:pPr>
      <w:proofErr w:type="spellStart"/>
      <w:r w:rsidRPr="00F62269">
        <w:rPr>
          <w:b/>
          <w:bCs/>
        </w:rPr>
        <w:t>Materi</w:t>
      </w:r>
      <w:proofErr w:type="spellEnd"/>
      <w:r w:rsidRPr="00F62269">
        <w:rPr>
          <w:b/>
          <w:bCs/>
        </w:rPr>
        <w:t xml:space="preserve"> / Sub </w:t>
      </w:r>
      <w:proofErr w:type="spellStart"/>
      <w:r w:rsidRPr="00F62269">
        <w:rPr>
          <w:b/>
          <w:bCs/>
        </w:rPr>
        <w:t>Materi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Perubahan</w:t>
      </w:r>
      <w:proofErr w:type="spellEnd"/>
      <w:r w:rsidRPr="00F62269">
        <w:t xml:space="preserve"> </w:t>
      </w:r>
      <w:proofErr w:type="spellStart"/>
      <w:r w:rsidRPr="00F62269">
        <w:t>Sosial</w:t>
      </w:r>
      <w:proofErr w:type="spellEnd"/>
      <w:r w:rsidRPr="00F62269">
        <w:t xml:space="preserve"> / </w:t>
      </w:r>
      <w:proofErr w:type="spellStart"/>
      <w:r w:rsidRPr="00F62269">
        <w:t>Bentuk</w:t>
      </w:r>
      <w:proofErr w:type="spellEnd"/>
      <w:r w:rsidRPr="00F62269">
        <w:t xml:space="preserve"> </w:t>
      </w:r>
      <w:proofErr w:type="spellStart"/>
      <w:r w:rsidRPr="00F62269">
        <w:t>Perubahan</w:t>
      </w:r>
      <w:proofErr w:type="spellEnd"/>
      <w:r w:rsidRPr="00F62269">
        <w:t xml:space="preserve"> </w:t>
      </w:r>
      <w:proofErr w:type="spellStart"/>
      <w:r w:rsidRPr="00F62269">
        <w:t>Sosial</w:t>
      </w:r>
      <w:proofErr w:type="spellEnd"/>
      <w:r w:rsidRPr="00F62269">
        <w:t xml:space="preserve"> &amp; </w:t>
      </w:r>
      <w:proofErr w:type="spellStart"/>
      <w:r w:rsidRPr="00F62269">
        <w:t>Modernisasi</w:t>
      </w:r>
      <w:proofErr w:type="spellEnd"/>
      <w:r w:rsidRPr="00F62269">
        <w:t xml:space="preserve"> Digital</w:t>
      </w:r>
    </w:p>
    <w:p w:rsidR="00693395" w:rsidRPr="00F62269" w:rsidRDefault="00693395" w:rsidP="00693395">
      <w:pPr>
        <w:pStyle w:val="NormalWeb"/>
        <w:numPr>
          <w:ilvl w:val="0"/>
          <w:numId w:val="40"/>
        </w:numPr>
      </w:pPr>
      <w:proofErr w:type="spellStart"/>
      <w:r w:rsidRPr="00F62269">
        <w:rPr>
          <w:b/>
          <w:bCs/>
        </w:rPr>
        <w:t>Indikator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Berpikir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Menganalisis</w:t>
      </w:r>
      <w:proofErr w:type="spellEnd"/>
      <w:r w:rsidRPr="00F62269">
        <w:t xml:space="preserve"> </w:t>
      </w:r>
      <w:proofErr w:type="spellStart"/>
      <w:r w:rsidRPr="00F62269">
        <w:t>karakteristik</w:t>
      </w:r>
      <w:proofErr w:type="spellEnd"/>
      <w:r w:rsidRPr="00F62269">
        <w:t xml:space="preserve"> </w:t>
      </w:r>
      <w:proofErr w:type="spellStart"/>
      <w:r w:rsidRPr="00F62269">
        <w:t>perubahan</w:t>
      </w:r>
      <w:proofErr w:type="spellEnd"/>
      <w:r w:rsidRPr="00F62269">
        <w:t xml:space="preserve"> </w:t>
      </w:r>
      <w:proofErr w:type="spellStart"/>
      <w:r w:rsidRPr="00F62269">
        <w:t>sosial</w:t>
      </w:r>
      <w:proofErr w:type="spellEnd"/>
      <w:r w:rsidRPr="00F62269">
        <w:t xml:space="preserve"> </w:t>
      </w:r>
      <w:proofErr w:type="spellStart"/>
      <w:r w:rsidRPr="00F62269">
        <w:t>akibat</w:t>
      </w:r>
      <w:proofErr w:type="spellEnd"/>
      <w:r w:rsidRPr="00F62269">
        <w:t xml:space="preserve"> </w:t>
      </w:r>
      <w:proofErr w:type="spellStart"/>
      <w:r w:rsidRPr="00F62269">
        <w:t>digitalisasi</w:t>
      </w:r>
      <w:proofErr w:type="spellEnd"/>
      <w:r w:rsidRPr="00F62269">
        <w:t xml:space="preserve"> </w:t>
      </w:r>
      <w:proofErr w:type="spellStart"/>
      <w:r w:rsidRPr="00F62269">
        <w:t>ekonomi</w:t>
      </w:r>
      <w:proofErr w:type="spellEnd"/>
      <w:r w:rsidRPr="00F62269">
        <w:t xml:space="preserve"> </w:t>
      </w:r>
      <w:proofErr w:type="spellStart"/>
      <w:r w:rsidRPr="00F62269">
        <w:t>berdasarkan</w:t>
      </w:r>
      <w:proofErr w:type="spellEnd"/>
      <w:r w:rsidRPr="00F62269">
        <w:t xml:space="preserve"> </w:t>
      </w:r>
      <w:proofErr w:type="spellStart"/>
      <w:r w:rsidRPr="00F62269">
        <w:t>bentuk</w:t>
      </w:r>
      <w:proofErr w:type="spellEnd"/>
      <w:r w:rsidRPr="00F62269">
        <w:t xml:space="preserve"> </w:t>
      </w:r>
      <w:proofErr w:type="spellStart"/>
      <w:r w:rsidRPr="00F62269">
        <w:t>perubahan</w:t>
      </w:r>
      <w:proofErr w:type="spellEnd"/>
      <w:r w:rsidRPr="00F62269">
        <w:t xml:space="preserve"> </w:t>
      </w:r>
      <w:proofErr w:type="spellStart"/>
      <w:r w:rsidRPr="00F62269">
        <w:t>sosial</w:t>
      </w:r>
      <w:proofErr w:type="spellEnd"/>
      <w:r w:rsidRPr="00F62269">
        <w:t xml:space="preserve"> (</w:t>
      </w:r>
      <w:proofErr w:type="spellStart"/>
      <w:r w:rsidRPr="00F62269">
        <w:t>direncanakan</w:t>
      </w:r>
      <w:proofErr w:type="spellEnd"/>
      <w:r w:rsidRPr="00F62269">
        <w:t>/</w:t>
      </w:r>
      <w:proofErr w:type="spellStart"/>
      <w:r w:rsidRPr="00F62269">
        <w:t>tidak</w:t>
      </w:r>
      <w:proofErr w:type="spellEnd"/>
      <w:r w:rsidRPr="00F62269">
        <w:t xml:space="preserve"> </w:t>
      </w:r>
      <w:proofErr w:type="spellStart"/>
      <w:r w:rsidRPr="00F62269">
        <w:t>direncanakan</w:t>
      </w:r>
      <w:proofErr w:type="spellEnd"/>
      <w:r w:rsidRPr="00F62269">
        <w:t xml:space="preserve">, </w:t>
      </w:r>
      <w:proofErr w:type="spellStart"/>
      <w:r w:rsidRPr="00F62269">
        <w:t>evolusi</w:t>
      </w:r>
      <w:proofErr w:type="spellEnd"/>
      <w:r w:rsidRPr="00F62269">
        <w:t>/</w:t>
      </w:r>
      <w:proofErr w:type="spellStart"/>
      <w:r w:rsidRPr="00F62269">
        <w:t>revolusi</w:t>
      </w:r>
      <w:proofErr w:type="spellEnd"/>
      <w:r w:rsidRPr="00F62269">
        <w:t>)</w:t>
      </w:r>
    </w:p>
    <w:p w:rsidR="00693395" w:rsidRPr="00F62269" w:rsidRDefault="00693395" w:rsidP="00693395">
      <w:pPr>
        <w:pStyle w:val="NormalWeb"/>
        <w:numPr>
          <w:ilvl w:val="0"/>
          <w:numId w:val="40"/>
        </w:numPr>
      </w:pPr>
      <w:r w:rsidRPr="00F62269">
        <w:rPr>
          <w:b/>
          <w:bCs/>
        </w:rPr>
        <w:t xml:space="preserve">Tingkat </w:t>
      </w:r>
      <w:proofErr w:type="spellStart"/>
      <w:r w:rsidRPr="00F62269">
        <w:rPr>
          <w:b/>
          <w:bCs/>
        </w:rPr>
        <w:t>Kognitif</w:t>
      </w:r>
      <w:proofErr w:type="spellEnd"/>
      <w:r w:rsidRPr="00F62269">
        <w:rPr>
          <w:b/>
          <w:bCs/>
        </w:rPr>
        <w:t>:</w:t>
      </w:r>
      <w:r w:rsidRPr="00F62269">
        <w:t xml:space="preserve"> C4 (</w:t>
      </w:r>
      <w:proofErr w:type="spellStart"/>
      <w:r w:rsidRPr="00F62269">
        <w:t>Analisis</w:t>
      </w:r>
      <w:proofErr w:type="spellEnd"/>
      <w:r w:rsidRPr="00F62269">
        <w:t xml:space="preserve">) | </w:t>
      </w:r>
      <w:proofErr w:type="spellStart"/>
      <w:r w:rsidRPr="00F62269">
        <w:rPr>
          <w:b/>
          <w:bCs/>
        </w:rPr>
        <w:t>Kesulitan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Sedang</w:t>
      </w:r>
      <w:proofErr w:type="spellEnd"/>
    </w:p>
    <w:p w:rsidR="00693395" w:rsidRPr="00F62269" w:rsidRDefault="00693395" w:rsidP="00693395">
      <w:pPr>
        <w:pStyle w:val="NormalWeb"/>
        <w:numPr>
          <w:ilvl w:val="0"/>
          <w:numId w:val="40"/>
        </w:numPr>
      </w:pPr>
      <w:proofErr w:type="spellStart"/>
      <w:r w:rsidRPr="00F62269">
        <w:rPr>
          <w:b/>
          <w:bCs/>
        </w:rPr>
        <w:t>Bentuk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Tabel</w:t>
      </w:r>
      <w:proofErr w:type="spellEnd"/>
      <w:r w:rsidRPr="00F62269">
        <w:t xml:space="preserve"> </w:t>
      </w:r>
      <w:proofErr w:type="spellStart"/>
      <w:r w:rsidRPr="00F62269">
        <w:t>Sesuai</w:t>
      </w:r>
      <w:proofErr w:type="spellEnd"/>
      <w:r w:rsidRPr="00F62269">
        <w:t xml:space="preserve"> – </w:t>
      </w:r>
      <w:proofErr w:type="spellStart"/>
      <w:r w:rsidRPr="00F62269">
        <w:t>Tidak</w:t>
      </w:r>
      <w:proofErr w:type="spellEnd"/>
      <w:r w:rsidRPr="00F62269">
        <w:t xml:space="preserve"> </w:t>
      </w:r>
      <w:proofErr w:type="spellStart"/>
      <w:r w:rsidRPr="00F62269">
        <w:t>Sesuai</w:t>
      </w:r>
      <w:proofErr w:type="spellEnd"/>
      <w:r w:rsidRPr="00F62269">
        <w:t xml:space="preserve"> </w:t>
      </w:r>
    </w:p>
    <w:p w:rsidR="00693395" w:rsidRPr="00F62269" w:rsidRDefault="00693395" w:rsidP="00693395">
      <w:pPr>
        <w:pStyle w:val="NormalWeb"/>
      </w:pPr>
      <w:r w:rsidRPr="00F62269">
        <w:rPr>
          <w:b/>
          <w:bCs/>
        </w:rPr>
        <w:t xml:space="preserve">Stimulus / </w:t>
      </w:r>
      <w:proofErr w:type="spellStart"/>
      <w:r w:rsidRPr="00F62269">
        <w:rPr>
          <w:b/>
          <w:bCs/>
        </w:rPr>
        <w:t>Wacana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</w:pPr>
      <w:proofErr w:type="spellStart"/>
      <w:r w:rsidRPr="00F62269">
        <w:rPr>
          <w:b/>
          <w:bCs/>
        </w:rPr>
        <w:t>Transformasi</w:t>
      </w:r>
      <w:proofErr w:type="spellEnd"/>
      <w:r w:rsidRPr="00F62269">
        <w:rPr>
          <w:b/>
          <w:bCs/>
        </w:rPr>
        <w:t xml:space="preserve"> Digital UMKM </w:t>
      </w:r>
      <w:proofErr w:type="spellStart"/>
      <w:r w:rsidRPr="00F62269">
        <w:rPr>
          <w:b/>
          <w:bCs/>
        </w:rPr>
        <w:t>Kerajinan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Lokal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  <w:jc w:val="both"/>
      </w:pPr>
      <w:proofErr w:type="spellStart"/>
      <w:r w:rsidRPr="00F62269">
        <w:t>Sejak</w:t>
      </w:r>
      <w:proofErr w:type="spellEnd"/>
      <w:r w:rsidRPr="00F62269">
        <w:t xml:space="preserve"> </w:t>
      </w:r>
      <w:proofErr w:type="spellStart"/>
      <w:r w:rsidRPr="00F62269">
        <w:t>diluncurkannya</w:t>
      </w:r>
      <w:proofErr w:type="spellEnd"/>
      <w:r w:rsidRPr="00F62269">
        <w:t xml:space="preserve"> platform </w:t>
      </w:r>
      <w:r w:rsidRPr="00F62269">
        <w:rPr>
          <w:i/>
          <w:iCs/>
        </w:rPr>
        <w:t>e-commerce</w:t>
      </w:r>
      <w:r w:rsidRPr="00F62269">
        <w:t xml:space="preserve"> dan </w:t>
      </w:r>
      <w:proofErr w:type="spellStart"/>
      <w:r w:rsidRPr="00F62269">
        <w:t>pembayaran</w:t>
      </w:r>
      <w:proofErr w:type="spellEnd"/>
      <w:r w:rsidRPr="00F62269">
        <w:t xml:space="preserve"> </w:t>
      </w:r>
      <w:r w:rsidRPr="00F62269">
        <w:rPr>
          <w:i/>
          <w:iCs/>
        </w:rPr>
        <w:t>QRIS</w:t>
      </w:r>
      <w:r w:rsidRPr="00F62269">
        <w:t xml:space="preserve">, </w:t>
      </w:r>
      <w:proofErr w:type="spellStart"/>
      <w:r w:rsidRPr="00F62269">
        <w:t>perajin</w:t>
      </w:r>
      <w:proofErr w:type="spellEnd"/>
      <w:r w:rsidRPr="00F62269">
        <w:t xml:space="preserve"> kopi dan kriya </w:t>
      </w:r>
      <w:proofErr w:type="spellStart"/>
      <w:r w:rsidRPr="00F62269">
        <w:t>lokal</w:t>
      </w:r>
      <w:proofErr w:type="spellEnd"/>
      <w:r w:rsidRPr="00F62269">
        <w:t xml:space="preserve"> di wilayah </w:t>
      </w:r>
      <w:proofErr w:type="spellStart"/>
      <w:r w:rsidRPr="00F62269">
        <w:t>Bener</w:t>
      </w:r>
      <w:proofErr w:type="spellEnd"/>
      <w:r w:rsidRPr="00F62269">
        <w:t xml:space="preserve"> </w:t>
      </w:r>
      <w:proofErr w:type="spellStart"/>
      <w:r w:rsidRPr="00F62269">
        <w:t>Meriah</w:t>
      </w:r>
      <w:proofErr w:type="spellEnd"/>
      <w:r w:rsidRPr="00F62269">
        <w:t xml:space="preserve"> yang </w:t>
      </w:r>
      <w:proofErr w:type="spellStart"/>
      <w:r w:rsidRPr="00F62269">
        <w:t>tadinya</w:t>
      </w:r>
      <w:proofErr w:type="spellEnd"/>
      <w:r w:rsidRPr="00F62269">
        <w:t xml:space="preserve"> </w:t>
      </w:r>
      <w:proofErr w:type="spellStart"/>
      <w:r w:rsidRPr="00F62269">
        <w:t>hanya</w:t>
      </w:r>
      <w:proofErr w:type="spellEnd"/>
      <w:r w:rsidRPr="00F62269">
        <w:t xml:space="preserve"> </w:t>
      </w:r>
      <w:proofErr w:type="spellStart"/>
      <w:r w:rsidRPr="00F62269">
        <w:t>mengandalkan</w:t>
      </w:r>
      <w:proofErr w:type="spellEnd"/>
      <w:r w:rsidRPr="00F62269">
        <w:t xml:space="preserve"> </w:t>
      </w:r>
      <w:proofErr w:type="spellStart"/>
      <w:r w:rsidRPr="00F62269">
        <w:t>transaksi</w:t>
      </w:r>
      <w:proofErr w:type="spellEnd"/>
      <w:r w:rsidRPr="00F62269">
        <w:t xml:space="preserve"> </w:t>
      </w:r>
      <w:proofErr w:type="spellStart"/>
      <w:r w:rsidRPr="00F62269">
        <w:t>tunai</w:t>
      </w:r>
      <w:proofErr w:type="spellEnd"/>
      <w:r w:rsidRPr="00F62269">
        <w:t xml:space="preserve"> </w:t>
      </w:r>
      <w:proofErr w:type="spellStart"/>
      <w:r w:rsidRPr="00F62269">
        <w:t>tatap</w:t>
      </w:r>
      <w:proofErr w:type="spellEnd"/>
      <w:r w:rsidRPr="00F62269">
        <w:t xml:space="preserve"> </w:t>
      </w:r>
      <w:proofErr w:type="spellStart"/>
      <w:r w:rsidRPr="00F62269">
        <w:t>muka</w:t>
      </w:r>
      <w:proofErr w:type="spellEnd"/>
      <w:r w:rsidRPr="00F62269">
        <w:t xml:space="preserve"> </w:t>
      </w:r>
      <w:proofErr w:type="spellStart"/>
      <w:r w:rsidRPr="00F62269">
        <w:t>kini</w:t>
      </w:r>
      <w:proofErr w:type="spellEnd"/>
      <w:r w:rsidRPr="00F62269">
        <w:t xml:space="preserve"> </w:t>
      </w:r>
      <w:proofErr w:type="spellStart"/>
      <w:r w:rsidRPr="00F62269">
        <w:t>memasarkan</w:t>
      </w:r>
      <w:proofErr w:type="spellEnd"/>
      <w:r w:rsidRPr="00F62269">
        <w:t xml:space="preserve"> </w:t>
      </w:r>
      <w:proofErr w:type="spellStart"/>
      <w:r w:rsidRPr="00F62269">
        <w:t>produk</w:t>
      </w:r>
      <w:proofErr w:type="spellEnd"/>
      <w:r w:rsidRPr="00F62269">
        <w:t xml:space="preserve"> </w:t>
      </w:r>
      <w:proofErr w:type="spellStart"/>
      <w:r w:rsidRPr="00F62269">
        <w:t>secara</w:t>
      </w:r>
      <w:proofErr w:type="spellEnd"/>
      <w:r w:rsidRPr="00F62269">
        <w:t xml:space="preserve"> </w:t>
      </w:r>
      <w:proofErr w:type="spellStart"/>
      <w:r w:rsidRPr="00F62269">
        <w:t>langsung</w:t>
      </w:r>
      <w:proofErr w:type="spellEnd"/>
      <w:r w:rsidRPr="00F62269">
        <w:t xml:space="preserve"> </w:t>
      </w:r>
      <w:proofErr w:type="spellStart"/>
      <w:r w:rsidRPr="00F62269">
        <w:t>ke</w:t>
      </w:r>
      <w:proofErr w:type="spellEnd"/>
      <w:r w:rsidRPr="00F62269">
        <w:t xml:space="preserve"> </w:t>
      </w:r>
      <w:proofErr w:type="spellStart"/>
      <w:r w:rsidRPr="00F62269">
        <w:t>seluruh</w:t>
      </w:r>
      <w:proofErr w:type="spellEnd"/>
      <w:r w:rsidRPr="00F62269">
        <w:t xml:space="preserve"> Indonesia </w:t>
      </w:r>
      <w:proofErr w:type="spellStart"/>
      <w:r w:rsidRPr="00F62269">
        <w:t>melalui</w:t>
      </w:r>
      <w:proofErr w:type="spellEnd"/>
      <w:r w:rsidRPr="00F62269">
        <w:t xml:space="preserve"> </w:t>
      </w:r>
      <w:proofErr w:type="spellStart"/>
      <w:r w:rsidRPr="00F62269">
        <w:t>transaksi</w:t>
      </w:r>
      <w:proofErr w:type="spellEnd"/>
      <w:r w:rsidRPr="00F62269">
        <w:t xml:space="preserve"> digital </w:t>
      </w:r>
      <w:proofErr w:type="spellStart"/>
      <w:r w:rsidRPr="00F62269">
        <w:t>serba</w:t>
      </w:r>
      <w:proofErr w:type="spellEnd"/>
      <w:r w:rsidRPr="00F62269">
        <w:t xml:space="preserve"> </w:t>
      </w:r>
      <w:proofErr w:type="spellStart"/>
      <w:r w:rsidRPr="00F62269">
        <w:t>cepat</w:t>
      </w:r>
      <w:proofErr w:type="spellEnd"/>
      <w:r w:rsidRPr="00F62269">
        <w:t xml:space="preserve">. </w:t>
      </w:r>
      <w:proofErr w:type="spellStart"/>
      <w:r w:rsidRPr="00F62269">
        <w:t>Perubahan</w:t>
      </w:r>
      <w:proofErr w:type="spellEnd"/>
      <w:r w:rsidRPr="00F62269">
        <w:t xml:space="preserve"> </w:t>
      </w:r>
      <w:proofErr w:type="spellStart"/>
      <w:r w:rsidRPr="00F62269">
        <w:t>pola</w:t>
      </w:r>
      <w:proofErr w:type="spellEnd"/>
      <w:r w:rsidRPr="00F62269">
        <w:t xml:space="preserve"> </w:t>
      </w:r>
      <w:proofErr w:type="spellStart"/>
      <w:r w:rsidRPr="00F62269">
        <w:t>transaksi</w:t>
      </w:r>
      <w:proofErr w:type="spellEnd"/>
      <w:r w:rsidRPr="00F62269">
        <w:t xml:space="preserve"> </w:t>
      </w:r>
      <w:proofErr w:type="spellStart"/>
      <w:r w:rsidRPr="00F62269">
        <w:t>ini</w:t>
      </w:r>
      <w:proofErr w:type="spellEnd"/>
      <w:r w:rsidRPr="00F62269">
        <w:t xml:space="preserve"> </w:t>
      </w:r>
      <w:proofErr w:type="spellStart"/>
      <w:r w:rsidRPr="00F62269">
        <w:t>berlangsung</w:t>
      </w:r>
      <w:proofErr w:type="spellEnd"/>
      <w:r w:rsidRPr="00F62269">
        <w:t xml:space="preserve"> </w:t>
      </w:r>
      <w:proofErr w:type="spellStart"/>
      <w:r w:rsidRPr="00F62269">
        <w:t>sangat</w:t>
      </w:r>
      <w:proofErr w:type="spellEnd"/>
      <w:r w:rsidRPr="00F62269">
        <w:t xml:space="preserve"> </w:t>
      </w:r>
      <w:proofErr w:type="spellStart"/>
      <w:r w:rsidRPr="00F62269">
        <w:t>cepat</w:t>
      </w:r>
      <w:proofErr w:type="spellEnd"/>
      <w:r w:rsidRPr="00F62269">
        <w:t xml:space="preserve"> dan </w:t>
      </w:r>
      <w:proofErr w:type="spellStart"/>
      <w:r w:rsidRPr="00F62269">
        <w:t>mengubah</w:t>
      </w:r>
      <w:proofErr w:type="spellEnd"/>
      <w:r w:rsidRPr="00F62269">
        <w:t xml:space="preserve"> </w:t>
      </w:r>
      <w:proofErr w:type="spellStart"/>
      <w:r w:rsidRPr="00F62269">
        <w:t>struktur</w:t>
      </w:r>
      <w:proofErr w:type="spellEnd"/>
      <w:r w:rsidRPr="00F62269">
        <w:t xml:space="preserve"> </w:t>
      </w:r>
      <w:proofErr w:type="spellStart"/>
      <w:r w:rsidRPr="00F62269">
        <w:t>perilaku</w:t>
      </w:r>
      <w:proofErr w:type="spellEnd"/>
      <w:r w:rsidRPr="00F62269">
        <w:t xml:space="preserve"> </w:t>
      </w:r>
      <w:proofErr w:type="spellStart"/>
      <w:r w:rsidRPr="00F62269">
        <w:t>belanja</w:t>
      </w:r>
      <w:proofErr w:type="spellEnd"/>
      <w:r w:rsidRPr="00F62269">
        <w:t xml:space="preserve"> </w:t>
      </w:r>
      <w:proofErr w:type="spellStart"/>
      <w:r w:rsidRPr="00F62269">
        <w:t>serta</w:t>
      </w:r>
      <w:proofErr w:type="spellEnd"/>
      <w:r w:rsidRPr="00F62269">
        <w:t xml:space="preserve"> </w:t>
      </w:r>
      <w:proofErr w:type="spellStart"/>
      <w:r w:rsidRPr="00F62269">
        <w:t>manajemen</w:t>
      </w:r>
      <w:proofErr w:type="spellEnd"/>
      <w:r w:rsidRPr="00F62269">
        <w:t xml:space="preserve"> </w:t>
      </w:r>
      <w:proofErr w:type="spellStart"/>
      <w:r w:rsidRPr="00F62269">
        <w:t>usaha</w:t>
      </w:r>
      <w:proofErr w:type="spellEnd"/>
      <w:r w:rsidRPr="00F62269">
        <w:t xml:space="preserve"> </w:t>
      </w:r>
      <w:proofErr w:type="spellStart"/>
      <w:r w:rsidRPr="00F62269">
        <w:t>warga</w:t>
      </w:r>
      <w:proofErr w:type="spellEnd"/>
      <w:r w:rsidRPr="00F62269">
        <w:t xml:space="preserve"> </w:t>
      </w:r>
      <w:proofErr w:type="spellStart"/>
      <w:r w:rsidRPr="00F62269">
        <w:t>lokal</w:t>
      </w:r>
      <w:proofErr w:type="spellEnd"/>
      <w:r w:rsidRPr="00F62269">
        <w:t xml:space="preserve"> </w:t>
      </w:r>
      <w:proofErr w:type="spellStart"/>
      <w:r w:rsidRPr="00F62269">
        <w:t>secara</w:t>
      </w:r>
      <w:proofErr w:type="spellEnd"/>
      <w:r w:rsidRPr="00F62269">
        <w:t xml:space="preserve"> </w:t>
      </w:r>
      <w:proofErr w:type="spellStart"/>
      <w:r w:rsidRPr="00F62269">
        <w:t>mendasar</w:t>
      </w:r>
      <w:proofErr w:type="spellEnd"/>
      <w:r w:rsidRPr="00F62269">
        <w:t>.</w:t>
      </w:r>
    </w:p>
    <w:p w:rsidR="00693395" w:rsidRPr="00F62269" w:rsidRDefault="00693395" w:rsidP="00693395">
      <w:pPr>
        <w:pStyle w:val="NormalWeb"/>
      </w:pPr>
      <w:proofErr w:type="spellStart"/>
      <w:r w:rsidRPr="00F62269">
        <w:rPr>
          <w:b/>
          <w:bCs/>
        </w:rPr>
        <w:t>Soal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</w:pPr>
      <w:proofErr w:type="spellStart"/>
      <w:r w:rsidRPr="00F62269">
        <w:t>Berdasarkan</w:t>
      </w:r>
      <w:proofErr w:type="spellEnd"/>
      <w:r w:rsidRPr="00F62269">
        <w:t xml:space="preserve"> </w:t>
      </w:r>
      <w:proofErr w:type="spellStart"/>
      <w:r w:rsidRPr="00F62269">
        <w:t>wacana</w:t>
      </w:r>
      <w:proofErr w:type="spellEnd"/>
      <w:r w:rsidRPr="00F62269">
        <w:t xml:space="preserve"> di </w:t>
      </w:r>
      <w:proofErr w:type="spellStart"/>
      <w:r w:rsidRPr="00F62269">
        <w:t>atas</w:t>
      </w:r>
      <w:proofErr w:type="spellEnd"/>
      <w:r w:rsidRPr="00F62269">
        <w:t xml:space="preserve">, </w:t>
      </w:r>
      <w:proofErr w:type="spellStart"/>
      <w:r w:rsidRPr="00F62269">
        <w:t>analisislah</w:t>
      </w:r>
      <w:proofErr w:type="spellEnd"/>
      <w:r w:rsidRPr="00F62269">
        <w:t xml:space="preserve"> </w:t>
      </w:r>
      <w:proofErr w:type="spellStart"/>
      <w:r w:rsidRPr="00F62269">
        <w:t>kesesuaian</w:t>
      </w:r>
      <w:proofErr w:type="spellEnd"/>
      <w:r w:rsidRPr="00F62269">
        <w:t xml:space="preserve"> </w:t>
      </w:r>
      <w:proofErr w:type="spellStart"/>
      <w:r w:rsidRPr="00F62269">
        <w:t>pernyataan</w:t>
      </w:r>
      <w:proofErr w:type="spellEnd"/>
      <w:r w:rsidRPr="00F62269">
        <w:t xml:space="preserve"> </w:t>
      </w:r>
      <w:proofErr w:type="spellStart"/>
      <w:r w:rsidRPr="00F62269">
        <w:t>mengenai</w:t>
      </w:r>
      <w:proofErr w:type="spellEnd"/>
      <w:r w:rsidRPr="00F62269">
        <w:t xml:space="preserve"> </w:t>
      </w:r>
      <w:proofErr w:type="spellStart"/>
      <w:r w:rsidRPr="00F62269">
        <w:t>bentuk</w:t>
      </w:r>
      <w:proofErr w:type="spellEnd"/>
      <w:r w:rsidRPr="00F62269">
        <w:t xml:space="preserve"> dan </w:t>
      </w:r>
      <w:proofErr w:type="spellStart"/>
      <w:r w:rsidRPr="00F62269">
        <w:t>dampak</w:t>
      </w:r>
      <w:proofErr w:type="spellEnd"/>
      <w:r w:rsidRPr="00F62269">
        <w:t xml:space="preserve"> </w:t>
      </w:r>
      <w:proofErr w:type="spellStart"/>
      <w:r w:rsidRPr="00F62269">
        <w:t>perubahan</w:t>
      </w:r>
      <w:proofErr w:type="spellEnd"/>
      <w:r w:rsidRPr="00F62269">
        <w:t xml:space="preserve"> </w:t>
      </w:r>
      <w:proofErr w:type="spellStart"/>
      <w:r w:rsidRPr="00F62269">
        <w:t>sosial</w:t>
      </w:r>
      <w:proofErr w:type="spellEnd"/>
      <w:r w:rsidRPr="00F62269">
        <w:t xml:space="preserve"> </w:t>
      </w:r>
      <w:proofErr w:type="spellStart"/>
      <w:r w:rsidRPr="00F62269">
        <w:t>masyarakat</w:t>
      </w:r>
      <w:proofErr w:type="spellEnd"/>
      <w:r w:rsidRPr="00F62269">
        <w:t xml:space="preserve"> </w:t>
      </w:r>
      <w:proofErr w:type="spellStart"/>
      <w:r w:rsidRPr="00F62269">
        <w:t>berikut</w:t>
      </w:r>
      <w:proofErr w:type="spellEnd"/>
      <w:r w:rsidRPr="00F62269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6085"/>
        <w:gridCol w:w="1020"/>
        <w:gridCol w:w="1281"/>
      </w:tblGrid>
      <w:tr w:rsidR="00693395" w:rsidRPr="00F62269" w:rsidTr="00A0095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Style w:val="Strong"/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Pernyataan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Analisis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Perubahan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Sosial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Sesuai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Tidak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Sesuai</w:t>
            </w:r>
            <w:proofErr w:type="spellEnd"/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Adopsi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teknologi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QRIS dan pasar </w:t>
            </w:r>
            <w:r w:rsidRPr="00F62269">
              <w:rPr>
                <w:rFonts w:ascii="Times New Roman" w:hAnsi="Times New Roman" w:cs="Times New Roman"/>
                <w:i/>
                <w:iCs/>
              </w:rPr>
              <w:t>online</w:t>
            </w:r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tergolong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bentuk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perubahan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sosial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direncanakan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(</w:t>
            </w:r>
            <w:r w:rsidRPr="00F62269">
              <w:rPr>
                <w:rFonts w:ascii="Times New Roman" w:hAnsi="Times New Roman" w:cs="Times New Roman"/>
                <w:i/>
                <w:iCs/>
              </w:rPr>
              <w:t>intended change</w:t>
            </w:r>
            <w:r w:rsidRPr="00F6226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62269">
              <w:rPr>
                <w:rFonts w:ascii="Times New Roman" w:hAnsi="Times New Roman" w:cs="Times New Roman"/>
              </w:rPr>
              <w:t>untuk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efisiensi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transaksi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Perubahan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cepat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dari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sistem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transaksi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tunai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digital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merupakan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wujud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perubahan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cepat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62269">
              <w:rPr>
                <w:rFonts w:ascii="Times New Roman" w:hAnsi="Times New Roman" w:cs="Times New Roman"/>
                <w:i/>
                <w:iCs/>
              </w:rPr>
              <w:t>revolusi</w:t>
            </w:r>
            <w:proofErr w:type="spellEnd"/>
            <w:r w:rsidRPr="00F6226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  <w:i/>
                <w:iCs/>
              </w:rPr>
              <w:t>sosial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) di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bidang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teknologi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ekonomi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</w:rPr>
              <w:t xml:space="preserve">Masyarakat </w:t>
            </w:r>
            <w:proofErr w:type="spellStart"/>
            <w:r w:rsidRPr="00F62269">
              <w:rPr>
                <w:rFonts w:ascii="Times New Roman" w:hAnsi="Times New Roman" w:cs="Times New Roman"/>
              </w:rPr>
              <w:t>lokal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mengalami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resistensi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mutlak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karena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teknologi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finansial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dinilai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bertentangan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dengan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budaya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asli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setempat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Digitalisasi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transaksi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berdampak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besar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62269">
              <w:rPr>
                <w:rFonts w:ascii="Times New Roman" w:hAnsi="Times New Roman" w:cs="Times New Roman"/>
                <w:i/>
                <w:iCs/>
              </w:rPr>
              <w:t>pembawa</w:t>
            </w:r>
            <w:proofErr w:type="spellEnd"/>
            <w:r w:rsidRPr="00F6226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  <w:i/>
                <w:iCs/>
              </w:rPr>
              <w:t>pengaruh</w:t>
            </w:r>
            <w:proofErr w:type="spellEnd"/>
            <w:r w:rsidRPr="00F6226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  <w:i/>
                <w:iCs/>
              </w:rPr>
              <w:t>luas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terhadap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restrukturisasi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manajemen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pemasaran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perajin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lokal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Perubahan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cara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bertransaksi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tersebut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dikategorikan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sebagai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bentuk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perubahan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regresif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karena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menurunkan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tingkat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pendapatan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pelaku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usaha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93395" w:rsidRPr="00F62269" w:rsidRDefault="00693395" w:rsidP="00693395">
      <w:pPr>
        <w:pStyle w:val="NormalWeb"/>
        <w:numPr>
          <w:ilvl w:val="0"/>
          <w:numId w:val="41"/>
        </w:numPr>
      </w:pPr>
      <w:proofErr w:type="spellStart"/>
      <w:r w:rsidRPr="00F62269">
        <w:rPr>
          <w:b/>
          <w:bCs/>
        </w:rPr>
        <w:t>Kunci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Jawaban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  <w:numPr>
          <w:ilvl w:val="1"/>
          <w:numId w:val="41"/>
        </w:numPr>
      </w:pPr>
      <w:proofErr w:type="spellStart"/>
      <w:r w:rsidRPr="00F62269">
        <w:rPr>
          <w:b/>
          <w:bCs/>
        </w:rPr>
        <w:t>Sesuai</w:t>
      </w:r>
      <w:proofErr w:type="spellEnd"/>
      <w:r w:rsidRPr="00F62269">
        <w:t xml:space="preserve"> (</w:t>
      </w:r>
      <w:proofErr w:type="spellStart"/>
      <w:r w:rsidRPr="00F62269">
        <w:t>Inovasi</w:t>
      </w:r>
      <w:proofErr w:type="spellEnd"/>
      <w:r w:rsidRPr="00F62269">
        <w:t xml:space="preserve"> </w:t>
      </w:r>
      <w:proofErr w:type="spellStart"/>
      <w:r w:rsidRPr="00F62269">
        <w:t>teknologi</w:t>
      </w:r>
      <w:proofErr w:type="spellEnd"/>
      <w:r w:rsidRPr="00F62269">
        <w:t xml:space="preserve"> </w:t>
      </w:r>
      <w:proofErr w:type="spellStart"/>
      <w:r w:rsidRPr="00F62269">
        <w:t>dirancang</w:t>
      </w:r>
      <w:proofErr w:type="spellEnd"/>
      <w:r w:rsidRPr="00F62269">
        <w:t xml:space="preserve"> </w:t>
      </w:r>
      <w:proofErr w:type="spellStart"/>
      <w:r w:rsidRPr="00F62269">
        <w:t>sengaja</w:t>
      </w:r>
      <w:proofErr w:type="spellEnd"/>
      <w:r w:rsidRPr="00F62269">
        <w:t xml:space="preserve"> oleh </w:t>
      </w:r>
      <w:proofErr w:type="spellStart"/>
      <w:r w:rsidRPr="00F62269">
        <w:t>pihak</w:t>
      </w:r>
      <w:proofErr w:type="spellEnd"/>
      <w:r w:rsidRPr="00F62269">
        <w:t xml:space="preserve"> </w:t>
      </w:r>
      <w:proofErr w:type="spellStart"/>
      <w:r w:rsidRPr="00F62269">
        <w:t>pembuat</w:t>
      </w:r>
      <w:proofErr w:type="spellEnd"/>
      <w:r w:rsidRPr="00F62269">
        <w:t xml:space="preserve"> </w:t>
      </w:r>
      <w:proofErr w:type="spellStart"/>
      <w:r w:rsidRPr="00F62269">
        <w:t>untuk</w:t>
      </w:r>
      <w:proofErr w:type="spellEnd"/>
      <w:r w:rsidRPr="00F62269">
        <w:t xml:space="preserve"> </w:t>
      </w:r>
      <w:proofErr w:type="spellStart"/>
      <w:r w:rsidRPr="00F62269">
        <w:t>tujuan</w:t>
      </w:r>
      <w:proofErr w:type="spellEnd"/>
      <w:r w:rsidRPr="00F62269">
        <w:t xml:space="preserve"> </w:t>
      </w:r>
      <w:proofErr w:type="spellStart"/>
      <w:r w:rsidRPr="00F62269">
        <w:t>efisiensi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41"/>
        </w:numPr>
      </w:pPr>
      <w:proofErr w:type="spellStart"/>
      <w:r w:rsidRPr="00F62269">
        <w:rPr>
          <w:b/>
          <w:bCs/>
        </w:rPr>
        <w:t>Sesuai</w:t>
      </w:r>
      <w:proofErr w:type="spellEnd"/>
      <w:r w:rsidRPr="00F62269">
        <w:t xml:space="preserve"> (</w:t>
      </w:r>
      <w:proofErr w:type="spellStart"/>
      <w:r w:rsidRPr="00F62269">
        <w:t>Pergeseran</w:t>
      </w:r>
      <w:proofErr w:type="spellEnd"/>
      <w:r w:rsidRPr="00F62269">
        <w:t xml:space="preserve"> </w:t>
      </w:r>
      <w:proofErr w:type="spellStart"/>
      <w:r w:rsidRPr="00F62269">
        <w:t>sistem</w:t>
      </w:r>
      <w:proofErr w:type="spellEnd"/>
      <w:r w:rsidRPr="00F62269">
        <w:t xml:space="preserve"> </w:t>
      </w:r>
      <w:proofErr w:type="spellStart"/>
      <w:r w:rsidRPr="00F62269">
        <w:t>transaksi</w:t>
      </w:r>
      <w:proofErr w:type="spellEnd"/>
      <w:r w:rsidRPr="00F62269">
        <w:t xml:space="preserve"> </w:t>
      </w:r>
      <w:proofErr w:type="spellStart"/>
      <w:r w:rsidRPr="00F62269">
        <w:t>berbasis</w:t>
      </w:r>
      <w:proofErr w:type="spellEnd"/>
      <w:r w:rsidRPr="00F62269">
        <w:t xml:space="preserve"> </w:t>
      </w:r>
      <w:proofErr w:type="spellStart"/>
      <w:r w:rsidRPr="00F62269">
        <w:t>finansial</w:t>
      </w:r>
      <w:proofErr w:type="spellEnd"/>
      <w:r w:rsidRPr="00F62269">
        <w:t xml:space="preserve"> digital </w:t>
      </w:r>
      <w:proofErr w:type="spellStart"/>
      <w:r w:rsidRPr="00F62269">
        <w:t>terjadi</w:t>
      </w:r>
      <w:proofErr w:type="spellEnd"/>
      <w:r w:rsidRPr="00F62269">
        <w:t xml:space="preserve"> </w:t>
      </w:r>
      <w:proofErr w:type="spellStart"/>
      <w:r w:rsidRPr="00F62269">
        <w:t>dalam</w:t>
      </w:r>
      <w:proofErr w:type="spellEnd"/>
      <w:r w:rsidRPr="00F62269">
        <w:t xml:space="preserve"> </w:t>
      </w:r>
      <w:proofErr w:type="spellStart"/>
      <w:r w:rsidRPr="00F62269">
        <w:t>waktu</w:t>
      </w:r>
      <w:proofErr w:type="spellEnd"/>
      <w:r w:rsidRPr="00F62269">
        <w:t xml:space="preserve"> </w:t>
      </w:r>
      <w:proofErr w:type="spellStart"/>
      <w:r w:rsidRPr="00F62269">
        <w:t>singkat</w:t>
      </w:r>
      <w:proofErr w:type="spellEnd"/>
      <w:r w:rsidRPr="00F62269">
        <w:t xml:space="preserve"> dan </w:t>
      </w:r>
      <w:proofErr w:type="spellStart"/>
      <w:r w:rsidRPr="00F62269">
        <w:t>berdampak</w:t>
      </w:r>
      <w:proofErr w:type="spellEnd"/>
      <w:r w:rsidRPr="00F62269">
        <w:t xml:space="preserve"> </w:t>
      </w:r>
      <w:proofErr w:type="spellStart"/>
      <w:r w:rsidRPr="00F62269">
        <w:t>mendasar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41"/>
        </w:numPr>
      </w:pPr>
      <w:proofErr w:type="spellStart"/>
      <w:r w:rsidRPr="00F62269">
        <w:rPr>
          <w:b/>
          <w:bCs/>
        </w:rPr>
        <w:t>Tidak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Sesuai</w:t>
      </w:r>
      <w:proofErr w:type="spellEnd"/>
      <w:r w:rsidRPr="00F62269">
        <w:t xml:space="preserve"> (Masyarakat </w:t>
      </w:r>
      <w:proofErr w:type="spellStart"/>
      <w:r w:rsidRPr="00F62269">
        <w:t>lokal</w:t>
      </w:r>
      <w:proofErr w:type="spellEnd"/>
      <w:r w:rsidRPr="00F62269">
        <w:t xml:space="preserve"> </w:t>
      </w:r>
      <w:proofErr w:type="spellStart"/>
      <w:r w:rsidRPr="00F62269">
        <w:t>justru</w:t>
      </w:r>
      <w:proofErr w:type="spellEnd"/>
      <w:r w:rsidRPr="00F62269">
        <w:t xml:space="preserve"> </w:t>
      </w:r>
      <w:proofErr w:type="spellStart"/>
      <w:r w:rsidRPr="00F62269">
        <w:t>adaptif</w:t>
      </w:r>
      <w:proofErr w:type="spellEnd"/>
      <w:r w:rsidRPr="00F62269">
        <w:t xml:space="preserve"> dan </w:t>
      </w:r>
      <w:proofErr w:type="spellStart"/>
      <w:r w:rsidRPr="00F62269">
        <w:t>memanfaatkan</w:t>
      </w:r>
      <w:proofErr w:type="spellEnd"/>
      <w:r w:rsidRPr="00F62269">
        <w:t xml:space="preserve"> </w:t>
      </w:r>
      <w:proofErr w:type="spellStart"/>
      <w:r w:rsidRPr="00F62269">
        <w:t>teknologi</w:t>
      </w:r>
      <w:proofErr w:type="spellEnd"/>
      <w:r w:rsidRPr="00F62269">
        <w:t xml:space="preserve"> </w:t>
      </w:r>
      <w:proofErr w:type="spellStart"/>
      <w:r w:rsidRPr="00F62269">
        <w:t>untuk</w:t>
      </w:r>
      <w:proofErr w:type="spellEnd"/>
      <w:r w:rsidRPr="00F62269">
        <w:t xml:space="preserve"> </w:t>
      </w:r>
      <w:proofErr w:type="spellStart"/>
      <w:r w:rsidRPr="00F62269">
        <w:t>memperluas</w:t>
      </w:r>
      <w:proofErr w:type="spellEnd"/>
      <w:r w:rsidRPr="00F62269">
        <w:t xml:space="preserve"> pasar).</w:t>
      </w:r>
    </w:p>
    <w:p w:rsidR="00693395" w:rsidRPr="00F62269" w:rsidRDefault="00693395" w:rsidP="00693395">
      <w:pPr>
        <w:pStyle w:val="NormalWeb"/>
        <w:numPr>
          <w:ilvl w:val="1"/>
          <w:numId w:val="41"/>
        </w:numPr>
      </w:pPr>
      <w:proofErr w:type="spellStart"/>
      <w:r w:rsidRPr="00F62269">
        <w:rPr>
          <w:b/>
          <w:bCs/>
        </w:rPr>
        <w:t>Sesuai</w:t>
      </w:r>
      <w:proofErr w:type="spellEnd"/>
      <w:r w:rsidRPr="00F62269">
        <w:t xml:space="preserve"> (</w:t>
      </w:r>
      <w:proofErr w:type="spellStart"/>
      <w:r w:rsidRPr="00F62269">
        <w:t>Pengaruhnya</w:t>
      </w:r>
      <w:proofErr w:type="spellEnd"/>
      <w:r w:rsidRPr="00F62269">
        <w:t xml:space="preserve"> </w:t>
      </w:r>
      <w:proofErr w:type="spellStart"/>
      <w:r w:rsidRPr="00F62269">
        <w:t>luas</w:t>
      </w:r>
      <w:proofErr w:type="spellEnd"/>
      <w:r w:rsidRPr="00F62269">
        <w:t xml:space="preserve"> </w:t>
      </w:r>
      <w:proofErr w:type="spellStart"/>
      <w:r w:rsidRPr="00F62269">
        <w:t>karena</w:t>
      </w:r>
      <w:proofErr w:type="spellEnd"/>
      <w:r w:rsidRPr="00F62269">
        <w:t xml:space="preserve"> </w:t>
      </w:r>
      <w:proofErr w:type="spellStart"/>
      <w:r w:rsidRPr="00F62269">
        <w:t>mengubah</w:t>
      </w:r>
      <w:proofErr w:type="spellEnd"/>
      <w:r w:rsidRPr="00F62269">
        <w:t xml:space="preserve"> tata </w:t>
      </w:r>
      <w:proofErr w:type="spellStart"/>
      <w:r w:rsidRPr="00F62269">
        <w:t>cara</w:t>
      </w:r>
      <w:proofErr w:type="spellEnd"/>
      <w:r w:rsidRPr="00F62269">
        <w:t xml:space="preserve"> </w:t>
      </w:r>
      <w:proofErr w:type="spellStart"/>
      <w:r w:rsidRPr="00F62269">
        <w:t>pemasaran</w:t>
      </w:r>
      <w:proofErr w:type="spellEnd"/>
      <w:r w:rsidRPr="00F62269">
        <w:t xml:space="preserve"> </w:t>
      </w:r>
      <w:proofErr w:type="spellStart"/>
      <w:r w:rsidRPr="00F62269">
        <w:t>dari</w:t>
      </w:r>
      <w:proofErr w:type="spellEnd"/>
      <w:r w:rsidRPr="00F62269">
        <w:t xml:space="preserve"> </w:t>
      </w:r>
      <w:proofErr w:type="spellStart"/>
      <w:r w:rsidRPr="00F62269">
        <w:t>lokal</w:t>
      </w:r>
      <w:proofErr w:type="spellEnd"/>
      <w:r w:rsidRPr="00F62269">
        <w:t xml:space="preserve"> </w:t>
      </w:r>
      <w:proofErr w:type="spellStart"/>
      <w:r w:rsidRPr="00F62269">
        <w:t>menjadi</w:t>
      </w:r>
      <w:proofErr w:type="spellEnd"/>
      <w:r w:rsidRPr="00F62269">
        <w:t xml:space="preserve"> </w:t>
      </w:r>
      <w:proofErr w:type="spellStart"/>
      <w:r w:rsidRPr="00F62269">
        <w:t>nasional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41"/>
        </w:numPr>
      </w:pPr>
      <w:proofErr w:type="spellStart"/>
      <w:r w:rsidRPr="00F62269">
        <w:rPr>
          <w:b/>
          <w:bCs/>
        </w:rPr>
        <w:t>Tidak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Sesuai</w:t>
      </w:r>
      <w:proofErr w:type="spellEnd"/>
      <w:r w:rsidRPr="00F62269">
        <w:t xml:space="preserve"> (</w:t>
      </w:r>
      <w:proofErr w:type="spellStart"/>
      <w:r w:rsidRPr="00F62269">
        <w:t>Perubahan</w:t>
      </w:r>
      <w:proofErr w:type="spellEnd"/>
      <w:r w:rsidRPr="00F62269">
        <w:t xml:space="preserve"> </w:t>
      </w:r>
      <w:proofErr w:type="spellStart"/>
      <w:r w:rsidRPr="00F62269">
        <w:t>ini</w:t>
      </w:r>
      <w:proofErr w:type="spellEnd"/>
      <w:r w:rsidRPr="00F62269">
        <w:t xml:space="preserve"> </w:t>
      </w:r>
      <w:proofErr w:type="spellStart"/>
      <w:r w:rsidRPr="00F62269">
        <w:t>bersifat</w:t>
      </w:r>
      <w:proofErr w:type="spellEnd"/>
      <w:r w:rsidRPr="00F62269">
        <w:t xml:space="preserve"> </w:t>
      </w:r>
      <w:proofErr w:type="spellStart"/>
      <w:r w:rsidRPr="00F62269">
        <w:t>progresif</w:t>
      </w:r>
      <w:proofErr w:type="spellEnd"/>
      <w:r w:rsidRPr="00F62269">
        <w:t>/</w:t>
      </w:r>
      <w:proofErr w:type="spellStart"/>
      <w:r w:rsidRPr="00F62269">
        <w:t>kemajuan</w:t>
      </w:r>
      <w:proofErr w:type="spellEnd"/>
      <w:r w:rsidRPr="00F62269">
        <w:t xml:space="preserve"> </w:t>
      </w:r>
      <w:proofErr w:type="spellStart"/>
      <w:r w:rsidRPr="00F62269">
        <w:t>karena</w:t>
      </w:r>
      <w:proofErr w:type="spellEnd"/>
      <w:r w:rsidRPr="00F62269">
        <w:t xml:space="preserve"> </w:t>
      </w:r>
      <w:proofErr w:type="spellStart"/>
      <w:r w:rsidRPr="00F62269">
        <w:t>meningkatkan</w:t>
      </w:r>
      <w:proofErr w:type="spellEnd"/>
      <w:r w:rsidRPr="00F62269">
        <w:t xml:space="preserve"> </w:t>
      </w:r>
      <w:proofErr w:type="spellStart"/>
      <w:r w:rsidRPr="00F62269">
        <w:t>efisiensi</w:t>
      </w:r>
      <w:proofErr w:type="spellEnd"/>
      <w:r w:rsidRPr="00F62269">
        <w:t xml:space="preserve"> pasar).</w:t>
      </w:r>
    </w:p>
    <w:p w:rsidR="00693395" w:rsidRPr="00693395" w:rsidRDefault="00693395" w:rsidP="00693395">
      <w:pPr>
        <w:pStyle w:val="Heading4"/>
        <w:rPr>
          <w:color w:val="auto"/>
        </w:rPr>
      </w:pPr>
      <w:r w:rsidRPr="00693395">
        <w:rPr>
          <w:color w:val="auto"/>
        </w:rPr>
        <w:t xml:space="preserve">SOAL NO. </w:t>
      </w:r>
      <w:r w:rsidRPr="00693395">
        <w:rPr>
          <w:color w:val="auto"/>
        </w:rPr>
        <w:t>5</w:t>
      </w:r>
      <w:r w:rsidRPr="00693395">
        <w:rPr>
          <w:color w:val="auto"/>
        </w:rPr>
        <w:t>8</w:t>
      </w:r>
    </w:p>
    <w:p w:rsidR="00693395" w:rsidRPr="00F62269" w:rsidRDefault="00693395" w:rsidP="00693395">
      <w:pPr>
        <w:pStyle w:val="NormalWeb"/>
        <w:numPr>
          <w:ilvl w:val="0"/>
          <w:numId w:val="42"/>
        </w:numPr>
      </w:pPr>
      <w:proofErr w:type="spellStart"/>
      <w:r w:rsidRPr="00F62269">
        <w:rPr>
          <w:b/>
          <w:bCs/>
        </w:rPr>
        <w:t>Materi</w:t>
      </w:r>
      <w:proofErr w:type="spellEnd"/>
      <w:r w:rsidRPr="00F62269">
        <w:rPr>
          <w:b/>
          <w:bCs/>
        </w:rPr>
        <w:t xml:space="preserve"> / Sub </w:t>
      </w:r>
      <w:proofErr w:type="spellStart"/>
      <w:r w:rsidRPr="00F62269">
        <w:rPr>
          <w:b/>
          <w:bCs/>
        </w:rPr>
        <w:t>Materi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Dampak</w:t>
      </w:r>
      <w:proofErr w:type="spellEnd"/>
      <w:r w:rsidRPr="00F62269">
        <w:t xml:space="preserve"> </w:t>
      </w:r>
      <w:proofErr w:type="spellStart"/>
      <w:r w:rsidRPr="00F62269">
        <w:t>Perubahan</w:t>
      </w:r>
      <w:proofErr w:type="spellEnd"/>
      <w:r w:rsidRPr="00F62269">
        <w:t xml:space="preserve"> </w:t>
      </w:r>
      <w:proofErr w:type="spellStart"/>
      <w:r w:rsidRPr="00F62269">
        <w:t>Sosial</w:t>
      </w:r>
      <w:proofErr w:type="spellEnd"/>
      <w:r w:rsidRPr="00F62269">
        <w:t xml:space="preserve"> / </w:t>
      </w:r>
      <w:r w:rsidRPr="00F62269">
        <w:rPr>
          <w:i/>
          <w:iCs/>
        </w:rPr>
        <w:t>Cultural Lag</w:t>
      </w:r>
      <w:r w:rsidRPr="00F62269">
        <w:t xml:space="preserve"> (</w:t>
      </w:r>
      <w:proofErr w:type="spellStart"/>
      <w:r w:rsidRPr="00F62269">
        <w:t>Ketimpangan</w:t>
      </w:r>
      <w:proofErr w:type="spellEnd"/>
      <w:r w:rsidRPr="00F62269">
        <w:t xml:space="preserve"> </w:t>
      </w:r>
      <w:proofErr w:type="spellStart"/>
      <w:r w:rsidRPr="00F62269">
        <w:t>Budaya</w:t>
      </w:r>
      <w:proofErr w:type="spellEnd"/>
      <w:r w:rsidRPr="00F62269">
        <w:t>)</w:t>
      </w:r>
    </w:p>
    <w:p w:rsidR="00693395" w:rsidRPr="00F62269" w:rsidRDefault="00693395" w:rsidP="00693395">
      <w:pPr>
        <w:pStyle w:val="NormalWeb"/>
        <w:numPr>
          <w:ilvl w:val="0"/>
          <w:numId w:val="42"/>
        </w:numPr>
      </w:pPr>
      <w:proofErr w:type="spellStart"/>
      <w:r w:rsidRPr="00F62269">
        <w:rPr>
          <w:b/>
          <w:bCs/>
        </w:rPr>
        <w:lastRenderedPageBreak/>
        <w:t>Indikator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Berpikir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Menganalisis</w:t>
      </w:r>
      <w:proofErr w:type="spellEnd"/>
      <w:r w:rsidRPr="00F62269">
        <w:t xml:space="preserve"> </w:t>
      </w:r>
      <w:proofErr w:type="spellStart"/>
      <w:r w:rsidRPr="00F62269">
        <w:t>fenomena</w:t>
      </w:r>
      <w:proofErr w:type="spellEnd"/>
      <w:r w:rsidRPr="00F62269">
        <w:t xml:space="preserve"> </w:t>
      </w:r>
      <w:r w:rsidRPr="00F62269">
        <w:rPr>
          <w:i/>
          <w:iCs/>
        </w:rPr>
        <w:t>Cultural Lag</w:t>
      </w:r>
      <w:r w:rsidRPr="00F62269">
        <w:t xml:space="preserve"> (</w:t>
      </w:r>
      <w:proofErr w:type="spellStart"/>
      <w:r w:rsidRPr="00F62269">
        <w:t>keterlambatan</w:t>
      </w:r>
      <w:proofErr w:type="spellEnd"/>
      <w:r w:rsidRPr="00F62269">
        <w:t xml:space="preserve"> </w:t>
      </w:r>
      <w:proofErr w:type="spellStart"/>
      <w:r w:rsidRPr="00F62269">
        <w:t>perkembangan</w:t>
      </w:r>
      <w:proofErr w:type="spellEnd"/>
      <w:r w:rsidRPr="00F62269">
        <w:t xml:space="preserve"> </w:t>
      </w:r>
      <w:proofErr w:type="spellStart"/>
      <w:r w:rsidRPr="00F62269">
        <w:t>norma</w:t>
      </w:r>
      <w:proofErr w:type="spellEnd"/>
      <w:r w:rsidRPr="00F62269">
        <w:t>/</w:t>
      </w:r>
      <w:proofErr w:type="spellStart"/>
      <w:r w:rsidRPr="00F62269">
        <w:t>etika</w:t>
      </w:r>
      <w:proofErr w:type="spellEnd"/>
      <w:r w:rsidRPr="00F62269">
        <w:t xml:space="preserve"> </w:t>
      </w:r>
      <w:proofErr w:type="spellStart"/>
      <w:r w:rsidRPr="00F62269">
        <w:t>dibanding</w:t>
      </w:r>
      <w:proofErr w:type="spellEnd"/>
      <w:r w:rsidRPr="00F62269">
        <w:t xml:space="preserve"> </w:t>
      </w:r>
      <w:proofErr w:type="spellStart"/>
      <w:r w:rsidRPr="00F62269">
        <w:t>percepatan</w:t>
      </w:r>
      <w:proofErr w:type="spellEnd"/>
      <w:r w:rsidRPr="00F62269">
        <w:t xml:space="preserve"> </w:t>
      </w:r>
      <w:proofErr w:type="spellStart"/>
      <w:r w:rsidRPr="00F62269">
        <w:t>alat</w:t>
      </w:r>
      <w:proofErr w:type="spellEnd"/>
      <w:r w:rsidRPr="00F62269">
        <w:t xml:space="preserve"> </w:t>
      </w:r>
      <w:proofErr w:type="spellStart"/>
      <w:r w:rsidRPr="00F62269">
        <w:t>teknologi</w:t>
      </w:r>
      <w:proofErr w:type="spellEnd"/>
      <w:r w:rsidRPr="00F62269">
        <w:t xml:space="preserve">) </w:t>
      </w:r>
      <w:proofErr w:type="spellStart"/>
      <w:r w:rsidRPr="00F62269">
        <w:t>dalam</w:t>
      </w:r>
      <w:proofErr w:type="spellEnd"/>
      <w:r w:rsidRPr="00F62269">
        <w:t xml:space="preserve"> </w:t>
      </w:r>
      <w:proofErr w:type="spellStart"/>
      <w:r w:rsidRPr="00F62269">
        <w:t>kehidupan</w:t>
      </w:r>
      <w:proofErr w:type="spellEnd"/>
      <w:r w:rsidRPr="00F62269">
        <w:t xml:space="preserve"> </w:t>
      </w:r>
      <w:proofErr w:type="spellStart"/>
      <w:r w:rsidRPr="00F62269">
        <w:t>remaja</w:t>
      </w:r>
      <w:proofErr w:type="spellEnd"/>
    </w:p>
    <w:p w:rsidR="00693395" w:rsidRPr="00F62269" w:rsidRDefault="00693395" w:rsidP="00693395">
      <w:pPr>
        <w:pStyle w:val="NormalWeb"/>
        <w:numPr>
          <w:ilvl w:val="0"/>
          <w:numId w:val="42"/>
        </w:numPr>
      </w:pPr>
      <w:r w:rsidRPr="00F62269">
        <w:rPr>
          <w:b/>
          <w:bCs/>
        </w:rPr>
        <w:t xml:space="preserve">Tingkat </w:t>
      </w:r>
      <w:proofErr w:type="spellStart"/>
      <w:r w:rsidRPr="00F62269">
        <w:rPr>
          <w:b/>
          <w:bCs/>
        </w:rPr>
        <w:t>Kognitif</w:t>
      </w:r>
      <w:proofErr w:type="spellEnd"/>
      <w:r w:rsidRPr="00F62269">
        <w:rPr>
          <w:b/>
          <w:bCs/>
        </w:rPr>
        <w:t>:</w:t>
      </w:r>
      <w:r w:rsidRPr="00F62269">
        <w:t xml:space="preserve"> C4 (</w:t>
      </w:r>
      <w:proofErr w:type="spellStart"/>
      <w:r w:rsidRPr="00F62269">
        <w:t>Analisis</w:t>
      </w:r>
      <w:proofErr w:type="spellEnd"/>
      <w:r w:rsidRPr="00F62269">
        <w:t xml:space="preserve">) | </w:t>
      </w:r>
      <w:proofErr w:type="spellStart"/>
      <w:r w:rsidRPr="00F62269">
        <w:rPr>
          <w:b/>
          <w:bCs/>
        </w:rPr>
        <w:t>Kesulitan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Sedang</w:t>
      </w:r>
      <w:proofErr w:type="spellEnd"/>
    </w:p>
    <w:p w:rsidR="00693395" w:rsidRPr="00F62269" w:rsidRDefault="00693395" w:rsidP="00693395">
      <w:pPr>
        <w:pStyle w:val="NormalWeb"/>
        <w:numPr>
          <w:ilvl w:val="0"/>
          <w:numId w:val="42"/>
        </w:numPr>
      </w:pPr>
      <w:proofErr w:type="spellStart"/>
      <w:r w:rsidRPr="00F62269">
        <w:rPr>
          <w:b/>
          <w:bCs/>
        </w:rPr>
        <w:t>Bentuk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Tabel</w:t>
      </w:r>
      <w:proofErr w:type="spellEnd"/>
      <w:r w:rsidRPr="00F62269">
        <w:t xml:space="preserve"> </w:t>
      </w:r>
      <w:proofErr w:type="spellStart"/>
      <w:r w:rsidRPr="00F62269">
        <w:t>Benar</w:t>
      </w:r>
      <w:proofErr w:type="spellEnd"/>
      <w:r w:rsidRPr="00F62269">
        <w:t xml:space="preserve"> – Salah </w:t>
      </w:r>
    </w:p>
    <w:p w:rsidR="00693395" w:rsidRPr="00F62269" w:rsidRDefault="00693395" w:rsidP="00693395">
      <w:pPr>
        <w:pStyle w:val="NormalWeb"/>
      </w:pPr>
      <w:r w:rsidRPr="00F62269">
        <w:rPr>
          <w:b/>
          <w:bCs/>
        </w:rPr>
        <w:t xml:space="preserve">Stimulus / </w:t>
      </w:r>
      <w:proofErr w:type="spellStart"/>
      <w:r w:rsidRPr="00F62269">
        <w:rPr>
          <w:b/>
          <w:bCs/>
        </w:rPr>
        <w:t>Wacana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</w:pPr>
      <w:proofErr w:type="spellStart"/>
      <w:r w:rsidRPr="00F62269">
        <w:rPr>
          <w:b/>
          <w:bCs/>
        </w:rPr>
        <w:t>Fenomena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Pelajar</w:t>
      </w:r>
      <w:proofErr w:type="spellEnd"/>
      <w:r w:rsidRPr="00F62269">
        <w:rPr>
          <w:b/>
          <w:bCs/>
        </w:rPr>
        <w:t xml:space="preserve"> dan Media </w:t>
      </w:r>
      <w:proofErr w:type="spellStart"/>
      <w:r w:rsidRPr="00F62269">
        <w:rPr>
          <w:b/>
          <w:bCs/>
        </w:rPr>
        <w:t>Sosial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  <w:jc w:val="both"/>
      </w:pPr>
      <w:proofErr w:type="spellStart"/>
      <w:r w:rsidRPr="00F62269">
        <w:t>Hampir</w:t>
      </w:r>
      <w:proofErr w:type="spellEnd"/>
      <w:r w:rsidRPr="00F62269">
        <w:t xml:space="preserve"> </w:t>
      </w:r>
      <w:proofErr w:type="spellStart"/>
      <w:r w:rsidRPr="00F62269">
        <w:t>seluruh</w:t>
      </w:r>
      <w:proofErr w:type="spellEnd"/>
      <w:r w:rsidRPr="00F62269">
        <w:t xml:space="preserve"> </w:t>
      </w:r>
      <w:proofErr w:type="spellStart"/>
      <w:r w:rsidRPr="00F62269">
        <w:t>siswa</w:t>
      </w:r>
      <w:proofErr w:type="spellEnd"/>
      <w:r w:rsidRPr="00F62269">
        <w:t xml:space="preserve"> SMA </w:t>
      </w:r>
      <w:proofErr w:type="spellStart"/>
      <w:r w:rsidRPr="00F62269">
        <w:t>saat</w:t>
      </w:r>
      <w:proofErr w:type="spellEnd"/>
      <w:r w:rsidRPr="00F62269">
        <w:t xml:space="preserve"> </w:t>
      </w:r>
      <w:proofErr w:type="spellStart"/>
      <w:r w:rsidRPr="00F62269">
        <w:t>ini</w:t>
      </w:r>
      <w:proofErr w:type="spellEnd"/>
      <w:r w:rsidRPr="00F62269">
        <w:t xml:space="preserve"> </w:t>
      </w:r>
      <w:proofErr w:type="spellStart"/>
      <w:r w:rsidRPr="00F62269">
        <w:t>memiliki</w:t>
      </w:r>
      <w:proofErr w:type="spellEnd"/>
      <w:r w:rsidRPr="00F62269">
        <w:t xml:space="preserve"> </w:t>
      </w:r>
      <w:proofErr w:type="spellStart"/>
      <w:r w:rsidRPr="00F62269">
        <w:t>ponsel</w:t>
      </w:r>
      <w:proofErr w:type="spellEnd"/>
      <w:r w:rsidRPr="00F62269">
        <w:t xml:space="preserve"> </w:t>
      </w:r>
      <w:proofErr w:type="spellStart"/>
      <w:r w:rsidRPr="00F62269">
        <w:t>pintar</w:t>
      </w:r>
      <w:proofErr w:type="spellEnd"/>
      <w:r w:rsidRPr="00F62269">
        <w:t xml:space="preserve"> </w:t>
      </w:r>
      <w:proofErr w:type="spellStart"/>
      <w:r w:rsidRPr="00F62269">
        <w:t>berkemampuan</w:t>
      </w:r>
      <w:proofErr w:type="spellEnd"/>
      <w:r w:rsidRPr="00F62269">
        <w:t xml:space="preserve"> internet </w:t>
      </w:r>
      <w:proofErr w:type="spellStart"/>
      <w:r w:rsidRPr="00F62269">
        <w:t>tinggi</w:t>
      </w:r>
      <w:proofErr w:type="spellEnd"/>
      <w:r w:rsidRPr="00F62269">
        <w:t xml:space="preserve"> </w:t>
      </w:r>
      <w:proofErr w:type="spellStart"/>
      <w:r w:rsidRPr="00F62269">
        <w:t>untuk</w:t>
      </w:r>
      <w:proofErr w:type="spellEnd"/>
      <w:r w:rsidRPr="00F62269">
        <w:t xml:space="preserve"> </w:t>
      </w:r>
      <w:proofErr w:type="spellStart"/>
      <w:r w:rsidRPr="00F62269">
        <w:t>mendukung</w:t>
      </w:r>
      <w:proofErr w:type="spellEnd"/>
      <w:r w:rsidRPr="00F62269">
        <w:t xml:space="preserve"> </w:t>
      </w:r>
      <w:proofErr w:type="spellStart"/>
      <w:r w:rsidRPr="00F62269">
        <w:t>pembelajaran</w:t>
      </w:r>
      <w:proofErr w:type="spellEnd"/>
      <w:r w:rsidRPr="00F62269">
        <w:t xml:space="preserve"> digital. </w:t>
      </w:r>
      <w:proofErr w:type="spellStart"/>
      <w:r w:rsidRPr="00F62269">
        <w:t>Namun</w:t>
      </w:r>
      <w:proofErr w:type="spellEnd"/>
      <w:r w:rsidRPr="00F62269">
        <w:t xml:space="preserve">, </w:t>
      </w:r>
      <w:proofErr w:type="spellStart"/>
      <w:r w:rsidRPr="00F62269">
        <w:t>kemudahan</w:t>
      </w:r>
      <w:proofErr w:type="spellEnd"/>
      <w:r w:rsidRPr="00F62269">
        <w:t xml:space="preserve"> </w:t>
      </w:r>
      <w:proofErr w:type="spellStart"/>
      <w:r w:rsidRPr="00F62269">
        <w:t>ini</w:t>
      </w:r>
      <w:proofErr w:type="spellEnd"/>
      <w:r w:rsidRPr="00F62269">
        <w:t xml:space="preserve"> </w:t>
      </w:r>
      <w:proofErr w:type="spellStart"/>
      <w:r w:rsidRPr="00F62269">
        <w:t>sering</w:t>
      </w:r>
      <w:proofErr w:type="spellEnd"/>
      <w:r w:rsidRPr="00F62269">
        <w:t xml:space="preserve"> kali </w:t>
      </w:r>
      <w:proofErr w:type="spellStart"/>
      <w:r w:rsidRPr="00F62269">
        <w:t>diiringi</w:t>
      </w:r>
      <w:proofErr w:type="spellEnd"/>
      <w:r w:rsidRPr="00F62269">
        <w:t xml:space="preserve"> oleh </w:t>
      </w:r>
      <w:proofErr w:type="spellStart"/>
      <w:r w:rsidRPr="00F62269">
        <w:t>maraknya</w:t>
      </w:r>
      <w:proofErr w:type="spellEnd"/>
      <w:r w:rsidRPr="00F62269">
        <w:t xml:space="preserve"> </w:t>
      </w:r>
      <w:proofErr w:type="spellStart"/>
      <w:r w:rsidRPr="00F62269">
        <w:t>kasus</w:t>
      </w:r>
      <w:proofErr w:type="spellEnd"/>
      <w:r w:rsidRPr="00F62269">
        <w:t xml:space="preserve"> </w:t>
      </w:r>
      <w:proofErr w:type="spellStart"/>
      <w:r w:rsidRPr="00F62269">
        <w:t>penyebaran</w:t>
      </w:r>
      <w:proofErr w:type="spellEnd"/>
      <w:r w:rsidRPr="00F62269">
        <w:t xml:space="preserve"> </w:t>
      </w:r>
      <w:proofErr w:type="spellStart"/>
      <w:r w:rsidRPr="00F62269">
        <w:t>berita</w:t>
      </w:r>
      <w:proofErr w:type="spellEnd"/>
      <w:r w:rsidRPr="00F62269">
        <w:t xml:space="preserve"> </w:t>
      </w:r>
      <w:proofErr w:type="spellStart"/>
      <w:r w:rsidRPr="00F62269">
        <w:t>bohong</w:t>
      </w:r>
      <w:proofErr w:type="spellEnd"/>
      <w:r w:rsidRPr="00F62269">
        <w:t xml:space="preserve"> (</w:t>
      </w:r>
      <w:proofErr w:type="spellStart"/>
      <w:r w:rsidRPr="00F62269">
        <w:rPr>
          <w:i/>
          <w:iCs/>
        </w:rPr>
        <w:t>hoaks</w:t>
      </w:r>
      <w:proofErr w:type="spellEnd"/>
      <w:r w:rsidRPr="00F62269">
        <w:t xml:space="preserve">), </w:t>
      </w:r>
      <w:proofErr w:type="spellStart"/>
      <w:r w:rsidRPr="00F62269">
        <w:t>perundungan</w:t>
      </w:r>
      <w:proofErr w:type="spellEnd"/>
      <w:r w:rsidRPr="00F62269">
        <w:t xml:space="preserve"> </w:t>
      </w:r>
      <w:proofErr w:type="spellStart"/>
      <w:r w:rsidRPr="00F62269">
        <w:t>siber</w:t>
      </w:r>
      <w:proofErr w:type="spellEnd"/>
      <w:r w:rsidRPr="00F62269">
        <w:t xml:space="preserve"> (</w:t>
      </w:r>
      <w:r w:rsidRPr="00F62269">
        <w:rPr>
          <w:i/>
          <w:iCs/>
        </w:rPr>
        <w:t>cyberbullying</w:t>
      </w:r>
      <w:r w:rsidRPr="00F62269">
        <w:t xml:space="preserve">), </w:t>
      </w:r>
      <w:proofErr w:type="spellStart"/>
      <w:r w:rsidRPr="00F62269">
        <w:t>serta</w:t>
      </w:r>
      <w:proofErr w:type="spellEnd"/>
      <w:r w:rsidRPr="00F62269">
        <w:t xml:space="preserve"> </w:t>
      </w:r>
      <w:proofErr w:type="spellStart"/>
      <w:r w:rsidRPr="00F62269">
        <w:t>menurunnya</w:t>
      </w:r>
      <w:proofErr w:type="spellEnd"/>
      <w:r w:rsidRPr="00F62269">
        <w:t xml:space="preserve"> </w:t>
      </w:r>
      <w:proofErr w:type="spellStart"/>
      <w:r w:rsidRPr="00F62269">
        <w:t>etika</w:t>
      </w:r>
      <w:proofErr w:type="spellEnd"/>
      <w:r w:rsidRPr="00F62269">
        <w:t xml:space="preserve"> </w:t>
      </w:r>
      <w:proofErr w:type="spellStart"/>
      <w:r w:rsidRPr="00F62269">
        <w:t>berkomunikasi</w:t>
      </w:r>
      <w:proofErr w:type="spellEnd"/>
      <w:r w:rsidRPr="00F62269">
        <w:t xml:space="preserve"> </w:t>
      </w:r>
      <w:proofErr w:type="spellStart"/>
      <w:r w:rsidRPr="00F62269">
        <w:t>santun</w:t>
      </w:r>
      <w:proofErr w:type="spellEnd"/>
      <w:r w:rsidRPr="00F62269">
        <w:t xml:space="preserve"> di </w:t>
      </w:r>
      <w:proofErr w:type="spellStart"/>
      <w:r w:rsidRPr="00F62269">
        <w:t>grup</w:t>
      </w:r>
      <w:proofErr w:type="spellEnd"/>
      <w:r w:rsidRPr="00F62269">
        <w:t xml:space="preserve"> media </w:t>
      </w:r>
      <w:proofErr w:type="spellStart"/>
      <w:r w:rsidRPr="00F62269">
        <w:t>sosial</w:t>
      </w:r>
      <w:proofErr w:type="spellEnd"/>
      <w:r w:rsidRPr="00F62269">
        <w:t xml:space="preserve"> </w:t>
      </w:r>
      <w:proofErr w:type="spellStart"/>
      <w:r w:rsidRPr="00F62269">
        <w:t>sekolah</w:t>
      </w:r>
      <w:proofErr w:type="spellEnd"/>
      <w:r w:rsidRPr="00F62269">
        <w:t>.</w:t>
      </w:r>
    </w:p>
    <w:p w:rsidR="00693395" w:rsidRPr="00F62269" w:rsidRDefault="00693395" w:rsidP="00693395">
      <w:pPr>
        <w:pStyle w:val="NormalWeb"/>
      </w:pPr>
      <w:proofErr w:type="spellStart"/>
      <w:r w:rsidRPr="00F62269">
        <w:rPr>
          <w:b/>
          <w:bCs/>
        </w:rPr>
        <w:t>Soal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</w:pPr>
      <w:proofErr w:type="spellStart"/>
      <w:r w:rsidRPr="00F62269">
        <w:t>Analisislah</w:t>
      </w:r>
      <w:proofErr w:type="spellEnd"/>
      <w:r w:rsidRPr="00F62269">
        <w:t xml:space="preserve"> </w:t>
      </w:r>
      <w:proofErr w:type="spellStart"/>
      <w:r w:rsidRPr="00F62269">
        <w:t>kasus</w:t>
      </w:r>
      <w:proofErr w:type="spellEnd"/>
      <w:r w:rsidRPr="00F62269">
        <w:t xml:space="preserve"> di </w:t>
      </w:r>
      <w:proofErr w:type="spellStart"/>
      <w:r w:rsidRPr="00F62269">
        <w:t>atas</w:t>
      </w:r>
      <w:proofErr w:type="spellEnd"/>
      <w:r w:rsidRPr="00F62269">
        <w:t xml:space="preserve"> </w:t>
      </w:r>
      <w:proofErr w:type="spellStart"/>
      <w:r w:rsidRPr="00F62269">
        <w:t>menggunakan</w:t>
      </w:r>
      <w:proofErr w:type="spellEnd"/>
      <w:r w:rsidRPr="00F62269">
        <w:t xml:space="preserve"> </w:t>
      </w:r>
      <w:proofErr w:type="spellStart"/>
      <w:r w:rsidRPr="00F62269">
        <w:t>konsep</w:t>
      </w:r>
      <w:proofErr w:type="spellEnd"/>
      <w:r w:rsidRPr="00F62269">
        <w:t xml:space="preserve"> </w:t>
      </w:r>
      <w:proofErr w:type="spellStart"/>
      <w:r w:rsidRPr="00F62269">
        <w:t>ketimpangan</w:t>
      </w:r>
      <w:proofErr w:type="spellEnd"/>
      <w:r w:rsidRPr="00F62269">
        <w:t xml:space="preserve"> </w:t>
      </w:r>
      <w:proofErr w:type="spellStart"/>
      <w:r w:rsidRPr="00F62269">
        <w:t>budaya</w:t>
      </w:r>
      <w:proofErr w:type="spellEnd"/>
      <w:r w:rsidRPr="00F62269">
        <w:t xml:space="preserve"> (</w:t>
      </w:r>
      <w:r w:rsidRPr="00F62269">
        <w:rPr>
          <w:i/>
          <w:iCs/>
        </w:rPr>
        <w:t>cultural lag</w:t>
      </w:r>
      <w:r w:rsidRPr="00F62269">
        <w:t xml:space="preserve">). </w:t>
      </w:r>
      <w:proofErr w:type="spellStart"/>
      <w:r w:rsidRPr="00F62269">
        <w:t>Berikan</w:t>
      </w:r>
      <w:proofErr w:type="spellEnd"/>
      <w:r w:rsidRPr="00F62269">
        <w:t xml:space="preserve"> </w:t>
      </w:r>
      <w:proofErr w:type="spellStart"/>
      <w:r w:rsidRPr="00F62269">
        <w:t>tanda</w:t>
      </w:r>
      <w:proofErr w:type="spellEnd"/>
      <w:r w:rsidRPr="00F62269">
        <w:t xml:space="preserve"> </w:t>
      </w:r>
      <w:proofErr w:type="spellStart"/>
      <w:r w:rsidRPr="00F62269">
        <w:t>centang</w:t>
      </w:r>
      <w:proofErr w:type="spellEnd"/>
      <w:r w:rsidRPr="00F62269">
        <w:t xml:space="preserve"> (</w:t>
      </w:r>
      <w:r w:rsidRPr="00F62269">
        <w:rPr>
          <w:rFonts w:ascii="Segoe UI Symbol" w:hAnsi="Segoe UI Symbol" w:cs="Segoe UI Symbol"/>
        </w:rPr>
        <w:t>✓</w:t>
      </w:r>
      <w:r w:rsidRPr="00F62269">
        <w:t xml:space="preserve">) pada </w:t>
      </w:r>
      <w:proofErr w:type="spellStart"/>
      <w:r w:rsidRPr="00F62269">
        <w:t>kolom</w:t>
      </w:r>
      <w:proofErr w:type="spellEnd"/>
      <w:r w:rsidRPr="00F62269">
        <w:t xml:space="preserve"> </w:t>
      </w:r>
      <w:proofErr w:type="spellStart"/>
      <w:r w:rsidRPr="00F62269">
        <w:rPr>
          <w:b/>
          <w:bCs/>
        </w:rPr>
        <w:t>Benar</w:t>
      </w:r>
      <w:proofErr w:type="spellEnd"/>
      <w:r w:rsidRPr="00F62269">
        <w:rPr>
          <w:b/>
          <w:bCs/>
        </w:rPr>
        <w:t xml:space="preserve"> (B)</w:t>
      </w:r>
      <w:r w:rsidRPr="00F62269">
        <w:t xml:space="preserve"> </w:t>
      </w:r>
      <w:proofErr w:type="spellStart"/>
      <w:r w:rsidRPr="00F62269">
        <w:t>atau</w:t>
      </w:r>
      <w:proofErr w:type="spellEnd"/>
      <w:r w:rsidRPr="00F62269">
        <w:t xml:space="preserve"> </w:t>
      </w:r>
      <w:r w:rsidRPr="00F62269">
        <w:rPr>
          <w:b/>
          <w:bCs/>
        </w:rPr>
        <w:t>Salah (S)</w:t>
      </w:r>
      <w:r w:rsidRPr="00F62269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7261"/>
        <w:gridCol w:w="567"/>
        <w:gridCol w:w="558"/>
      </w:tblGrid>
      <w:tr w:rsidR="00693395" w:rsidRPr="00F62269" w:rsidTr="00A0095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Style w:val="Strong"/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Pernyataan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Analisis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Cultural Lag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Style w:val="Strong"/>
                <w:rFonts w:ascii="Times New Roman" w:hAnsi="Times New Roman" w:cs="Times New Roman"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Style w:val="Strong"/>
                <w:rFonts w:ascii="Times New Roman" w:hAnsi="Times New Roman" w:cs="Times New Roman"/>
              </w:rPr>
              <w:t>S</w:t>
            </w: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Kasus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atas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merupakan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contoh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nyata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r w:rsidRPr="00F62269">
              <w:rPr>
                <w:rFonts w:ascii="Times New Roman" w:hAnsi="Times New Roman" w:cs="Times New Roman"/>
                <w:i/>
                <w:iCs/>
              </w:rPr>
              <w:t>cultural lag</w:t>
            </w:r>
            <w:r w:rsidRPr="00F62269">
              <w:rPr>
                <w:rFonts w:ascii="Times New Roman" w:hAnsi="Times New Roman" w:cs="Times New Roman"/>
              </w:rPr>
              <w:t xml:space="preserve">, di mana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budaya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material (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teknologi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ponsel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berkembang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lebih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cepat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dibanding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budaya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nonmaterial (</w:t>
            </w:r>
            <w:proofErr w:type="spellStart"/>
            <w:r w:rsidRPr="00F62269">
              <w:rPr>
                <w:rFonts w:ascii="Times New Roman" w:hAnsi="Times New Roman" w:cs="Times New Roman"/>
              </w:rPr>
              <w:t>etika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digital).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Kemunculan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r w:rsidRPr="00F62269">
              <w:rPr>
                <w:rFonts w:ascii="Times New Roman" w:hAnsi="Times New Roman" w:cs="Times New Roman"/>
                <w:i/>
                <w:iCs/>
              </w:rPr>
              <w:t>cyberbullying</w:t>
            </w:r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membuktikan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bahwa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literasi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digital dan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kesadaran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hukum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siswa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sudah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mengimbangi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laju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perkembangan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teknologi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</w:rPr>
              <w:t xml:space="preserve">Salah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satu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akar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penyebab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r w:rsidRPr="00F62269">
              <w:rPr>
                <w:rFonts w:ascii="Times New Roman" w:hAnsi="Times New Roman" w:cs="Times New Roman"/>
                <w:i/>
                <w:iCs/>
              </w:rPr>
              <w:t>cultural lag</w:t>
            </w:r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dalam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kasus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ini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adalah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kurangnya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kesiapan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mental, </w:t>
            </w:r>
            <w:proofErr w:type="spellStart"/>
            <w:r w:rsidRPr="00F62269">
              <w:rPr>
                <w:rFonts w:ascii="Times New Roman" w:hAnsi="Times New Roman" w:cs="Times New Roman"/>
              </w:rPr>
              <w:t>norma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F62269">
              <w:rPr>
                <w:rFonts w:ascii="Times New Roman" w:hAnsi="Times New Roman" w:cs="Times New Roman"/>
              </w:rPr>
              <w:t>edukasi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karakter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dalam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memanfaatkan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teknologi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modern.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Penyebaran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  <w:i/>
                <w:iCs/>
              </w:rPr>
              <w:t>hoaks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F62269">
              <w:rPr>
                <w:rFonts w:ascii="Times New Roman" w:hAnsi="Times New Roman" w:cs="Times New Roman"/>
              </w:rPr>
              <w:t>lingkungan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sekolah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merupakan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fenomena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r w:rsidRPr="00F62269">
              <w:rPr>
                <w:rFonts w:ascii="Times New Roman" w:hAnsi="Times New Roman" w:cs="Times New Roman"/>
                <w:i/>
                <w:iCs/>
              </w:rPr>
              <w:t>cultural shock</w:t>
            </w:r>
            <w:r w:rsidRPr="00F6226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62269">
              <w:rPr>
                <w:rFonts w:ascii="Times New Roman" w:hAnsi="Times New Roman" w:cs="Times New Roman"/>
              </w:rPr>
              <w:t>guncangan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budaya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mutlak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tidak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bisa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diperbaiki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Penguatan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pendidikan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etika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bermedia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sosial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F62269">
              <w:rPr>
                <w:rFonts w:ascii="Times New Roman" w:hAnsi="Times New Roman" w:cs="Times New Roman"/>
              </w:rPr>
              <w:t>literasi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kritis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merupakan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langkah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tepat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untuk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menjembatani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kesenjangan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r w:rsidRPr="00F62269">
              <w:rPr>
                <w:rFonts w:ascii="Times New Roman" w:hAnsi="Times New Roman" w:cs="Times New Roman"/>
                <w:i/>
                <w:iCs/>
              </w:rPr>
              <w:t>cultural lag</w:t>
            </w:r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tersebut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93395" w:rsidRPr="00F62269" w:rsidRDefault="00693395" w:rsidP="00693395">
      <w:pPr>
        <w:pStyle w:val="NormalWeb"/>
        <w:numPr>
          <w:ilvl w:val="0"/>
          <w:numId w:val="43"/>
        </w:numPr>
      </w:pPr>
      <w:proofErr w:type="spellStart"/>
      <w:r w:rsidRPr="00F62269">
        <w:rPr>
          <w:b/>
          <w:bCs/>
        </w:rPr>
        <w:t>Kunci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Jawaban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  <w:numPr>
          <w:ilvl w:val="1"/>
          <w:numId w:val="43"/>
        </w:numPr>
      </w:pPr>
      <w:proofErr w:type="spellStart"/>
      <w:r w:rsidRPr="00F62269">
        <w:rPr>
          <w:b/>
          <w:bCs/>
        </w:rPr>
        <w:t>Benar</w:t>
      </w:r>
      <w:proofErr w:type="spellEnd"/>
      <w:r w:rsidRPr="00F62269">
        <w:t xml:space="preserve"> (</w:t>
      </w:r>
      <w:proofErr w:type="spellStart"/>
      <w:r w:rsidRPr="00F62269">
        <w:t>Pengertian</w:t>
      </w:r>
      <w:proofErr w:type="spellEnd"/>
      <w:r w:rsidRPr="00F62269">
        <w:t xml:space="preserve"> </w:t>
      </w:r>
      <w:r w:rsidRPr="00F62269">
        <w:rPr>
          <w:i/>
          <w:iCs/>
        </w:rPr>
        <w:t>cultural lag</w:t>
      </w:r>
      <w:r w:rsidRPr="00F62269">
        <w:t xml:space="preserve"> </w:t>
      </w:r>
      <w:proofErr w:type="spellStart"/>
      <w:r w:rsidRPr="00F62269">
        <w:t>adalah</w:t>
      </w:r>
      <w:proofErr w:type="spellEnd"/>
      <w:r w:rsidRPr="00F62269">
        <w:t xml:space="preserve"> </w:t>
      </w:r>
      <w:proofErr w:type="spellStart"/>
      <w:r w:rsidRPr="00F62269">
        <w:t>keterlambatan</w:t>
      </w:r>
      <w:proofErr w:type="spellEnd"/>
      <w:r w:rsidRPr="00F62269">
        <w:t xml:space="preserve"> </w:t>
      </w:r>
      <w:proofErr w:type="spellStart"/>
      <w:r w:rsidRPr="00F62269">
        <w:t>kebiasaan</w:t>
      </w:r>
      <w:proofErr w:type="spellEnd"/>
      <w:r w:rsidRPr="00F62269">
        <w:t>/</w:t>
      </w:r>
      <w:proofErr w:type="spellStart"/>
      <w:r w:rsidRPr="00F62269">
        <w:t>etika</w:t>
      </w:r>
      <w:proofErr w:type="spellEnd"/>
      <w:r w:rsidRPr="00F62269">
        <w:t xml:space="preserve"> nonmaterial </w:t>
      </w:r>
      <w:proofErr w:type="spellStart"/>
      <w:r w:rsidRPr="00F62269">
        <w:t>menyamai</w:t>
      </w:r>
      <w:proofErr w:type="spellEnd"/>
      <w:r w:rsidRPr="00F62269">
        <w:t xml:space="preserve"> </w:t>
      </w:r>
      <w:proofErr w:type="spellStart"/>
      <w:r w:rsidRPr="00F62269">
        <w:t>kemajuan</w:t>
      </w:r>
      <w:proofErr w:type="spellEnd"/>
      <w:r w:rsidRPr="00F62269">
        <w:t xml:space="preserve"> </w:t>
      </w:r>
      <w:proofErr w:type="spellStart"/>
      <w:r w:rsidRPr="00F62269">
        <w:t>teknologi</w:t>
      </w:r>
      <w:proofErr w:type="spellEnd"/>
      <w:r w:rsidRPr="00F62269">
        <w:t xml:space="preserve"> material).</w:t>
      </w:r>
    </w:p>
    <w:p w:rsidR="00693395" w:rsidRPr="00F62269" w:rsidRDefault="00693395" w:rsidP="00693395">
      <w:pPr>
        <w:pStyle w:val="NormalWeb"/>
        <w:numPr>
          <w:ilvl w:val="1"/>
          <w:numId w:val="43"/>
        </w:numPr>
      </w:pPr>
      <w:r w:rsidRPr="00F62269">
        <w:rPr>
          <w:b/>
          <w:bCs/>
        </w:rPr>
        <w:t>Salah</w:t>
      </w:r>
      <w:r w:rsidRPr="00F62269">
        <w:t xml:space="preserve"> (</w:t>
      </w:r>
      <w:proofErr w:type="spellStart"/>
      <w:r w:rsidRPr="00F62269">
        <w:t>Maraknya</w:t>
      </w:r>
      <w:proofErr w:type="spellEnd"/>
      <w:r w:rsidRPr="00F62269">
        <w:t xml:space="preserve"> </w:t>
      </w:r>
      <w:r w:rsidRPr="00F62269">
        <w:rPr>
          <w:i/>
          <w:iCs/>
        </w:rPr>
        <w:t>cyberbullying</w:t>
      </w:r>
      <w:r w:rsidRPr="00F62269">
        <w:t xml:space="preserve"> </w:t>
      </w:r>
      <w:proofErr w:type="spellStart"/>
      <w:r w:rsidRPr="00F62269">
        <w:t>justru</w:t>
      </w:r>
      <w:proofErr w:type="spellEnd"/>
      <w:r w:rsidRPr="00F62269">
        <w:t xml:space="preserve"> </w:t>
      </w:r>
      <w:proofErr w:type="spellStart"/>
      <w:r w:rsidRPr="00F62269">
        <w:t>indikasi</w:t>
      </w:r>
      <w:proofErr w:type="spellEnd"/>
      <w:r w:rsidRPr="00F62269">
        <w:t xml:space="preserve"> </w:t>
      </w:r>
      <w:proofErr w:type="spellStart"/>
      <w:r w:rsidRPr="00F62269">
        <w:t>belum</w:t>
      </w:r>
      <w:proofErr w:type="spellEnd"/>
      <w:r w:rsidRPr="00F62269">
        <w:t xml:space="preserve"> </w:t>
      </w:r>
      <w:proofErr w:type="spellStart"/>
      <w:r w:rsidRPr="00F62269">
        <w:t>matangnya</w:t>
      </w:r>
      <w:proofErr w:type="spellEnd"/>
      <w:r w:rsidRPr="00F62269">
        <w:t xml:space="preserve"> </w:t>
      </w:r>
      <w:proofErr w:type="spellStart"/>
      <w:r w:rsidRPr="00F62269">
        <w:t>etika</w:t>
      </w:r>
      <w:proofErr w:type="spellEnd"/>
      <w:r w:rsidRPr="00F62269">
        <w:t xml:space="preserve"> digital).</w:t>
      </w:r>
    </w:p>
    <w:p w:rsidR="00693395" w:rsidRPr="00F62269" w:rsidRDefault="00693395" w:rsidP="00693395">
      <w:pPr>
        <w:pStyle w:val="NormalWeb"/>
        <w:numPr>
          <w:ilvl w:val="1"/>
          <w:numId w:val="43"/>
        </w:numPr>
      </w:pPr>
      <w:proofErr w:type="spellStart"/>
      <w:r w:rsidRPr="00F62269">
        <w:rPr>
          <w:b/>
          <w:bCs/>
        </w:rPr>
        <w:t>Benar</w:t>
      </w:r>
      <w:proofErr w:type="spellEnd"/>
      <w:r w:rsidRPr="00F62269">
        <w:t xml:space="preserve"> (</w:t>
      </w:r>
      <w:proofErr w:type="spellStart"/>
      <w:r w:rsidRPr="00F62269">
        <w:t>Kesiapan</w:t>
      </w:r>
      <w:proofErr w:type="spellEnd"/>
      <w:r w:rsidRPr="00F62269">
        <w:t xml:space="preserve"> </w:t>
      </w:r>
      <w:proofErr w:type="spellStart"/>
      <w:r w:rsidRPr="00F62269">
        <w:t>norma</w:t>
      </w:r>
      <w:proofErr w:type="spellEnd"/>
      <w:r w:rsidRPr="00F62269">
        <w:t xml:space="preserve"> dan </w:t>
      </w:r>
      <w:proofErr w:type="spellStart"/>
      <w:r w:rsidRPr="00F62269">
        <w:t>sikap</w:t>
      </w:r>
      <w:proofErr w:type="spellEnd"/>
      <w:r w:rsidRPr="00F62269">
        <w:t xml:space="preserve"> mental yang </w:t>
      </w:r>
      <w:proofErr w:type="spellStart"/>
      <w:r w:rsidRPr="00F62269">
        <w:t>belum</w:t>
      </w:r>
      <w:proofErr w:type="spellEnd"/>
      <w:r w:rsidRPr="00F62269">
        <w:t xml:space="preserve"> </w:t>
      </w:r>
      <w:proofErr w:type="spellStart"/>
      <w:r w:rsidRPr="00F62269">
        <w:t>seimbang</w:t>
      </w:r>
      <w:proofErr w:type="spellEnd"/>
      <w:r w:rsidRPr="00F62269">
        <w:t xml:space="preserve"> </w:t>
      </w:r>
      <w:proofErr w:type="spellStart"/>
      <w:r w:rsidRPr="00F62269">
        <w:t>menjadi</w:t>
      </w:r>
      <w:proofErr w:type="spellEnd"/>
      <w:r w:rsidRPr="00F62269">
        <w:t xml:space="preserve"> </w:t>
      </w:r>
      <w:proofErr w:type="spellStart"/>
      <w:r w:rsidRPr="00F62269">
        <w:t>pemicu</w:t>
      </w:r>
      <w:proofErr w:type="spellEnd"/>
      <w:r w:rsidRPr="00F62269">
        <w:t xml:space="preserve"> </w:t>
      </w:r>
      <w:proofErr w:type="spellStart"/>
      <w:r w:rsidRPr="00F62269">
        <w:t>utama</w:t>
      </w:r>
      <w:proofErr w:type="spellEnd"/>
      <w:r w:rsidRPr="00F62269">
        <w:t xml:space="preserve"> </w:t>
      </w:r>
      <w:r w:rsidRPr="00F62269">
        <w:rPr>
          <w:i/>
          <w:iCs/>
        </w:rPr>
        <w:t>cultural lag</w:t>
      </w:r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43"/>
        </w:numPr>
      </w:pPr>
      <w:r w:rsidRPr="00F62269">
        <w:rPr>
          <w:b/>
          <w:bCs/>
        </w:rPr>
        <w:t>Salah</w:t>
      </w:r>
      <w:r w:rsidRPr="00F62269">
        <w:t xml:space="preserve"> (</w:t>
      </w:r>
      <w:proofErr w:type="spellStart"/>
      <w:r w:rsidRPr="00F62269">
        <w:t>Fenomena</w:t>
      </w:r>
      <w:proofErr w:type="spellEnd"/>
      <w:r w:rsidRPr="00F62269">
        <w:t xml:space="preserve"> </w:t>
      </w:r>
      <w:proofErr w:type="spellStart"/>
      <w:r w:rsidRPr="00F62269">
        <w:t>ini</w:t>
      </w:r>
      <w:proofErr w:type="spellEnd"/>
      <w:r w:rsidRPr="00F62269">
        <w:t xml:space="preserve"> </w:t>
      </w:r>
      <w:proofErr w:type="spellStart"/>
      <w:r w:rsidRPr="00F62269">
        <w:t>adalah</w:t>
      </w:r>
      <w:proofErr w:type="spellEnd"/>
      <w:r w:rsidRPr="00F62269">
        <w:t xml:space="preserve"> </w:t>
      </w:r>
      <w:r w:rsidRPr="00F62269">
        <w:rPr>
          <w:i/>
          <w:iCs/>
        </w:rPr>
        <w:t>cultural lag</w:t>
      </w:r>
      <w:r w:rsidRPr="00F62269">
        <w:t xml:space="preserve"> yang </w:t>
      </w:r>
      <w:proofErr w:type="spellStart"/>
      <w:r w:rsidRPr="00F62269">
        <w:t>bisa</w:t>
      </w:r>
      <w:proofErr w:type="spellEnd"/>
      <w:r w:rsidRPr="00F62269">
        <w:t xml:space="preserve"> </w:t>
      </w:r>
      <w:proofErr w:type="spellStart"/>
      <w:r w:rsidRPr="00F62269">
        <w:t>diedukasi</w:t>
      </w:r>
      <w:proofErr w:type="spellEnd"/>
      <w:r w:rsidRPr="00F62269">
        <w:t xml:space="preserve">, </w:t>
      </w:r>
      <w:proofErr w:type="spellStart"/>
      <w:r w:rsidRPr="00F62269">
        <w:t>bukan</w:t>
      </w:r>
      <w:proofErr w:type="spellEnd"/>
      <w:r w:rsidRPr="00F62269">
        <w:t xml:space="preserve"> </w:t>
      </w:r>
      <w:r w:rsidRPr="00F62269">
        <w:rPr>
          <w:i/>
          <w:iCs/>
        </w:rPr>
        <w:t>cultural shock</w:t>
      </w:r>
      <w:r w:rsidRPr="00F62269">
        <w:t xml:space="preserve"> </w:t>
      </w:r>
      <w:proofErr w:type="spellStart"/>
      <w:r w:rsidRPr="00F62269">
        <w:t>permanen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43"/>
        </w:numPr>
      </w:pPr>
      <w:proofErr w:type="spellStart"/>
      <w:r w:rsidRPr="00F62269">
        <w:rPr>
          <w:b/>
          <w:bCs/>
        </w:rPr>
        <w:t>Benar</w:t>
      </w:r>
      <w:proofErr w:type="spellEnd"/>
      <w:r w:rsidRPr="00F62269">
        <w:t xml:space="preserve"> (</w:t>
      </w:r>
      <w:proofErr w:type="spellStart"/>
      <w:r w:rsidRPr="00F62269">
        <w:t>Edukasi</w:t>
      </w:r>
      <w:proofErr w:type="spellEnd"/>
      <w:r w:rsidRPr="00F62269">
        <w:t xml:space="preserve"> </w:t>
      </w:r>
      <w:proofErr w:type="spellStart"/>
      <w:r w:rsidRPr="00F62269">
        <w:t>etika</w:t>
      </w:r>
      <w:proofErr w:type="spellEnd"/>
      <w:r w:rsidRPr="00F62269">
        <w:t xml:space="preserve"> dan </w:t>
      </w:r>
      <w:proofErr w:type="spellStart"/>
      <w:r w:rsidRPr="00F62269">
        <w:t>karakter</w:t>
      </w:r>
      <w:proofErr w:type="spellEnd"/>
      <w:r w:rsidRPr="00F62269">
        <w:t xml:space="preserve"> digital </w:t>
      </w:r>
      <w:proofErr w:type="spellStart"/>
      <w:r w:rsidRPr="00F62269">
        <w:t>adalah</w:t>
      </w:r>
      <w:proofErr w:type="spellEnd"/>
      <w:r w:rsidRPr="00F62269">
        <w:t xml:space="preserve"> </w:t>
      </w:r>
      <w:proofErr w:type="spellStart"/>
      <w:r w:rsidRPr="00F62269">
        <w:t>solusi</w:t>
      </w:r>
      <w:proofErr w:type="spellEnd"/>
      <w:r w:rsidRPr="00F62269">
        <w:t xml:space="preserve"> </w:t>
      </w:r>
      <w:proofErr w:type="spellStart"/>
      <w:r w:rsidRPr="00F62269">
        <w:t>menyelaraskan</w:t>
      </w:r>
      <w:proofErr w:type="spellEnd"/>
      <w:r w:rsidRPr="00F62269">
        <w:t xml:space="preserve"> </w:t>
      </w:r>
      <w:proofErr w:type="spellStart"/>
      <w:r w:rsidRPr="00F62269">
        <w:t>unsur</w:t>
      </w:r>
      <w:proofErr w:type="spellEnd"/>
      <w:r w:rsidRPr="00F62269">
        <w:t xml:space="preserve"> nonmaterial).</w:t>
      </w:r>
    </w:p>
    <w:p w:rsidR="00693395" w:rsidRPr="00693395" w:rsidRDefault="00693395" w:rsidP="00693395">
      <w:pPr>
        <w:pStyle w:val="Heading4"/>
        <w:rPr>
          <w:color w:val="auto"/>
        </w:rPr>
      </w:pPr>
      <w:r w:rsidRPr="00693395">
        <w:rPr>
          <w:color w:val="auto"/>
        </w:rPr>
        <w:t xml:space="preserve">SOAL NO. </w:t>
      </w:r>
      <w:r>
        <w:rPr>
          <w:color w:val="auto"/>
        </w:rPr>
        <w:t>5</w:t>
      </w:r>
      <w:r w:rsidRPr="00693395">
        <w:rPr>
          <w:color w:val="auto"/>
        </w:rPr>
        <w:t>9</w:t>
      </w:r>
    </w:p>
    <w:p w:rsidR="00693395" w:rsidRPr="00F62269" w:rsidRDefault="00693395" w:rsidP="00693395">
      <w:pPr>
        <w:pStyle w:val="NormalWeb"/>
        <w:numPr>
          <w:ilvl w:val="0"/>
          <w:numId w:val="44"/>
        </w:numPr>
      </w:pPr>
      <w:proofErr w:type="spellStart"/>
      <w:r w:rsidRPr="00F62269">
        <w:rPr>
          <w:b/>
          <w:bCs/>
        </w:rPr>
        <w:t>Materi</w:t>
      </w:r>
      <w:proofErr w:type="spellEnd"/>
      <w:r w:rsidRPr="00F62269">
        <w:rPr>
          <w:b/>
          <w:bCs/>
        </w:rPr>
        <w:t xml:space="preserve"> / Sub </w:t>
      </w:r>
      <w:proofErr w:type="spellStart"/>
      <w:r w:rsidRPr="00F62269">
        <w:rPr>
          <w:b/>
          <w:bCs/>
        </w:rPr>
        <w:t>Materi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Globalisasi</w:t>
      </w:r>
      <w:proofErr w:type="spellEnd"/>
      <w:r w:rsidRPr="00F62269">
        <w:t xml:space="preserve"> dan </w:t>
      </w:r>
      <w:proofErr w:type="spellStart"/>
      <w:r w:rsidRPr="00F62269">
        <w:t>Budaya</w:t>
      </w:r>
      <w:proofErr w:type="spellEnd"/>
      <w:r w:rsidRPr="00F62269">
        <w:t xml:space="preserve"> / </w:t>
      </w:r>
      <w:proofErr w:type="spellStart"/>
      <w:r w:rsidRPr="00F62269">
        <w:t>Glokalisasi</w:t>
      </w:r>
      <w:proofErr w:type="spellEnd"/>
      <w:r w:rsidRPr="00F62269">
        <w:t xml:space="preserve"> vs </w:t>
      </w:r>
      <w:proofErr w:type="spellStart"/>
      <w:r w:rsidRPr="00F62269">
        <w:t>Westernisasi</w:t>
      </w:r>
      <w:proofErr w:type="spellEnd"/>
    </w:p>
    <w:p w:rsidR="00693395" w:rsidRPr="00F62269" w:rsidRDefault="00693395" w:rsidP="00693395">
      <w:pPr>
        <w:pStyle w:val="NormalWeb"/>
        <w:numPr>
          <w:ilvl w:val="0"/>
          <w:numId w:val="44"/>
        </w:numPr>
      </w:pPr>
      <w:proofErr w:type="spellStart"/>
      <w:r w:rsidRPr="00F62269">
        <w:rPr>
          <w:b/>
          <w:bCs/>
        </w:rPr>
        <w:t>Indikator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Berpikir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Mengevaluasi</w:t>
      </w:r>
      <w:proofErr w:type="spellEnd"/>
      <w:r w:rsidRPr="00F62269">
        <w:t xml:space="preserve"> </w:t>
      </w:r>
      <w:proofErr w:type="spellStart"/>
      <w:r w:rsidRPr="00F62269">
        <w:t>fenomena</w:t>
      </w:r>
      <w:proofErr w:type="spellEnd"/>
      <w:r w:rsidRPr="00F62269">
        <w:t xml:space="preserve"> </w:t>
      </w:r>
      <w:proofErr w:type="spellStart"/>
      <w:r w:rsidRPr="00F62269">
        <w:rPr>
          <w:i/>
          <w:iCs/>
        </w:rPr>
        <w:t>glokalisasi</w:t>
      </w:r>
      <w:proofErr w:type="spellEnd"/>
      <w:r w:rsidRPr="00F62269">
        <w:t xml:space="preserve"> </w:t>
      </w:r>
      <w:proofErr w:type="spellStart"/>
      <w:r w:rsidRPr="00F62269">
        <w:t>sebagai</w:t>
      </w:r>
      <w:proofErr w:type="spellEnd"/>
      <w:r w:rsidRPr="00F62269">
        <w:t xml:space="preserve"> </w:t>
      </w:r>
      <w:proofErr w:type="spellStart"/>
      <w:r w:rsidRPr="00F62269">
        <w:t>strategi</w:t>
      </w:r>
      <w:proofErr w:type="spellEnd"/>
      <w:r w:rsidRPr="00F62269">
        <w:t xml:space="preserve"> </w:t>
      </w:r>
      <w:proofErr w:type="spellStart"/>
      <w:r w:rsidRPr="00F62269">
        <w:t>adaptasi</w:t>
      </w:r>
      <w:proofErr w:type="spellEnd"/>
      <w:r w:rsidRPr="00F62269">
        <w:t xml:space="preserve"> </w:t>
      </w:r>
      <w:proofErr w:type="spellStart"/>
      <w:r w:rsidRPr="00F62269">
        <w:t>budaya</w:t>
      </w:r>
      <w:proofErr w:type="spellEnd"/>
      <w:r w:rsidRPr="00F62269">
        <w:t xml:space="preserve"> </w:t>
      </w:r>
      <w:proofErr w:type="spellStart"/>
      <w:r w:rsidRPr="00F62269">
        <w:t>lokal</w:t>
      </w:r>
      <w:proofErr w:type="spellEnd"/>
      <w:r w:rsidRPr="00F62269">
        <w:t xml:space="preserve"> </w:t>
      </w:r>
      <w:proofErr w:type="spellStart"/>
      <w:r w:rsidRPr="00F62269">
        <w:t>dalam</w:t>
      </w:r>
      <w:proofErr w:type="spellEnd"/>
      <w:r w:rsidRPr="00F62269">
        <w:t xml:space="preserve"> </w:t>
      </w:r>
      <w:proofErr w:type="spellStart"/>
      <w:r w:rsidRPr="00F62269">
        <w:t>merespon</w:t>
      </w:r>
      <w:proofErr w:type="spellEnd"/>
      <w:r w:rsidRPr="00F62269">
        <w:t xml:space="preserve"> </w:t>
      </w:r>
      <w:proofErr w:type="spellStart"/>
      <w:r w:rsidRPr="00F62269">
        <w:t>arus</w:t>
      </w:r>
      <w:proofErr w:type="spellEnd"/>
      <w:r w:rsidRPr="00F62269">
        <w:t xml:space="preserve"> </w:t>
      </w:r>
      <w:proofErr w:type="spellStart"/>
      <w:r w:rsidRPr="00F62269">
        <w:t>budaya</w:t>
      </w:r>
      <w:proofErr w:type="spellEnd"/>
      <w:r w:rsidRPr="00F62269">
        <w:t xml:space="preserve"> global</w:t>
      </w:r>
    </w:p>
    <w:p w:rsidR="00693395" w:rsidRPr="00F62269" w:rsidRDefault="00693395" w:rsidP="00693395">
      <w:pPr>
        <w:pStyle w:val="NormalWeb"/>
        <w:numPr>
          <w:ilvl w:val="0"/>
          <w:numId w:val="44"/>
        </w:numPr>
      </w:pPr>
      <w:r w:rsidRPr="00F62269">
        <w:rPr>
          <w:b/>
          <w:bCs/>
        </w:rPr>
        <w:t xml:space="preserve">Tingkat </w:t>
      </w:r>
      <w:proofErr w:type="spellStart"/>
      <w:r w:rsidRPr="00F62269">
        <w:rPr>
          <w:b/>
          <w:bCs/>
        </w:rPr>
        <w:t>Kognitif</w:t>
      </w:r>
      <w:proofErr w:type="spellEnd"/>
      <w:r w:rsidRPr="00F62269">
        <w:rPr>
          <w:b/>
          <w:bCs/>
        </w:rPr>
        <w:t>:</w:t>
      </w:r>
      <w:r w:rsidRPr="00F62269">
        <w:t xml:space="preserve"> C5 (</w:t>
      </w:r>
      <w:proofErr w:type="spellStart"/>
      <w:r w:rsidRPr="00F62269">
        <w:t>Evaluasi</w:t>
      </w:r>
      <w:proofErr w:type="spellEnd"/>
      <w:r w:rsidRPr="00F62269">
        <w:t xml:space="preserve">) | </w:t>
      </w:r>
      <w:proofErr w:type="spellStart"/>
      <w:r w:rsidRPr="00F62269">
        <w:rPr>
          <w:b/>
          <w:bCs/>
        </w:rPr>
        <w:t>Kesulitan</w:t>
      </w:r>
      <w:proofErr w:type="spellEnd"/>
      <w:r w:rsidRPr="00F62269">
        <w:rPr>
          <w:b/>
          <w:bCs/>
        </w:rPr>
        <w:t>:</w:t>
      </w:r>
      <w:r w:rsidRPr="00F62269">
        <w:t xml:space="preserve"> Tinggi</w:t>
      </w:r>
    </w:p>
    <w:p w:rsidR="00693395" w:rsidRPr="00F62269" w:rsidRDefault="00693395" w:rsidP="00693395">
      <w:pPr>
        <w:pStyle w:val="NormalWeb"/>
        <w:numPr>
          <w:ilvl w:val="0"/>
          <w:numId w:val="44"/>
        </w:numPr>
      </w:pPr>
      <w:proofErr w:type="spellStart"/>
      <w:r w:rsidRPr="00F62269">
        <w:rPr>
          <w:b/>
          <w:bCs/>
        </w:rPr>
        <w:t>Bentuk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Tabel</w:t>
      </w:r>
      <w:proofErr w:type="spellEnd"/>
      <w:r w:rsidRPr="00F62269">
        <w:t xml:space="preserve"> </w:t>
      </w:r>
      <w:proofErr w:type="spellStart"/>
      <w:r w:rsidRPr="00F62269">
        <w:t>Tepat</w:t>
      </w:r>
      <w:proofErr w:type="spellEnd"/>
      <w:r w:rsidRPr="00F62269">
        <w:t xml:space="preserve"> – </w:t>
      </w:r>
      <w:proofErr w:type="spellStart"/>
      <w:r w:rsidRPr="00F62269">
        <w:t>Tidak</w:t>
      </w:r>
      <w:proofErr w:type="spellEnd"/>
      <w:r w:rsidRPr="00F62269">
        <w:t xml:space="preserve"> </w:t>
      </w:r>
      <w:proofErr w:type="spellStart"/>
      <w:r w:rsidRPr="00F62269">
        <w:t>Tepat</w:t>
      </w:r>
      <w:proofErr w:type="spellEnd"/>
      <w:r w:rsidRPr="00F62269">
        <w:t xml:space="preserve"> </w:t>
      </w:r>
    </w:p>
    <w:p w:rsidR="00693395" w:rsidRPr="00F62269" w:rsidRDefault="00693395" w:rsidP="00693395">
      <w:pPr>
        <w:pStyle w:val="NormalWeb"/>
      </w:pPr>
      <w:r w:rsidRPr="00F62269">
        <w:rPr>
          <w:b/>
          <w:bCs/>
        </w:rPr>
        <w:t xml:space="preserve">Stimulus / </w:t>
      </w:r>
      <w:proofErr w:type="spellStart"/>
      <w:r w:rsidRPr="00F62269">
        <w:rPr>
          <w:b/>
          <w:bCs/>
        </w:rPr>
        <w:t>Wacana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</w:pPr>
      <w:proofErr w:type="spellStart"/>
      <w:r w:rsidRPr="00F62269">
        <w:rPr>
          <w:b/>
          <w:bCs/>
        </w:rPr>
        <w:t>Fenomena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Musik</w:t>
      </w:r>
      <w:proofErr w:type="spellEnd"/>
      <w:r w:rsidRPr="00F62269">
        <w:rPr>
          <w:b/>
          <w:bCs/>
        </w:rPr>
        <w:t xml:space="preserve"> dan Tari </w:t>
      </w:r>
      <w:proofErr w:type="spellStart"/>
      <w:r w:rsidRPr="00F62269">
        <w:rPr>
          <w:b/>
          <w:bCs/>
        </w:rPr>
        <w:t>Etnik</w:t>
      </w:r>
      <w:proofErr w:type="spellEnd"/>
      <w:r w:rsidRPr="00F62269">
        <w:rPr>
          <w:b/>
          <w:bCs/>
        </w:rPr>
        <w:t xml:space="preserve"> Pop </w:t>
      </w:r>
      <w:proofErr w:type="spellStart"/>
      <w:r w:rsidRPr="00F62269">
        <w:rPr>
          <w:b/>
          <w:bCs/>
        </w:rPr>
        <w:t>Kontemporer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  <w:jc w:val="both"/>
      </w:pPr>
      <w:proofErr w:type="spellStart"/>
      <w:r w:rsidRPr="00F62269">
        <w:t>Grup</w:t>
      </w:r>
      <w:proofErr w:type="spellEnd"/>
      <w:r w:rsidRPr="00F62269">
        <w:t xml:space="preserve"> </w:t>
      </w:r>
      <w:proofErr w:type="spellStart"/>
      <w:r w:rsidRPr="00F62269">
        <w:t>seni</w:t>
      </w:r>
      <w:proofErr w:type="spellEnd"/>
      <w:r w:rsidRPr="00F62269">
        <w:t xml:space="preserve"> </w:t>
      </w:r>
      <w:proofErr w:type="spellStart"/>
      <w:r w:rsidRPr="00F62269">
        <w:t>pemuda</w:t>
      </w:r>
      <w:proofErr w:type="spellEnd"/>
      <w:r w:rsidRPr="00F62269">
        <w:t xml:space="preserve"> </w:t>
      </w:r>
      <w:proofErr w:type="spellStart"/>
      <w:r w:rsidRPr="00F62269">
        <w:t>lokal</w:t>
      </w:r>
      <w:proofErr w:type="spellEnd"/>
      <w:r w:rsidRPr="00F62269">
        <w:t xml:space="preserve"> </w:t>
      </w:r>
      <w:proofErr w:type="spellStart"/>
      <w:r w:rsidRPr="00F62269">
        <w:t>memadukan</w:t>
      </w:r>
      <w:proofErr w:type="spellEnd"/>
      <w:r w:rsidRPr="00F62269">
        <w:t xml:space="preserve"> </w:t>
      </w:r>
      <w:proofErr w:type="spellStart"/>
      <w:r w:rsidRPr="00F62269">
        <w:t>tarian</w:t>
      </w:r>
      <w:proofErr w:type="spellEnd"/>
      <w:r w:rsidRPr="00F62269">
        <w:t xml:space="preserve"> </w:t>
      </w:r>
      <w:proofErr w:type="spellStart"/>
      <w:r w:rsidRPr="00F62269">
        <w:t>tradisional</w:t>
      </w:r>
      <w:proofErr w:type="spellEnd"/>
      <w:r w:rsidRPr="00F62269">
        <w:t xml:space="preserve"> </w:t>
      </w:r>
      <w:proofErr w:type="spellStart"/>
      <w:r w:rsidRPr="00F62269">
        <w:t>khas</w:t>
      </w:r>
      <w:proofErr w:type="spellEnd"/>
      <w:r w:rsidRPr="00F62269">
        <w:t xml:space="preserve"> </w:t>
      </w:r>
      <w:proofErr w:type="spellStart"/>
      <w:r w:rsidRPr="00F62269">
        <w:t>daerah</w:t>
      </w:r>
      <w:proofErr w:type="spellEnd"/>
      <w:r w:rsidRPr="00F62269">
        <w:t xml:space="preserve"> </w:t>
      </w:r>
      <w:proofErr w:type="spellStart"/>
      <w:r w:rsidRPr="00F62269">
        <w:t>dengan</w:t>
      </w:r>
      <w:proofErr w:type="spellEnd"/>
      <w:r w:rsidRPr="00F62269">
        <w:t xml:space="preserve"> </w:t>
      </w:r>
      <w:proofErr w:type="spellStart"/>
      <w:r w:rsidRPr="00F62269">
        <w:t>musik</w:t>
      </w:r>
      <w:proofErr w:type="spellEnd"/>
      <w:r w:rsidRPr="00F62269">
        <w:t xml:space="preserve"> pop modern dan </w:t>
      </w:r>
      <w:proofErr w:type="spellStart"/>
      <w:r w:rsidRPr="00F62269">
        <w:t>koreografi</w:t>
      </w:r>
      <w:proofErr w:type="spellEnd"/>
      <w:r w:rsidRPr="00F62269">
        <w:t xml:space="preserve"> hip-hop. </w:t>
      </w:r>
      <w:proofErr w:type="spellStart"/>
      <w:r w:rsidRPr="00F62269">
        <w:t>Karya</w:t>
      </w:r>
      <w:proofErr w:type="spellEnd"/>
      <w:r w:rsidRPr="00F62269">
        <w:t xml:space="preserve"> </w:t>
      </w:r>
      <w:proofErr w:type="spellStart"/>
      <w:r w:rsidRPr="00F62269">
        <w:t>perpaduan</w:t>
      </w:r>
      <w:proofErr w:type="spellEnd"/>
      <w:r w:rsidRPr="00F62269">
        <w:t xml:space="preserve"> </w:t>
      </w:r>
      <w:proofErr w:type="spellStart"/>
      <w:r w:rsidRPr="00F62269">
        <w:t>ini</w:t>
      </w:r>
      <w:proofErr w:type="spellEnd"/>
      <w:r w:rsidRPr="00F62269">
        <w:t xml:space="preserve"> </w:t>
      </w:r>
      <w:proofErr w:type="spellStart"/>
      <w:r w:rsidRPr="00F62269">
        <w:t>diunggah</w:t>
      </w:r>
      <w:proofErr w:type="spellEnd"/>
      <w:r w:rsidRPr="00F62269">
        <w:t xml:space="preserve"> </w:t>
      </w:r>
      <w:proofErr w:type="spellStart"/>
      <w:r w:rsidRPr="00F62269">
        <w:t>ke</w:t>
      </w:r>
      <w:proofErr w:type="spellEnd"/>
      <w:r w:rsidRPr="00F62269">
        <w:t xml:space="preserve"> platform media </w:t>
      </w:r>
      <w:proofErr w:type="spellStart"/>
      <w:r w:rsidRPr="00F62269">
        <w:t>sosial</w:t>
      </w:r>
      <w:proofErr w:type="spellEnd"/>
      <w:r w:rsidRPr="00F62269">
        <w:t xml:space="preserve"> global dan </w:t>
      </w:r>
      <w:proofErr w:type="spellStart"/>
      <w:r w:rsidRPr="00F62269">
        <w:t>berhasil</w:t>
      </w:r>
      <w:proofErr w:type="spellEnd"/>
      <w:r w:rsidRPr="00F62269">
        <w:t xml:space="preserve"> </w:t>
      </w:r>
      <w:proofErr w:type="spellStart"/>
      <w:r w:rsidRPr="00F62269">
        <w:t>menarik</w:t>
      </w:r>
      <w:proofErr w:type="spellEnd"/>
      <w:r w:rsidRPr="00F62269">
        <w:t xml:space="preserve"> </w:t>
      </w:r>
      <w:proofErr w:type="spellStart"/>
      <w:r w:rsidRPr="00F62269">
        <w:t>jutaan</w:t>
      </w:r>
      <w:proofErr w:type="spellEnd"/>
      <w:r w:rsidRPr="00F62269">
        <w:t xml:space="preserve"> </w:t>
      </w:r>
      <w:proofErr w:type="spellStart"/>
      <w:r w:rsidRPr="00F62269">
        <w:t>penonton</w:t>
      </w:r>
      <w:proofErr w:type="spellEnd"/>
      <w:r w:rsidRPr="00F62269">
        <w:t xml:space="preserve"> </w:t>
      </w:r>
      <w:proofErr w:type="spellStart"/>
      <w:r w:rsidRPr="00F62269">
        <w:t>dari</w:t>
      </w:r>
      <w:proofErr w:type="spellEnd"/>
      <w:r w:rsidRPr="00F62269">
        <w:t xml:space="preserve"> </w:t>
      </w:r>
      <w:proofErr w:type="spellStart"/>
      <w:r w:rsidRPr="00F62269">
        <w:t>berbagai</w:t>
      </w:r>
      <w:proofErr w:type="spellEnd"/>
      <w:r w:rsidRPr="00F62269">
        <w:t xml:space="preserve"> negara, </w:t>
      </w:r>
      <w:proofErr w:type="spellStart"/>
      <w:r w:rsidRPr="00F62269">
        <w:t>sekaligus</w:t>
      </w:r>
      <w:proofErr w:type="spellEnd"/>
      <w:r w:rsidRPr="00F62269">
        <w:t xml:space="preserve"> </w:t>
      </w:r>
      <w:proofErr w:type="spellStart"/>
      <w:r w:rsidRPr="00F62269">
        <w:t>memicu</w:t>
      </w:r>
      <w:proofErr w:type="spellEnd"/>
      <w:r w:rsidRPr="00F62269">
        <w:t xml:space="preserve"> </w:t>
      </w:r>
      <w:proofErr w:type="spellStart"/>
      <w:r w:rsidRPr="00F62269">
        <w:t>kebanggaan</w:t>
      </w:r>
      <w:proofErr w:type="spellEnd"/>
      <w:r w:rsidRPr="00F62269">
        <w:t xml:space="preserve"> </w:t>
      </w:r>
      <w:proofErr w:type="spellStart"/>
      <w:r w:rsidRPr="00F62269">
        <w:t>generasi</w:t>
      </w:r>
      <w:proofErr w:type="spellEnd"/>
      <w:r w:rsidRPr="00F62269">
        <w:t xml:space="preserve"> </w:t>
      </w:r>
      <w:proofErr w:type="spellStart"/>
      <w:r w:rsidRPr="00F62269">
        <w:t>muda</w:t>
      </w:r>
      <w:proofErr w:type="spellEnd"/>
      <w:r w:rsidRPr="00F62269">
        <w:t xml:space="preserve"> </w:t>
      </w:r>
      <w:proofErr w:type="spellStart"/>
      <w:r w:rsidRPr="00F62269">
        <w:t>terhadap</w:t>
      </w:r>
      <w:proofErr w:type="spellEnd"/>
      <w:r w:rsidRPr="00F62269">
        <w:t xml:space="preserve"> </w:t>
      </w:r>
      <w:proofErr w:type="spellStart"/>
      <w:r w:rsidRPr="00F62269">
        <w:t>warisan</w:t>
      </w:r>
      <w:proofErr w:type="spellEnd"/>
      <w:r w:rsidRPr="00F62269">
        <w:t xml:space="preserve"> </w:t>
      </w:r>
      <w:proofErr w:type="spellStart"/>
      <w:r w:rsidRPr="00F62269">
        <w:t>budaya</w:t>
      </w:r>
      <w:proofErr w:type="spellEnd"/>
      <w:r w:rsidRPr="00F62269">
        <w:t xml:space="preserve"> </w:t>
      </w:r>
      <w:proofErr w:type="spellStart"/>
      <w:r w:rsidRPr="00F62269">
        <w:t>lokalnya</w:t>
      </w:r>
      <w:proofErr w:type="spellEnd"/>
      <w:r w:rsidRPr="00F62269">
        <w:t>.</w:t>
      </w:r>
    </w:p>
    <w:p w:rsidR="00693395" w:rsidRPr="00F62269" w:rsidRDefault="00693395" w:rsidP="00693395">
      <w:pPr>
        <w:pStyle w:val="NormalWeb"/>
      </w:pPr>
      <w:proofErr w:type="spellStart"/>
      <w:r w:rsidRPr="00F62269">
        <w:rPr>
          <w:b/>
          <w:bCs/>
        </w:rPr>
        <w:t>Soal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</w:pPr>
      <w:proofErr w:type="spellStart"/>
      <w:r w:rsidRPr="00F62269">
        <w:t>Evaluasilah</w:t>
      </w:r>
      <w:proofErr w:type="spellEnd"/>
      <w:r w:rsidRPr="00F62269">
        <w:t xml:space="preserve"> </w:t>
      </w:r>
      <w:proofErr w:type="spellStart"/>
      <w:r w:rsidRPr="00F62269">
        <w:t>ketepatan</w:t>
      </w:r>
      <w:proofErr w:type="spellEnd"/>
      <w:r w:rsidRPr="00F62269">
        <w:t xml:space="preserve"> </w:t>
      </w:r>
      <w:proofErr w:type="spellStart"/>
      <w:r w:rsidRPr="00F62269">
        <w:t>analisis</w:t>
      </w:r>
      <w:proofErr w:type="spellEnd"/>
      <w:r w:rsidRPr="00F62269">
        <w:t xml:space="preserve"> </w:t>
      </w:r>
      <w:proofErr w:type="spellStart"/>
      <w:r w:rsidRPr="00F62269">
        <w:t>fenomena</w:t>
      </w:r>
      <w:proofErr w:type="spellEnd"/>
      <w:r w:rsidRPr="00F62269">
        <w:t xml:space="preserve"> </w:t>
      </w:r>
      <w:proofErr w:type="spellStart"/>
      <w:r w:rsidRPr="00F62269">
        <w:t>kebudayaan</w:t>
      </w:r>
      <w:proofErr w:type="spellEnd"/>
      <w:r w:rsidRPr="00F62269">
        <w:t xml:space="preserve"> global </w:t>
      </w:r>
      <w:proofErr w:type="spellStart"/>
      <w:r w:rsidRPr="00F62269">
        <w:t>tersebut</w:t>
      </w:r>
      <w:proofErr w:type="spellEnd"/>
      <w:r w:rsidRPr="00F62269">
        <w:t xml:space="preserve"> </w:t>
      </w:r>
      <w:proofErr w:type="spellStart"/>
      <w:r w:rsidRPr="00F62269">
        <w:t>berdasarkan</w:t>
      </w:r>
      <w:proofErr w:type="spellEnd"/>
      <w:r w:rsidRPr="00F62269">
        <w:t xml:space="preserve"> </w:t>
      </w:r>
      <w:proofErr w:type="spellStart"/>
      <w:r w:rsidRPr="00F62269">
        <w:t>konsep</w:t>
      </w:r>
      <w:proofErr w:type="spellEnd"/>
      <w:r w:rsidRPr="00F62269">
        <w:t xml:space="preserve"> </w:t>
      </w:r>
      <w:proofErr w:type="spellStart"/>
      <w:r w:rsidRPr="00F62269">
        <w:t>sosiologis</w:t>
      </w:r>
      <w:proofErr w:type="spellEnd"/>
      <w:r w:rsidRPr="00F62269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6139"/>
        <w:gridCol w:w="970"/>
        <w:gridCol w:w="1277"/>
      </w:tblGrid>
      <w:tr w:rsidR="00693395" w:rsidRPr="00F62269" w:rsidTr="00A0095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Style w:val="Strong"/>
                <w:rFonts w:ascii="Times New Roman" w:hAnsi="Times New Roman" w:cs="Times New Roman"/>
              </w:rPr>
              <w:lastRenderedPageBreak/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Pernyataan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Evaluasi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Budaya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Global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Tepat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Tidak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Tepat</w:t>
            </w:r>
            <w:proofErr w:type="spellEnd"/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Fenomena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atas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merupakan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wujud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dari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  <w:b/>
                <w:bCs/>
              </w:rPr>
              <w:t>Glokalisasi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perpaduan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unsur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budaya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global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dengan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kearifan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budaya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lokal</w:t>
            </w:r>
            <w:proofErr w:type="spellEnd"/>
            <w:r w:rsidRPr="00F62269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Tindakan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para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pemuda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tersebut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merupakan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bukti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bentuk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  <w:b/>
                <w:bCs/>
              </w:rPr>
              <w:t>Westernisasi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murni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melenyapkan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identitas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asli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tradisi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lokal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Inovasi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seni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ini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berfungsi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menjaga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relevansi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budaya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tradisional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agar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tetap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diminati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oleh </w:t>
            </w:r>
            <w:proofErr w:type="spellStart"/>
            <w:r w:rsidRPr="00F62269">
              <w:rPr>
                <w:rFonts w:ascii="Times New Roman" w:hAnsi="Times New Roman" w:cs="Times New Roman"/>
                <w:i/>
                <w:iCs/>
              </w:rPr>
              <w:t>Generasi</w:t>
            </w:r>
            <w:proofErr w:type="spellEnd"/>
            <w:r w:rsidRPr="00F62269">
              <w:rPr>
                <w:rFonts w:ascii="Times New Roman" w:hAnsi="Times New Roman" w:cs="Times New Roman"/>
                <w:i/>
                <w:iCs/>
              </w:rPr>
              <w:t xml:space="preserve"> Z</w:t>
            </w:r>
            <w:r w:rsidRPr="00F62269">
              <w:rPr>
                <w:rFonts w:ascii="Times New Roman" w:hAnsi="Times New Roman" w:cs="Times New Roman"/>
              </w:rPr>
              <w:t xml:space="preserve"> di era global.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Pemanfaatan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media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sosial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global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menjadi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sarana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efektif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untuk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melakukan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  <w:b/>
                <w:bCs/>
              </w:rPr>
              <w:t>Diplomasi</w:t>
            </w:r>
            <w:proofErr w:type="spellEnd"/>
            <w:r w:rsidRPr="00F622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  <w:b/>
                <w:bCs/>
              </w:rPr>
              <w:t>Budaya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tingkat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internasional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</w:rPr>
              <w:t xml:space="preserve">Proses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perpaduan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dua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budaya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tanpa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menghilangkan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kepribadian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budaya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asal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dinamakan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  <w:b/>
                <w:bCs/>
              </w:rPr>
              <w:t>Asimilasi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93395" w:rsidRPr="00F62269" w:rsidRDefault="00693395" w:rsidP="00693395">
      <w:pPr>
        <w:pStyle w:val="NormalWeb"/>
        <w:numPr>
          <w:ilvl w:val="0"/>
          <w:numId w:val="45"/>
        </w:numPr>
      </w:pPr>
      <w:proofErr w:type="spellStart"/>
      <w:r w:rsidRPr="00F62269">
        <w:rPr>
          <w:b/>
          <w:bCs/>
        </w:rPr>
        <w:t>Kunci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Jawaban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  <w:numPr>
          <w:ilvl w:val="1"/>
          <w:numId w:val="45"/>
        </w:numPr>
      </w:pPr>
      <w:proofErr w:type="spellStart"/>
      <w:r w:rsidRPr="00F62269">
        <w:rPr>
          <w:b/>
          <w:bCs/>
        </w:rPr>
        <w:t>Tepat</w:t>
      </w:r>
      <w:proofErr w:type="spellEnd"/>
      <w:r w:rsidRPr="00F62269">
        <w:t xml:space="preserve"> (</w:t>
      </w:r>
      <w:proofErr w:type="spellStart"/>
      <w:r w:rsidRPr="00F62269">
        <w:t>Glokalisasi</w:t>
      </w:r>
      <w:proofErr w:type="spellEnd"/>
      <w:r w:rsidRPr="00F62269">
        <w:t xml:space="preserve"> </w:t>
      </w:r>
      <w:proofErr w:type="spellStart"/>
      <w:r w:rsidRPr="00F62269">
        <w:t>terjadi</w:t>
      </w:r>
      <w:proofErr w:type="spellEnd"/>
      <w:r w:rsidRPr="00F62269">
        <w:t xml:space="preserve"> </w:t>
      </w:r>
      <w:proofErr w:type="spellStart"/>
      <w:r w:rsidRPr="00F62269">
        <w:t>ketika</w:t>
      </w:r>
      <w:proofErr w:type="spellEnd"/>
      <w:r w:rsidRPr="00F62269">
        <w:t xml:space="preserve"> </w:t>
      </w:r>
      <w:proofErr w:type="spellStart"/>
      <w:r w:rsidRPr="00F62269">
        <w:t>tren</w:t>
      </w:r>
      <w:proofErr w:type="spellEnd"/>
      <w:r w:rsidRPr="00F62269">
        <w:t xml:space="preserve"> global </w:t>
      </w:r>
      <w:proofErr w:type="spellStart"/>
      <w:r w:rsidRPr="00F62269">
        <w:t>diselaraskan</w:t>
      </w:r>
      <w:proofErr w:type="spellEnd"/>
      <w:r w:rsidRPr="00F62269">
        <w:t xml:space="preserve"> </w:t>
      </w:r>
      <w:proofErr w:type="spellStart"/>
      <w:r w:rsidRPr="00F62269">
        <w:t>dengan</w:t>
      </w:r>
      <w:proofErr w:type="spellEnd"/>
      <w:r w:rsidRPr="00F62269">
        <w:t xml:space="preserve"> </w:t>
      </w:r>
      <w:proofErr w:type="spellStart"/>
      <w:r w:rsidRPr="00F62269">
        <w:t>identitas</w:t>
      </w:r>
      <w:proofErr w:type="spellEnd"/>
      <w:r w:rsidRPr="00F62269">
        <w:t xml:space="preserve"> </w:t>
      </w:r>
      <w:proofErr w:type="spellStart"/>
      <w:r w:rsidRPr="00F62269">
        <w:t>lokal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45"/>
        </w:numPr>
      </w:pPr>
      <w:proofErr w:type="spellStart"/>
      <w:r w:rsidRPr="00F62269">
        <w:rPr>
          <w:b/>
          <w:bCs/>
        </w:rPr>
        <w:t>Tidak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Tepat</w:t>
      </w:r>
      <w:proofErr w:type="spellEnd"/>
      <w:r w:rsidRPr="00F62269">
        <w:t xml:space="preserve"> (</w:t>
      </w:r>
      <w:proofErr w:type="spellStart"/>
      <w:r w:rsidRPr="00F62269">
        <w:t>Bukan</w:t>
      </w:r>
      <w:proofErr w:type="spellEnd"/>
      <w:r w:rsidRPr="00F62269">
        <w:t xml:space="preserve"> </w:t>
      </w:r>
      <w:proofErr w:type="spellStart"/>
      <w:r w:rsidRPr="00F62269">
        <w:t>westernisasi</w:t>
      </w:r>
      <w:proofErr w:type="spellEnd"/>
      <w:r w:rsidRPr="00F62269">
        <w:t xml:space="preserve"> </w:t>
      </w:r>
      <w:proofErr w:type="spellStart"/>
      <w:r w:rsidRPr="00F62269">
        <w:t>murni</w:t>
      </w:r>
      <w:proofErr w:type="spellEnd"/>
      <w:r w:rsidRPr="00F62269">
        <w:t xml:space="preserve"> </w:t>
      </w:r>
      <w:proofErr w:type="spellStart"/>
      <w:r w:rsidRPr="00F62269">
        <w:t>sebab</w:t>
      </w:r>
      <w:proofErr w:type="spellEnd"/>
      <w:r w:rsidRPr="00F62269">
        <w:t xml:space="preserve"> </w:t>
      </w:r>
      <w:proofErr w:type="spellStart"/>
      <w:r w:rsidRPr="00F62269">
        <w:t>unsur</w:t>
      </w:r>
      <w:proofErr w:type="spellEnd"/>
      <w:r w:rsidRPr="00F62269">
        <w:t xml:space="preserve"> </w:t>
      </w:r>
      <w:proofErr w:type="spellStart"/>
      <w:r w:rsidRPr="00F62269">
        <w:t>tarian</w:t>
      </w:r>
      <w:proofErr w:type="spellEnd"/>
      <w:r w:rsidRPr="00F62269">
        <w:t xml:space="preserve"> </w:t>
      </w:r>
      <w:proofErr w:type="spellStart"/>
      <w:r w:rsidRPr="00F62269">
        <w:t>tradisional</w:t>
      </w:r>
      <w:proofErr w:type="spellEnd"/>
      <w:r w:rsidRPr="00F62269">
        <w:t xml:space="preserve"> </w:t>
      </w:r>
      <w:proofErr w:type="spellStart"/>
      <w:r w:rsidRPr="00F62269">
        <w:t>tidak</w:t>
      </w:r>
      <w:proofErr w:type="spellEnd"/>
      <w:r w:rsidRPr="00F62269">
        <w:t xml:space="preserve"> </w:t>
      </w:r>
      <w:proofErr w:type="spellStart"/>
      <w:r w:rsidRPr="00F62269">
        <w:t>dihilangkan</w:t>
      </w:r>
      <w:proofErr w:type="spellEnd"/>
      <w:r w:rsidRPr="00F62269">
        <w:t xml:space="preserve"> </w:t>
      </w:r>
      <w:proofErr w:type="spellStart"/>
      <w:r w:rsidRPr="00F62269">
        <w:t>melainkan</w:t>
      </w:r>
      <w:proofErr w:type="spellEnd"/>
      <w:r w:rsidRPr="00F62269">
        <w:t xml:space="preserve"> </w:t>
      </w:r>
      <w:proofErr w:type="spellStart"/>
      <w:r w:rsidRPr="00F62269">
        <w:t>diangkat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45"/>
        </w:numPr>
      </w:pPr>
      <w:proofErr w:type="spellStart"/>
      <w:r w:rsidRPr="00F62269">
        <w:rPr>
          <w:b/>
          <w:bCs/>
        </w:rPr>
        <w:t>Tepat</w:t>
      </w:r>
      <w:proofErr w:type="spellEnd"/>
      <w:r w:rsidRPr="00F62269">
        <w:t xml:space="preserve"> (</w:t>
      </w:r>
      <w:proofErr w:type="spellStart"/>
      <w:r w:rsidRPr="00F62269">
        <w:t>Sentuhan</w:t>
      </w:r>
      <w:proofErr w:type="spellEnd"/>
      <w:r w:rsidRPr="00F62269">
        <w:t xml:space="preserve"> </w:t>
      </w:r>
      <w:proofErr w:type="spellStart"/>
      <w:r w:rsidRPr="00F62269">
        <w:t>modernisasi</w:t>
      </w:r>
      <w:proofErr w:type="spellEnd"/>
      <w:r w:rsidRPr="00F62269">
        <w:t xml:space="preserve"> </w:t>
      </w:r>
      <w:proofErr w:type="spellStart"/>
      <w:r w:rsidRPr="00F62269">
        <w:t>membuat</w:t>
      </w:r>
      <w:proofErr w:type="spellEnd"/>
      <w:r w:rsidRPr="00F62269">
        <w:t xml:space="preserve"> </w:t>
      </w:r>
      <w:proofErr w:type="spellStart"/>
      <w:r w:rsidRPr="00F62269">
        <w:t>seni</w:t>
      </w:r>
      <w:proofErr w:type="spellEnd"/>
      <w:r w:rsidRPr="00F62269">
        <w:t xml:space="preserve"> </w:t>
      </w:r>
      <w:proofErr w:type="spellStart"/>
      <w:r w:rsidRPr="00F62269">
        <w:t>tradisi</w:t>
      </w:r>
      <w:proofErr w:type="spellEnd"/>
      <w:r w:rsidRPr="00F62269">
        <w:t xml:space="preserve"> </w:t>
      </w:r>
      <w:proofErr w:type="spellStart"/>
      <w:r w:rsidRPr="00F62269">
        <w:t>tetap</w:t>
      </w:r>
      <w:proofErr w:type="spellEnd"/>
      <w:r w:rsidRPr="00F62269">
        <w:t xml:space="preserve"> </w:t>
      </w:r>
      <w:proofErr w:type="spellStart"/>
      <w:r w:rsidRPr="00F62269">
        <w:t>komunikatif</w:t>
      </w:r>
      <w:proofErr w:type="spellEnd"/>
      <w:r w:rsidRPr="00F62269">
        <w:t xml:space="preserve"> </w:t>
      </w:r>
      <w:proofErr w:type="spellStart"/>
      <w:r w:rsidRPr="00F62269">
        <w:t>bagi</w:t>
      </w:r>
      <w:proofErr w:type="spellEnd"/>
      <w:r w:rsidRPr="00F62269">
        <w:t xml:space="preserve"> </w:t>
      </w:r>
      <w:proofErr w:type="spellStart"/>
      <w:r w:rsidRPr="00F62269">
        <w:t>generasi</w:t>
      </w:r>
      <w:proofErr w:type="spellEnd"/>
      <w:r w:rsidRPr="00F62269">
        <w:t xml:space="preserve"> </w:t>
      </w:r>
      <w:proofErr w:type="spellStart"/>
      <w:r w:rsidRPr="00F62269">
        <w:t>muda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45"/>
        </w:numPr>
      </w:pPr>
      <w:proofErr w:type="spellStart"/>
      <w:r w:rsidRPr="00F62269">
        <w:rPr>
          <w:b/>
          <w:bCs/>
        </w:rPr>
        <w:t>Tepat</w:t>
      </w:r>
      <w:proofErr w:type="spellEnd"/>
      <w:r w:rsidRPr="00F62269">
        <w:t xml:space="preserve"> (Media global </w:t>
      </w:r>
      <w:proofErr w:type="spellStart"/>
      <w:r w:rsidRPr="00F62269">
        <w:t>menjadi</w:t>
      </w:r>
      <w:proofErr w:type="spellEnd"/>
      <w:r w:rsidRPr="00F62269">
        <w:t xml:space="preserve"> </w:t>
      </w:r>
      <w:proofErr w:type="spellStart"/>
      <w:r w:rsidRPr="00F62269">
        <w:t>saluran</w:t>
      </w:r>
      <w:proofErr w:type="spellEnd"/>
      <w:r w:rsidRPr="00F62269">
        <w:t xml:space="preserve"> </w:t>
      </w:r>
      <w:proofErr w:type="spellStart"/>
      <w:r w:rsidRPr="00F62269">
        <w:t>diplomasi</w:t>
      </w:r>
      <w:proofErr w:type="spellEnd"/>
      <w:r w:rsidRPr="00F62269">
        <w:t xml:space="preserve"> dan </w:t>
      </w:r>
      <w:proofErr w:type="spellStart"/>
      <w:r w:rsidRPr="00F62269">
        <w:t>promosi</w:t>
      </w:r>
      <w:proofErr w:type="spellEnd"/>
      <w:r w:rsidRPr="00F62269">
        <w:t xml:space="preserve"> </w:t>
      </w:r>
      <w:proofErr w:type="spellStart"/>
      <w:r w:rsidRPr="00F62269">
        <w:t>budaya</w:t>
      </w:r>
      <w:proofErr w:type="spellEnd"/>
      <w:r w:rsidRPr="00F62269">
        <w:t xml:space="preserve"> </w:t>
      </w:r>
      <w:proofErr w:type="spellStart"/>
      <w:r w:rsidRPr="00F62269">
        <w:t>lokal</w:t>
      </w:r>
      <w:proofErr w:type="spellEnd"/>
      <w:r w:rsidRPr="00F62269">
        <w:t>).</w:t>
      </w:r>
    </w:p>
    <w:p w:rsidR="00693395" w:rsidRDefault="00693395" w:rsidP="00693395">
      <w:pPr>
        <w:pStyle w:val="NormalWeb"/>
        <w:numPr>
          <w:ilvl w:val="1"/>
          <w:numId w:val="45"/>
        </w:numPr>
      </w:pPr>
      <w:proofErr w:type="spellStart"/>
      <w:r w:rsidRPr="00F62269">
        <w:rPr>
          <w:b/>
          <w:bCs/>
        </w:rPr>
        <w:t>Tidak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Tepat</w:t>
      </w:r>
      <w:proofErr w:type="spellEnd"/>
      <w:r w:rsidRPr="00F62269">
        <w:t xml:space="preserve"> (</w:t>
      </w:r>
      <w:proofErr w:type="spellStart"/>
      <w:r w:rsidRPr="00F62269">
        <w:t>Perpaduan</w:t>
      </w:r>
      <w:proofErr w:type="spellEnd"/>
      <w:r w:rsidRPr="00F62269">
        <w:t xml:space="preserve"> </w:t>
      </w:r>
      <w:proofErr w:type="spellStart"/>
      <w:r w:rsidRPr="00F62269">
        <w:t>budaya</w:t>
      </w:r>
      <w:proofErr w:type="spellEnd"/>
      <w:r w:rsidRPr="00F62269">
        <w:t xml:space="preserve"> </w:t>
      </w:r>
      <w:proofErr w:type="spellStart"/>
      <w:r w:rsidRPr="00F62269">
        <w:t>tanpa</w:t>
      </w:r>
      <w:proofErr w:type="spellEnd"/>
      <w:r w:rsidRPr="00F62269">
        <w:t xml:space="preserve"> </w:t>
      </w:r>
      <w:proofErr w:type="spellStart"/>
      <w:r w:rsidRPr="00F62269">
        <w:t>menghilangkan</w:t>
      </w:r>
      <w:proofErr w:type="spellEnd"/>
      <w:r w:rsidRPr="00F62269">
        <w:t xml:space="preserve"> </w:t>
      </w:r>
      <w:proofErr w:type="spellStart"/>
      <w:r w:rsidRPr="00F62269">
        <w:t>identitas</w:t>
      </w:r>
      <w:proofErr w:type="spellEnd"/>
      <w:r w:rsidRPr="00F62269">
        <w:t xml:space="preserve"> </w:t>
      </w:r>
      <w:proofErr w:type="spellStart"/>
      <w:r w:rsidRPr="00F62269">
        <w:t>asal</w:t>
      </w:r>
      <w:proofErr w:type="spellEnd"/>
      <w:r w:rsidRPr="00F62269">
        <w:t xml:space="preserve"> </w:t>
      </w:r>
      <w:proofErr w:type="spellStart"/>
      <w:r w:rsidRPr="00F62269">
        <w:t>disebut</w:t>
      </w:r>
      <w:proofErr w:type="spellEnd"/>
      <w:r w:rsidRPr="00F62269">
        <w:t xml:space="preserve"> </w:t>
      </w:r>
      <w:proofErr w:type="spellStart"/>
      <w:r w:rsidRPr="00F62269">
        <w:rPr>
          <w:b/>
          <w:bCs/>
        </w:rPr>
        <w:t>Akulturasi</w:t>
      </w:r>
      <w:proofErr w:type="spellEnd"/>
      <w:r w:rsidRPr="00F62269">
        <w:t xml:space="preserve">; </w:t>
      </w:r>
      <w:proofErr w:type="spellStart"/>
      <w:r w:rsidRPr="00F62269">
        <w:t>Asimilasi</w:t>
      </w:r>
      <w:proofErr w:type="spellEnd"/>
      <w:r w:rsidRPr="00F62269">
        <w:t xml:space="preserve"> </w:t>
      </w:r>
      <w:proofErr w:type="spellStart"/>
      <w:r w:rsidRPr="00F62269">
        <w:t>melebur</w:t>
      </w:r>
      <w:proofErr w:type="spellEnd"/>
      <w:r w:rsidRPr="00F62269">
        <w:t xml:space="preserve"> </w:t>
      </w:r>
      <w:proofErr w:type="spellStart"/>
      <w:r w:rsidRPr="00F62269">
        <w:t>menjadi</w:t>
      </w:r>
      <w:proofErr w:type="spellEnd"/>
      <w:r w:rsidRPr="00F62269">
        <w:t xml:space="preserve"> </w:t>
      </w:r>
      <w:proofErr w:type="spellStart"/>
      <w:r w:rsidRPr="00F62269">
        <w:t>budaya</w:t>
      </w:r>
      <w:proofErr w:type="spellEnd"/>
      <w:r w:rsidRPr="00F62269">
        <w:t xml:space="preserve"> </w:t>
      </w:r>
      <w:proofErr w:type="spellStart"/>
      <w:r w:rsidRPr="00F62269">
        <w:t>baru</w:t>
      </w:r>
      <w:proofErr w:type="spellEnd"/>
      <w:r w:rsidRPr="00F62269">
        <w:t>).</w:t>
      </w:r>
    </w:p>
    <w:p w:rsidR="00693395" w:rsidRDefault="00693395" w:rsidP="00693395">
      <w:pPr>
        <w:pStyle w:val="NormalWeb"/>
      </w:pPr>
    </w:p>
    <w:p w:rsidR="00693395" w:rsidRDefault="00693395" w:rsidP="00693395">
      <w:pPr>
        <w:pStyle w:val="NormalWeb"/>
      </w:pPr>
    </w:p>
    <w:p w:rsidR="00693395" w:rsidRDefault="00693395" w:rsidP="00693395">
      <w:pPr>
        <w:pStyle w:val="NormalWeb"/>
      </w:pPr>
    </w:p>
    <w:p w:rsidR="00693395" w:rsidRPr="00F62269" w:rsidRDefault="00693395" w:rsidP="00693395">
      <w:pPr>
        <w:pStyle w:val="NormalWeb"/>
      </w:pPr>
    </w:p>
    <w:p w:rsidR="00693395" w:rsidRPr="00693395" w:rsidRDefault="00693395" w:rsidP="00693395">
      <w:pPr>
        <w:pStyle w:val="Heading4"/>
        <w:rPr>
          <w:color w:val="auto"/>
        </w:rPr>
      </w:pPr>
      <w:r w:rsidRPr="00693395">
        <w:rPr>
          <w:color w:val="auto"/>
        </w:rPr>
        <w:t xml:space="preserve">SOAL NO. </w:t>
      </w:r>
      <w:r w:rsidRPr="00693395">
        <w:rPr>
          <w:color w:val="auto"/>
        </w:rPr>
        <w:t>6</w:t>
      </w:r>
      <w:r w:rsidRPr="00693395">
        <w:rPr>
          <w:color w:val="auto"/>
        </w:rPr>
        <w:t>0</w:t>
      </w:r>
    </w:p>
    <w:p w:rsidR="00693395" w:rsidRPr="00F62269" w:rsidRDefault="00693395" w:rsidP="00693395">
      <w:pPr>
        <w:pStyle w:val="NormalWeb"/>
        <w:numPr>
          <w:ilvl w:val="0"/>
          <w:numId w:val="46"/>
        </w:numPr>
      </w:pPr>
      <w:proofErr w:type="spellStart"/>
      <w:r w:rsidRPr="00F62269">
        <w:rPr>
          <w:b/>
          <w:bCs/>
        </w:rPr>
        <w:t>Materi</w:t>
      </w:r>
      <w:proofErr w:type="spellEnd"/>
      <w:r w:rsidRPr="00F62269">
        <w:rPr>
          <w:b/>
          <w:bCs/>
        </w:rPr>
        <w:t xml:space="preserve"> / Sub </w:t>
      </w:r>
      <w:proofErr w:type="spellStart"/>
      <w:r w:rsidRPr="00F62269">
        <w:rPr>
          <w:b/>
          <w:bCs/>
        </w:rPr>
        <w:t>Materi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Strategi</w:t>
      </w:r>
      <w:proofErr w:type="spellEnd"/>
      <w:r w:rsidRPr="00F62269">
        <w:t xml:space="preserve"> </w:t>
      </w:r>
      <w:proofErr w:type="spellStart"/>
      <w:r w:rsidRPr="00F62269">
        <w:t>Penanganan</w:t>
      </w:r>
      <w:proofErr w:type="spellEnd"/>
      <w:r w:rsidRPr="00F62269">
        <w:t xml:space="preserve"> </w:t>
      </w:r>
      <w:proofErr w:type="spellStart"/>
      <w:r w:rsidRPr="00F62269">
        <w:t>Dampak</w:t>
      </w:r>
      <w:proofErr w:type="spellEnd"/>
      <w:r w:rsidRPr="00F62269">
        <w:t xml:space="preserve"> </w:t>
      </w:r>
      <w:proofErr w:type="spellStart"/>
      <w:r w:rsidRPr="00F62269">
        <w:t>Globalisasi</w:t>
      </w:r>
      <w:proofErr w:type="spellEnd"/>
      <w:r w:rsidRPr="00F62269">
        <w:t xml:space="preserve"> / </w:t>
      </w:r>
      <w:proofErr w:type="spellStart"/>
      <w:r w:rsidRPr="00F62269">
        <w:t>Respon</w:t>
      </w:r>
      <w:proofErr w:type="spellEnd"/>
      <w:r w:rsidRPr="00F62269">
        <w:t xml:space="preserve"> </w:t>
      </w:r>
      <w:proofErr w:type="spellStart"/>
      <w:r w:rsidRPr="00F62269">
        <w:t>Komunitas</w:t>
      </w:r>
      <w:proofErr w:type="spellEnd"/>
      <w:r w:rsidRPr="00F62269">
        <w:t xml:space="preserve"> &amp; </w:t>
      </w:r>
      <w:proofErr w:type="spellStart"/>
      <w:r w:rsidRPr="00F62269">
        <w:t>Kearifan</w:t>
      </w:r>
      <w:proofErr w:type="spellEnd"/>
      <w:r w:rsidRPr="00F62269">
        <w:t xml:space="preserve"> </w:t>
      </w:r>
      <w:proofErr w:type="spellStart"/>
      <w:r w:rsidRPr="00F62269">
        <w:t>Lokal</w:t>
      </w:r>
      <w:proofErr w:type="spellEnd"/>
    </w:p>
    <w:p w:rsidR="00693395" w:rsidRPr="00F62269" w:rsidRDefault="00693395" w:rsidP="00693395">
      <w:pPr>
        <w:pStyle w:val="NormalWeb"/>
        <w:numPr>
          <w:ilvl w:val="0"/>
          <w:numId w:val="46"/>
        </w:numPr>
      </w:pPr>
      <w:proofErr w:type="spellStart"/>
      <w:r w:rsidRPr="00F62269">
        <w:rPr>
          <w:b/>
          <w:bCs/>
        </w:rPr>
        <w:t>Indikator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Berpikir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Merumuskan</w:t>
      </w:r>
      <w:proofErr w:type="spellEnd"/>
      <w:r w:rsidRPr="00F62269">
        <w:t xml:space="preserve"> dan </w:t>
      </w:r>
      <w:proofErr w:type="spellStart"/>
      <w:r w:rsidRPr="00F62269">
        <w:t>mengevaluasi</w:t>
      </w:r>
      <w:proofErr w:type="spellEnd"/>
      <w:r w:rsidRPr="00F62269">
        <w:t xml:space="preserve"> </w:t>
      </w:r>
      <w:proofErr w:type="spellStart"/>
      <w:r w:rsidRPr="00F62269">
        <w:t>efektivitas</w:t>
      </w:r>
      <w:proofErr w:type="spellEnd"/>
      <w:r w:rsidRPr="00F62269">
        <w:t xml:space="preserve"> </w:t>
      </w:r>
      <w:proofErr w:type="spellStart"/>
      <w:r w:rsidRPr="00F62269">
        <w:t>kearifan</w:t>
      </w:r>
      <w:proofErr w:type="spellEnd"/>
      <w:r w:rsidRPr="00F62269">
        <w:t xml:space="preserve"> </w:t>
      </w:r>
      <w:proofErr w:type="spellStart"/>
      <w:r w:rsidRPr="00F62269">
        <w:t>lokal</w:t>
      </w:r>
      <w:proofErr w:type="spellEnd"/>
      <w:r w:rsidRPr="00F62269">
        <w:t xml:space="preserve"> </w:t>
      </w:r>
      <w:proofErr w:type="spellStart"/>
      <w:r w:rsidRPr="00F62269">
        <w:t>serta</w:t>
      </w:r>
      <w:proofErr w:type="spellEnd"/>
      <w:r w:rsidRPr="00F62269">
        <w:t xml:space="preserve"> </w:t>
      </w:r>
      <w:proofErr w:type="spellStart"/>
      <w:r w:rsidRPr="00F62269">
        <w:t>pemandirian</w:t>
      </w:r>
      <w:proofErr w:type="spellEnd"/>
      <w:r w:rsidRPr="00F62269">
        <w:t xml:space="preserve"> </w:t>
      </w:r>
      <w:proofErr w:type="spellStart"/>
      <w:r w:rsidRPr="00F62269">
        <w:t>komunitas</w:t>
      </w:r>
      <w:proofErr w:type="spellEnd"/>
      <w:r w:rsidRPr="00F62269">
        <w:t xml:space="preserve"> </w:t>
      </w:r>
      <w:proofErr w:type="spellStart"/>
      <w:r w:rsidRPr="00F62269">
        <w:t>dalam</w:t>
      </w:r>
      <w:proofErr w:type="spellEnd"/>
      <w:r w:rsidRPr="00F62269">
        <w:t xml:space="preserve"> </w:t>
      </w:r>
      <w:proofErr w:type="spellStart"/>
      <w:r w:rsidRPr="00F62269">
        <w:t>menghadapi</w:t>
      </w:r>
      <w:proofErr w:type="spellEnd"/>
      <w:r w:rsidRPr="00F62269">
        <w:t xml:space="preserve"> </w:t>
      </w:r>
      <w:proofErr w:type="spellStart"/>
      <w:r w:rsidRPr="00F62269">
        <w:t>tantangan</w:t>
      </w:r>
      <w:proofErr w:type="spellEnd"/>
      <w:r w:rsidRPr="00F62269">
        <w:t xml:space="preserve"> </w:t>
      </w:r>
      <w:proofErr w:type="spellStart"/>
      <w:r w:rsidRPr="00F62269">
        <w:t>globalisasi</w:t>
      </w:r>
      <w:proofErr w:type="spellEnd"/>
    </w:p>
    <w:p w:rsidR="00693395" w:rsidRPr="00F62269" w:rsidRDefault="00693395" w:rsidP="00693395">
      <w:pPr>
        <w:pStyle w:val="NormalWeb"/>
        <w:numPr>
          <w:ilvl w:val="0"/>
          <w:numId w:val="46"/>
        </w:numPr>
      </w:pPr>
      <w:r w:rsidRPr="00F62269">
        <w:rPr>
          <w:b/>
          <w:bCs/>
        </w:rPr>
        <w:t xml:space="preserve">Tingkat </w:t>
      </w:r>
      <w:proofErr w:type="spellStart"/>
      <w:r w:rsidRPr="00F62269">
        <w:rPr>
          <w:b/>
          <w:bCs/>
        </w:rPr>
        <w:t>Kognitif</w:t>
      </w:r>
      <w:proofErr w:type="spellEnd"/>
      <w:r w:rsidRPr="00F62269">
        <w:rPr>
          <w:b/>
          <w:bCs/>
        </w:rPr>
        <w:t>:</w:t>
      </w:r>
      <w:r w:rsidRPr="00F62269">
        <w:t xml:space="preserve"> C5 (</w:t>
      </w:r>
      <w:proofErr w:type="spellStart"/>
      <w:r w:rsidRPr="00F62269">
        <w:t>Pemecahan</w:t>
      </w:r>
      <w:proofErr w:type="spellEnd"/>
      <w:r w:rsidRPr="00F62269">
        <w:t xml:space="preserve"> </w:t>
      </w:r>
      <w:proofErr w:type="spellStart"/>
      <w:r w:rsidRPr="00F62269">
        <w:t>Masalah</w:t>
      </w:r>
      <w:proofErr w:type="spellEnd"/>
      <w:r w:rsidRPr="00F62269">
        <w:t xml:space="preserve"> / </w:t>
      </w:r>
      <w:proofErr w:type="spellStart"/>
      <w:r w:rsidRPr="00F62269">
        <w:t>Evaluasi</w:t>
      </w:r>
      <w:proofErr w:type="spellEnd"/>
      <w:r w:rsidRPr="00F62269">
        <w:t xml:space="preserve">) | </w:t>
      </w:r>
      <w:proofErr w:type="spellStart"/>
      <w:r w:rsidRPr="00F62269">
        <w:rPr>
          <w:b/>
          <w:bCs/>
        </w:rPr>
        <w:t>Kesulitan</w:t>
      </w:r>
      <w:proofErr w:type="spellEnd"/>
      <w:r w:rsidRPr="00F62269">
        <w:rPr>
          <w:b/>
          <w:bCs/>
        </w:rPr>
        <w:t>:</w:t>
      </w:r>
      <w:r w:rsidRPr="00F62269">
        <w:t xml:space="preserve"> Tinggi</w:t>
      </w:r>
    </w:p>
    <w:p w:rsidR="00693395" w:rsidRPr="00F62269" w:rsidRDefault="00693395" w:rsidP="00693395">
      <w:pPr>
        <w:pStyle w:val="NormalWeb"/>
        <w:numPr>
          <w:ilvl w:val="0"/>
          <w:numId w:val="46"/>
        </w:numPr>
      </w:pPr>
      <w:proofErr w:type="spellStart"/>
      <w:r w:rsidRPr="00F62269">
        <w:rPr>
          <w:b/>
          <w:bCs/>
        </w:rPr>
        <w:t>Bentuk</w:t>
      </w:r>
      <w:proofErr w:type="spellEnd"/>
      <w:r w:rsidRPr="00F62269">
        <w:rPr>
          <w:b/>
          <w:bCs/>
        </w:rPr>
        <w:t>:</w:t>
      </w:r>
      <w:r w:rsidRPr="00F62269">
        <w:t xml:space="preserve"> </w:t>
      </w:r>
      <w:proofErr w:type="spellStart"/>
      <w:r w:rsidRPr="00F62269">
        <w:t>Tabel</w:t>
      </w:r>
      <w:proofErr w:type="spellEnd"/>
      <w:r w:rsidRPr="00F62269">
        <w:t xml:space="preserve"> </w:t>
      </w:r>
      <w:proofErr w:type="spellStart"/>
      <w:r w:rsidRPr="00F62269">
        <w:t>Sesuai</w:t>
      </w:r>
      <w:proofErr w:type="spellEnd"/>
      <w:r w:rsidRPr="00F62269">
        <w:t xml:space="preserve"> – </w:t>
      </w:r>
      <w:proofErr w:type="spellStart"/>
      <w:r w:rsidRPr="00F62269">
        <w:t>Tidak</w:t>
      </w:r>
      <w:proofErr w:type="spellEnd"/>
      <w:r w:rsidRPr="00F62269">
        <w:t xml:space="preserve"> </w:t>
      </w:r>
      <w:proofErr w:type="spellStart"/>
      <w:r w:rsidRPr="00F62269">
        <w:t>Sesuai</w:t>
      </w:r>
      <w:proofErr w:type="spellEnd"/>
      <w:r w:rsidRPr="00F62269">
        <w:t xml:space="preserve"> </w:t>
      </w:r>
    </w:p>
    <w:p w:rsidR="00693395" w:rsidRPr="00F62269" w:rsidRDefault="00693395" w:rsidP="00693395">
      <w:pPr>
        <w:pStyle w:val="NormalWeb"/>
      </w:pPr>
      <w:r w:rsidRPr="00F62269">
        <w:rPr>
          <w:b/>
          <w:bCs/>
        </w:rPr>
        <w:t xml:space="preserve">Stimulus / </w:t>
      </w:r>
      <w:proofErr w:type="spellStart"/>
      <w:r w:rsidRPr="00F62269">
        <w:rPr>
          <w:b/>
          <w:bCs/>
        </w:rPr>
        <w:t>Wacana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</w:pPr>
      <w:proofErr w:type="spellStart"/>
      <w:r w:rsidRPr="00F62269">
        <w:rPr>
          <w:b/>
          <w:bCs/>
        </w:rPr>
        <w:t>Tantangan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Ekologis</w:t>
      </w:r>
      <w:proofErr w:type="spellEnd"/>
      <w:r w:rsidRPr="00F62269">
        <w:rPr>
          <w:b/>
          <w:bCs/>
        </w:rPr>
        <w:t xml:space="preserve"> dan </w:t>
      </w:r>
      <w:proofErr w:type="spellStart"/>
      <w:r w:rsidRPr="00F62269">
        <w:rPr>
          <w:b/>
          <w:bCs/>
        </w:rPr>
        <w:t>Ekonomi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Lokal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  <w:jc w:val="both"/>
      </w:pPr>
      <w:proofErr w:type="spellStart"/>
      <w:r w:rsidRPr="00F62269">
        <w:t>Masuknya</w:t>
      </w:r>
      <w:proofErr w:type="spellEnd"/>
      <w:r w:rsidRPr="00F62269">
        <w:t xml:space="preserve"> </w:t>
      </w:r>
      <w:proofErr w:type="spellStart"/>
      <w:r w:rsidRPr="00F62269">
        <w:t>berbagai</w:t>
      </w:r>
      <w:proofErr w:type="spellEnd"/>
      <w:r w:rsidRPr="00F62269">
        <w:t xml:space="preserve"> </w:t>
      </w:r>
      <w:proofErr w:type="spellStart"/>
      <w:r w:rsidRPr="00F62269">
        <w:t>perusahaan</w:t>
      </w:r>
      <w:proofErr w:type="spellEnd"/>
      <w:r w:rsidRPr="00F62269">
        <w:t xml:space="preserve"> investor </w:t>
      </w:r>
      <w:proofErr w:type="spellStart"/>
      <w:r w:rsidRPr="00F62269">
        <w:t>skala</w:t>
      </w:r>
      <w:proofErr w:type="spellEnd"/>
      <w:r w:rsidRPr="00F62269">
        <w:t xml:space="preserve"> </w:t>
      </w:r>
      <w:proofErr w:type="spellStart"/>
      <w:r w:rsidRPr="00F62269">
        <w:t>besar</w:t>
      </w:r>
      <w:proofErr w:type="spellEnd"/>
      <w:r w:rsidRPr="00F62269">
        <w:t xml:space="preserve"> di </w:t>
      </w:r>
      <w:proofErr w:type="spellStart"/>
      <w:r w:rsidRPr="00F62269">
        <w:t>daerah</w:t>
      </w:r>
      <w:proofErr w:type="spellEnd"/>
      <w:r w:rsidRPr="00F62269">
        <w:t xml:space="preserve"> </w:t>
      </w:r>
      <w:proofErr w:type="spellStart"/>
      <w:r w:rsidRPr="00F62269">
        <w:t>sering</w:t>
      </w:r>
      <w:proofErr w:type="spellEnd"/>
      <w:r w:rsidRPr="00F62269">
        <w:t xml:space="preserve"> kali </w:t>
      </w:r>
      <w:proofErr w:type="spellStart"/>
      <w:r w:rsidRPr="00F62269">
        <w:t>mengancam</w:t>
      </w:r>
      <w:proofErr w:type="spellEnd"/>
      <w:r w:rsidRPr="00F62269">
        <w:t xml:space="preserve"> </w:t>
      </w:r>
      <w:proofErr w:type="spellStart"/>
      <w:r w:rsidRPr="00F62269">
        <w:t>keberadaan</w:t>
      </w:r>
      <w:proofErr w:type="spellEnd"/>
      <w:r w:rsidRPr="00F62269">
        <w:t xml:space="preserve"> </w:t>
      </w:r>
      <w:proofErr w:type="spellStart"/>
      <w:r w:rsidRPr="00F62269">
        <w:t>kawasan</w:t>
      </w:r>
      <w:proofErr w:type="spellEnd"/>
      <w:r w:rsidRPr="00F62269">
        <w:t xml:space="preserve"> </w:t>
      </w:r>
      <w:proofErr w:type="spellStart"/>
      <w:r w:rsidRPr="00F62269">
        <w:t>hutan</w:t>
      </w:r>
      <w:proofErr w:type="spellEnd"/>
      <w:r w:rsidRPr="00F62269">
        <w:t xml:space="preserve"> dan </w:t>
      </w:r>
      <w:proofErr w:type="spellStart"/>
      <w:r w:rsidRPr="00F62269">
        <w:t>lahan</w:t>
      </w:r>
      <w:proofErr w:type="spellEnd"/>
      <w:r w:rsidRPr="00F62269">
        <w:t xml:space="preserve"> </w:t>
      </w:r>
      <w:proofErr w:type="spellStart"/>
      <w:r w:rsidRPr="00F62269">
        <w:t>pertanian</w:t>
      </w:r>
      <w:proofErr w:type="spellEnd"/>
      <w:r w:rsidRPr="00F62269">
        <w:t xml:space="preserve"> </w:t>
      </w:r>
      <w:proofErr w:type="spellStart"/>
      <w:r w:rsidRPr="00F62269">
        <w:t>warga</w:t>
      </w:r>
      <w:proofErr w:type="spellEnd"/>
      <w:r w:rsidRPr="00F62269">
        <w:t xml:space="preserve">. Di </w:t>
      </w:r>
      <w:proofErr w:type="spellStart"/>
      <w:r w:rsidRPr="00F62269">
        <w:t>sisi</w:t>
      </w:r>
      <w:proofErr w:type="spellEnd"/>
      <w:r w:rsidRPr="00F62269">
        <w:t xml:space="preserve"> </w:t>
      </w:r>
      <w:proofErr w:type="spellStart"/>
      <w:r w:rsidRPr="00F62269">
        <w:t>lain</w:t>
      </w:r>
      <w:proofErr w:type="spellEnd"/>
      <w:r w:rsidRPr="00F62269">
        <w:t xml:space="preserve">, </w:t>
      </w:r>
      <w:proofErr w:type="spellStart"/>
      <w:r w:rsidRPr="00F62269">
        <w:t>sebagian</w:t>
      </w:r>
      <w:proofErr w:type="spellEnd"/>
      <w:r w:rsidRPr="00F62269">
        <w:t xml:space="preserve"> </w:t>
      </w:r>
      <w:proofErr w:type="spellStart"/>
      <w:r w:rsidRPr="00F62269">
        <w:t>masyarakat</w:t>
      </w:r>
      <w:proofErr w:type="spellEnd"/>
      <w:r w:rsidRPr="00F62269">
        <w:t xml:space="preserve"> </w:t>
      </w:r>
      <w:proofErr w:type="spellStart"/>
      <w:r w:rsidRPr="00F62269">
        <w:t>lokal</w:t>
      </w:r>
      <w:proofErr w:type="spellEnd"/>
      <w:r w:rsidRPr="00F62269">
        <w:t xml:space="preserve"> </w:t>
      </w:r>
      <w:proofErr w:type="spellStart"/>
      <w:r w:rsidRPr="00F62269">
        <w:t>tersingkir</w:t>
      </w:r>
      <w:proofErr w:type="spellEnd"/>
      <w:r w:rsidRPr="00F62269">
        <w:t xml:space="preserve"> </w:t>
      </w:r>
      <w:proofErr w:type="spellStart"/>
      <w:r w:rsidRPr="00F62269">
        <w:t>dari</w:t>
      </w:r>
      <w:proofErr w:type="spellEnd"/>
      <w:r w:rsidRPr="00F62269">
        <w:t xml:space="preserve"> </w:t>
      </w:r>
      <w:proofErr w:type="spellStart"/>
      <w:r w:rsidRPr="00F62269">
        <w:t>persaingan</w:t>
      </w:r>
      <w:proofErr w:type="spellEnd"/>
      <w:r w:rsidRPr="00F62269">
        <w:t xml:space="preserve"> </w:t>
      </w:r>
      <w:proofErr w:type="spellStart"/>
      <w:r w:rsidRPr="00F62269">
        <w:t>kerja</w:t>
      </w:r>
      <w:proofErr w:type="spellEnd"/>
      <w:r w:rsidRPr="00F62269">
        <w:t xml:space="preserve"> </w:t>
      </w:r>
      <w:proofErr w:type="spellStart"/>
      <w:r w:rsidRPr="00F62269">
        <w:t>karena</w:t>
      </w:r>
      <w:proofErr w:type="spellEnd"/>
      <w:r w:rsidRPr="00F62269">
        <w:t xml:space="preserve"> </w:t>
      </w:r>
      <w:proofErr w:type="spellStart"/>
      <w:r w:rsidRPr="00F62269">
        <w:t>kalah</w:t>
      </w:r>
      <w:proofErr w:type="spellEnd"/>
      <w:r w:rsidRPr="00F62269">
        <w:t xml:space="preserve"> </w:t>
      </w:r>
      <w:proofErr w:type="spellStart"/>
      <w:r w:rsidRPr="00F62269">
        <w:t>dalam</w:t>
      </w:r>
      <w:proofErr w:type="spellEnd"/>
      <w:r w:rsidRPr="00F62269">
        <w:t xml:space="preserve"> </w:t>
      </w:r>
      <w:proofErr w:type="spellStart"/>
      <w:r w:rsidRPr="00F62269">
        <w:t>penguasaan</w:t>
      </w:r>
      <w:proofErr w:type="spellEnd"/>
      <w:r w:rsidRPr="00F62269">
        <w:t xml:space="preserve"> </w:t>
      </w:r>
      <w:proofErr w:type="spellStart"/>
      <w:r w:rsidRPr="00F62269">
        <w:t>keterampilan</w:t>
      </w:r>
      <w:proofErr w:type="spellEnd"/>
      <w:r w:rsidRPr="00F62269">
        <w:t xml:space="preserve"> </w:t>
      </w:r>
      <w:proofErr w:type="spellStart"/>
      <w:r w:rsidRPr="00F62269">
        <w:t>teknis</w:t>
      </w:r>
      <w:proofErr w:type="spellEnd"/>
      <w:r w:rsidRPr="00F62269">
        <w:t xml:space="preserve"> modern. </w:t>
      </w:r>
      <w:proofErr w:type="spellStart"/>
      <w:r w:rsidRPr="00F62269">
        <w:t>Komunitas</w:t>
      </w:r>
      <w:proofErr w:type="spellEnd"/>
      <w:r w:rsidRPr="00F62269">
        <w:t xml:space="preserve"> </w:t>
      </w:r>
      <w:proofErr w:type="spellStart"/>
      <w:r w:rsidRPr="00F62269">
        <w:t>warga</w:t>
      </w:r>
      <w:proofErr w:type="spellEnd"/>
      <w:r w:rsidRPr="00F62269">
        <w:t xml:space="preserve"> </w:t>
      </w:r>
      <w:proofErr w:type="spellStart"/>
      <w:r w:rsidRPr="00F62269">
        <w:t>setempat</w:t>
      </w:r>
      <w:proofErr w:type="spellEnd"/>
      <w:r w:rsidRPr="00F62269">
        <w:t xml:space="preserve"> </w:t>
      </w:r>
      <w:proofErr w:type="spellStart"/>
      <w:r w:rsidRPr="00F62269">
        <w:t>kemudian</w:t>
      </w:r>
      <w:proofErr w:type="spellEnd"/>
      <w:r w:rsidRPr="00F62269">
        <w:t xml:space="preserve"> </w:t>
      </w:r>
      <w:proofErr w:type="spellStart"/>
      <w:r w:rsidRPr="00F62269">
        <w:t>menggiatkan</w:t>
      </w:r>
      <w:proofErr w:type="spellEnd"/>
      <w:r w:rsidRPr="00F62269">
        <w:t xml:space="preserve"> </w:t>
      </w:r>
      <w:proofErr w:type="spellStart"/>
      <w:r w:rsidRPr="00F62269">
        <w:t>kembali</w:t>
      </w:r>
      <w:proofErr w:type="spellEnd"/>
      <w:r w:rsidRPr="00F62269">
        <w:t xml:space="preserve"> </w:t>
      </w:r>
      <w:proofErr w:type="spellStart"/>
      <w:r w:rsidRPr="00F62269">
        <w:t>lembaga</w:t>
      </w:r>
      <w:proofErr w:type="spellEnd"/>
      <w:r w:rsidRPr="00F62269">
        <w:t xml:space="preserve"> </w:t>
      </w:r>
      <w:proofErr w:type="spellStart"/>
      <w:r w:rsidRPr="00F62269">
        <w:t>adat</w:t>
      </w:r>
      <w:proofErr w:type="spellEnd"/>
      <w:r w:rsidRPr="00F62269">
        <w:t xml:space="preserve"> </w:t>
      </w:r>
      <w:proofErr w:type="spellStart"/>
      <w:r w:rsidRPr="00F62269">
        <w:t>pengelola</w:t>
      </w:r>
      <w:proofErr w:type="spellEnd"/>
      <w:r w:rsidRPr="00F62269">
        <w:t xml:space="preserve"> </w:t>
      </w:r>
      <w:proofErr w:type="spellStart"/>
      <w:r w:rsidRPr="00F62269">
        <w:t>lingkungan</w:t>
      </w:r>
      <w:proofErr w:type="spellEnd"/>
      <w:r w:rsidRPr="00F62269">
        <w:t xml:space="preserve"> </w:t>
      </w:r>
      <w:proofErr w:type="spellStart"/>
      <w:r w:rsidRPr="00F62269">
        <w:t>serta</w:t>
      </w:r>
      <w:proofErr w:type="spellEnd"/>
      <w:r w:rsidRPr="00F62269">
        <w:t xml:space="preserve"> </w:t>
      </w:r>
      <w:proofErr w:type="spellStart"/>
      <w:r w:rsidRPr="00F62269">
        <w:t>mendirikan</w:t>
      </w:r>
      <w:proofErr w:type="spellEnd"/>
      <w:r w:rsidRPr="00F62269">
        <w:t xml:space="preserve"> </w:t>
      </w:r>
      <w:proofErr w:type="spellStart"/>
      <w:r w:rsidRPr="00F62269">
        <w:t>pusat</w:t>
      </w:r>
      <w:proofErr w:type="spellEnd"/>
      <w:r w:rsidRPr="00F62269">
        <w:t xml:space="preserve"> </w:t>
      </w:r>
      <w:proofErr w:type="spellStart"/>
      <w:r w:rsidRPr="00F62269">
        <w:t>pelatihan</w:t>
      </w:r>
      <w:proofErr w:type="spellEnd"/>
      <w:r w:rsidRPr="00F62269">
        <w:t xml:space="preserve"> </w:t>
      </w:r>
      <w:proofErr w:type="spellStart"/>
      <w:r w:rsidRPr="00F62269">
        <w:t>literasi</w:t>
      </w:r>
      <w:proofErr w:type="spellEnd"/>
      <w:r w:rsidRPr="00F62269">
        <w:t xml:space="preserve"> digital </w:t>
      </w:r>
      <w:proofErr w:type="spellStart"/>
      <w:r w:rsidRPr="00F62269">
        <w:t>mandiri</w:t>
      </w:r>
      <w:proofErr w:type="spellEnd"/>
      <w:r w:rsidRPr="00F62269">
        <w:t>.</w:t>
      </w:r>
    </w:p>
    <w:p w:rsidR="00693395" w:rsidRPr="00F62269" w:rsidRDefault="00693395" w:rsidP="00693395">
      <w:pPr>
        <w:pStyle w:val="NormalWeb"/>
      </w:pPr>
      <w:proofErr w:type="spellStart"/>
      <w:r w:rsidRPr="00F62269">
        <w:rPr>
          <w:b/>
          <w:bCs/>
        </w:rPr>
        <w:t>Soal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</w:pPr>
      <w:proofErr w:type="spellStart"/>
      <w:r w:rsidRPr="00F62269">
        <w:t>Evaluasilah</w:t>
      </w:r>
      <w:proofErr w:type="spellEnd"/>
      <w:r w:rsidRPr="00F62269">
        <w:t xml:space="preserve"> </w:t>
      </w:r>
      <w:proofErr w:type="spellStart"/>
      <w:r w:rsidRPr="00F62269">
        <w:t>kesesuaian</w:t>
      </w:r>
      <w:proofErr w:type="spellEnd"/>
      <w:r w:rsidRPr="00F62269">
        <w:t xml:space="preserve"> </w:t>
      </w:r>
      <w:proofErr w:type="spellStart"/>
      <w:r w:rsidRPr="00F62269">
        <w:t>tindakan</w:t>
      </w:r>
      <w:proofErr w:type="spellEnd"/>
      <w:r w:rsidRPr="00F62269">
        <w:t xml:space="preserve"> dan </w:t>
      </w:r>
      <w:proofErr w:type="spellStart"/>
      <w:r w:rsidRPr="00F62269">
        <w:t>strategi</w:t>
      </w:r>
      <w:proofErr w:type="spellEnd"/>
      <w:r w:rsidRPr="00F62269">
        <w:t xml:space="preserve"> </w:t>
      </w:r>
      <w:proofErr w:type="spellStart"/>
      <w:r w:rsidRPr="00F62269">
        <w:t>respon</w:t>
      </w:r>
      <w:proofErr w:type="spellEnd"/>
      <w:r w:rsidRPr="00F62269">
        <w:t xml:space="preserve"> </w:t>
      </w:r>
      <w:proofErr w:type="spellStart"/>
      <w:r w:rsidRPr="00F62269">
        <w:t>komunitas</w:t>
      </w:r>
      <w:proofErr w:type="spellEnd"/>
      <w:r w:rsidRPr="00F62269">
        <w:t xml:space="preserve"> </w:t>
      </w:r>
      <w:proofErr w:type="spellStart"/>
      <w:r w:rsidRPr="00F62269">
        <w:t>dalam</w:t>
      </w:r>
      <w:proofErr w:type="spellEnd"/>
      <w:r w:rsidRPr="00F62269">
        <w:t xml:space="preserve"> </w:t>
      </w:r>
      <w:proofErr w:type="spellStart"/>
      <w:r w:rsidRPr="00F62269">
        <w:t>menangani</w:t>
      </w:r>
      <w:proofErr w:type="spellEnd"/>
      <w:r w:rsidRPr="00F62269">
        <w:t xml:space="preserve"> </w:t>
      </w:r>
      <w:proofErr w:type="spellStart"/>
      <w:r w:rsidRPr="00F62269">
        <w:t>dampak</w:t>
      </w:r>
      <w:proofErr w:type="spellEnd"/>
      <w:r w:rsidRPr="00F62269">
        <w:t xml:space="preserve"> </w:t>
      </w:r>
      <w:proofErr w:type="spellStart"/>
      <w:r w:rsidRPr="00F62269">
        <w:t>negatif</w:t>
      </w:r>
      <w:proofErr w:type="spellEnd"/>
      <w:r w:rsidRPr="00F62269">
        <w:t xml:space="preserve"> </w:t>
      </w:r>
      <w:proofErr w:type="spellStart"/>
      <w:r w:rsidRPr="00F62269">
        <w:t>globalisasi</w:t>
      </w:r>
      <w:proofErr w:type="spellEnd"/>
      <w:r w:rsidRPr="00F62269">
        <w:t xml:space="preserve"> di </w:t>
      </w:r>
      <w:proofErr w:type="spellStart"/>
      <w:r w:rsidRPr="00F62269">
        <w:t>atas</w:t>
      </w:r>
      <w:proofErr w:type="spellEnd"/>
      <w:r w:rsidRPr="00F62269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6115"/>
        <w:gridCol w:w="1020"/>
        <w:gridCol w:w="1251"/>
      </w:tblGrid>
      <w:tr w:rsidR="00693395" w:rsidRPr="00F62269" w:rsidTr="00A0095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Style w:val="Strong"/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Pernyataan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Evaluasi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Strategi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Komunitas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Sesuai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Tidak</w:t>
            </w:r>
            <w:proofErr w:type="spellEnd"/>
            <w:r w:rsidRPr="00F62269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Style w:val="Strong"/>
                <w:rFonts w:ascii="Times New Roman" w:hAnsi="Times New Roman" w:cs="Times New Roman"/>
              </w:rPr>
              <w:t>Sesuai</w:t>
            </w:r>
            <w:proofErr w:type="spellEnd"/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Menggiatkan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kembali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lembaga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adat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merupakan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upaya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memperkuat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  <w:b/>
                <w:bCs/>
              </w:rPr>
              <w:t>Kearifan</w:t>
            </w:r>
            <w:proofErr w:type="spellEnd"/>
            <w:r w:rsidRPr="00F622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  <w:b/>
                <w:bCs/>
              </w:rPr>
              <w:t>Lokal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(</w:t>
            </w:r>
            <w:r w:rsidRPr="00F62269">
              <w:rPr>
                <w:rFonts w:ascii="Times New Roman" w:hAnsi="Times New Roman" w:cs="Times New Roman"/>
                <w:i/>
                <w:iCs/>
              </w:rPr>
              <w:t>local wisdom</w:t>
            </w:r>
            <w:r w:rsidRPr="00F6226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sebagai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benteng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perlindungan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ekologis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Sikap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menolak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seluruh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investasi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asing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menutup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diri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dari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dunia </w:t>
            </w:r>
            <w:proofErr w:type="spellStart"/>
            <w:r w:rsidRPr="00F62269">
              <w:rPr>
                <w:rFonts w:ascii="Times New Roman" w:hAnsi="Times New Roman" w:cs="Times New Roman"/>
              </w:rPr>
              <w:t>luar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62269">
              <w:rPr>
                <w:rFonts w:ascii="Times New Roman" w:hAnsi="Times New Roman" w:cs="Times New Roman"/>
                <w:i/>
                <w:iCs/>
              </w:rPr>
              <w:t>isolasi</w:t>
            </w:r>
            <w:proofErr w:type="spellEnd"/>
            <w:r w:rsidRPr="00F6226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  <w:i/>
                <w:iCs/>
              </w:rPr>
              <w:t>mandiri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F62269">
              <w:rPr>
                <w:rFonts w:ascii="Times New Roman" w:hAnsi="Times New Roman" w:cs="Times New Roman"/>
              </w:rPr>
              <w:t>adalah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solusi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terbaik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dan paling </w:t>
            </w:r>
            <w:proofErr w:type="spellStart"/>
            <w:r w:rsidRPr="00F62269">
              <w:rPr>
                <w:rFonts w:ascii="Times New Roman" w:hAnsi="Times New Roman" w:cs="Times New Roman"/>
              </w:rPr>
              <w:t>rasional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di era modern.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Pendirian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pusat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pelatihan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keterampilan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digital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merupakan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strategi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  <w:b/>
                <w:bCs/>
              </w:rPr>
              <w:t>Pemberdayaan</w:t>
            </w:r>
            <w:proofErr w:type="spellEnd"/>
            <w:r w:rsidRPr="00F622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  <w:b/>
                <w:bCs/>
              </w:rPr>
              <w:t>Komunitas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untuk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meningkatkan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daya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saing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sumber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daya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manusia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Sikap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kritis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selektif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terhadap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budaya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F62269">
              <w:rPr>
                <w:rFonts w:ascii="Times New Roman" w:hAnsi="Times New Roman" w:cs="Times New Roman"/>
              </w:rPr>
              <w:t>ekonomi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luar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diperlukan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agar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tidak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terjebak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dalam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posisi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ketergantungan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62269">
              <w:rPr>
                <w:rFonts w:ascii="Times New Roman" w:hAnsi="Times New Roman" w:cs="Times New Roman"/>
                <w:i/>
                <w:iCs/>
              </w:rPr>
              <w:t>neokolonialisme</w:t>
            </w:r>
            <w:proofErr w:type="spellEnd"/>
            <w:r w:rsidRPr="00F62269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3395" w:rsidRPr="00F62269" w:rsidTr="00A009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F62269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  <w:proofErr w:type="spellStart"/>
            <w:r w:rsidRPr="00F62269">
              <w:rPr>
                <w:rFonts w:ascii="Times New Roman" w:hAnsi="Times New Roman" w:cs="Times New Roman"/>
              </w:rPr>
              <w:t>Pemberdayaan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masyarakat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berbasis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kearifan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lokal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bertujuan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menciptakan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kemandirian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tanpa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harus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kehilangan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identitas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jati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diri</w:t>
            </w:r>
            <w:proofErr w:type="spellEnd"/>
            <w:r w:rsidRPr="00F622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2269">
              <w:rPr>
                <w:rFonts w:ascii="Times New Roman" w:hAnsi="Times New Roman" w:cs="Times New Roman"/>
              </w:rPr>
              <w:t>bangsa</w:t>
            </w:r>
            <w:proofErr w:type="spellEnd"/>
            <w:r w:rsidRPr="00F622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93395" w:rsidRPr="00F62269" w:rsidRDefault="00693395" w:rsidP="00A00956">
            <w:pPr>
              <w:spacing w:after="4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93395" w:rsidRPr="00F62269" w:rsidRDefault="00693395" w:rsidP="00693395">
      <w:pPr>
        <w:pStyle w:val="NormalWeb"/>
        <w:numPr>
          <w:ilvl w:val="0"/>
          <w:numId w:val="47"/>
        </w:numPr>
      </w:pPr>
      <w:proofErr w:type="spellStart"/>
      <w:r w:rsidRPr="00F62269">
        <w:rPr>
          <w:b/>
          <w:bCs/>
        </w:rPr>
        <w:t>Kunci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Jawaban</w:t>
      </w:r>
      <w:proofErr w:type="spellEnd"/>
      <w:r w:rsidRPr="00F62269">
        <w:rPr>
          <w:b/>
          <w:bCs/>
        </w:rPr>
        <w:t>:</w:t>
      </w:r>
    </w:p>
    <w:p w:rsidR="00693395" w:rsidRPr="00F62269" w:rsidRDefault="00693395" w:rsidP="00693395">
      <w:pPr>
        <w:pStyle w:val="NormalWeb"/>
        <w:numPr>
          <w:ilvl w:val="1"/>
          <w:numId w:val="47"/>
        </w:numPr>
      </w:pPr>
      <w:proofErr w:type="spellStart"/>
      <w:r w:rsidRPr="00F62269">
        <w:rPr>
          <w:b/>
          <w:bCs/>
        </w:rPr>
        <w:t>Sesuai</w:t>
      </w:r>
      <w:proofErr w:type="spellEnd"/>
      <w:r w:rsidRPr="00F62269">
        <w:t xml:space="preserve"> (Lembaga </w:t>
      </w:r>
      <w:proofErr w:type="spellStart"/>
      <w:r w:rsidRPr="00F62269">
        <w:t>adat</w:t>
      </w:r>
      <w:proofErr w:type="spellEnd"/>
      <w:r w:rsidRPr="00F62269">
        <w:t xml:space="preserve"> </w:t>
      </w:r>
      <w:proofErr w:type="spellStart"/>
      <w:r w:rsidRPr="00F62269">
        <w:t>memegang</w:t>
      </w:r>
      <w:proofErr w:type="spellEnd"/>
      <w:r w:rsidRPr="00F62269">
        <w:t xml:space="preserve"> </w:t>
      </w:r>
      <w:proofErr w:type="spellStart"/>
      <w:r w:rsidRPr="00F62269">
        <w:t>fungsi</w:t>
      </w:r>
      <w:proofErr w:type="spellEnd"/>
      <w:r w:rsidRPr="00F62269">
        <w:t xml:space="preserve"> </w:t>
      </w:r>
      <w:proofErr w:type="spellStart"/>
      <w:r w:rsidRPr="00F62269">
        <w:t>aturan</w:t>
      </w:r>
      <w:proofErr w:type="spellEnd"/>
      <w:r w:rsidRPr="00F62269">
        <w:t xml:space="preserve"> </w:t>
      </w:r>
      <w:proofErr w:type="spellStart"/>
      <w:r w:rsidRPr="00F62269">
        <w:t>lokal</w:t>
      </w:r>
      <w:proofErr w:type="spellEnd"/>
      <w:r w:rsidRPr="00F62269">
        <w:t xml:space="preserve"> </w:t>
      </w:r>
      <w:proofErr w:type="spellStart"/>
      <w:r w:rsidRPr="00F62269">
        <w:t>untuk</w:t>
      </w:r>
      <w:proofErr w:type="spellEnd"/>
      <w:r w:rsidRPr="00F62269">
        <w:t xml:space="preserve"> </w:t>
      </w:r>
      <w:proofErr w:type="spellStart"/>
      <w:r w:rsidRPr="00F62269">
        <w:t>menjaga</w:t>
      </w:r>
      <w:proofErr w:type="spellEnd"/>
      <w:r w:rsidRPr="00F62269">
        <w:t xml:space="preserve"> </w:t>
      </w:r>
      <w:proofErr w:type="spellStart"/>
      <w:r w:rsidRPr="00F62269">
        <w:t>daya</w:t>
      </w:r>
      <w:proofErr w:type="spellEnd"/>
      <w:r w:rsidRPr="00F62269">
        <w:t xml:space="preserve"> </w:t>
      </w:r>
      <w:proofErr w:type="spellStart"/>
      <w:r w:rsidRPr="00F62269">
        <w:t>dukung</w:t>
      </w:r>
      <w:proofErr w:type="spellEnd"/>
      <w:r w:rsidRPr="00F62269">
        <w:t xml:space="preserve"> </w:t>
      </w:r>
      <w:proofErr w:type="spellStart"/>
      <w:r w:rsidRPr="00F62269">
        <w:t>lingkungan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47"/>
        </w:numPr>
      </w:pPr>
      <w:proofErr w:type="spellStart"/>
      <w:r w:rsidRPr="00F62269">
        <w:rPr>
          <w:b/>
          <w:bCs/>
        </w:rPr>
        <w:t>Tidak</w:t>
      </w:r>
      <w:proofErr w:type="spellEnd"/>
      <w:r w:rsidRPr="00F62269">
        <w:rPr>
          <w:b/>
          <w:bCs/>
        </w:rPr>
        <w:t xml:space="preserve"> </w:t>
      </w:r>
      <w:proofErr w:type="spellStart"/>
      <w:r w:rsidRPr="00F62269">
        <w:rPr>
          <w:b/>
          <w:bCs/>
        </w:rPr>
        <w:t>Sesuai</w:t>
      </w:r>
      <w:proofErr w:type="spellEnd"/>
      <w:r w:rsidRPr="00F62269">
        <w:t xml:space="preserve"> (</w:t>
      </w:r>
      <w:proofErr w:type="spellStart"/>
      <w:r w:rsidRPr="00F62269">
        <w:t>Isolasi</w:t>
      </w:r>
      <w:proofErr w:type="spellEnd"/>
      <w:r w:rsidRPr="00F62269">
        <w:t xml:space="preserve"> total </w:t>
      </w:r>
      <w:proofErr w:type="spellStart"/>
      <w:r w:rsidRPr="00F62269">
        <w:t>tidak</w:t>
      </w:r>
      <w:proofErr w:type="spellEnd"/>
      <w:r w:rsidRPr="00F62269">
        <w:t xml:space="preserve"> </w:t>
      </w:r>
      <w:proofErr w:type="spellStart"/>
      <w:r w:rsidRPr="00F62269">
        <w:t>realistis</w:t>
      </w:r>
      <w:proofErr w:type="spellEnd"/>
      <w:r w:rsidRPr="00F62269">
        <w:t xml:space="preserve"> di era global; yang </w:t>
      </w:r>
      <w:proofErr w:type="spellStart"/>
      <w:r w:rsidRPr="00F62269">
        <w:t>dibutuhkan</w:t>
      </w:r>
      <w:proofErr w:type="spellEnd"/>
      <w:r w:rsidRPr="00F62269">
        <w:t xml:space="preserve"> </w:t>
      </w:r>
      <w:proofErr w:type="spellStart"/>
      <w:r w:rsidRPr="00F62269">
        <w:t>adalah</w:t>
      </w:r>
      <w:proofErr w:type="spellEnd"/>
      <w:r w:rsidRPr="00F62269">
        <w:t xml:space="preserve"> </w:t>
      </w:r>
      <w:proofErr w:type="spellStart"/>
      <w:r w:rsidRPr="00F62269">
        <w:t>sikap</w:t>
      </w:r>
      <w:proofErr w:type="spellEnd"/>
      <w:r w:rsidRPr="00F62269">
        <w:t xml:space="preserve"> </w:t>
      </w:r>
      <w:proofErr w:type="spellStart"/>
      <w:r w:rsidRPr="00F62269">
        <w:t>selektif</w:t>
      </w:r>
      <w:proofErr w:type="spellEnd"/>
      <w:r w:rsidRPr="00F62269">
        <w:t xml:space="preserve"> dan </w:t>
      </w:r>
      <w:proofErr w:type="spellStart"/>
      <w:r w:rsidRPr="00F62269">
        <w:t>kritis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47"/>
        </w:numPr>
      </w:pPr>
      <w:proofErr w:type="spellStart"/>
      <w:r w:rsidRPr="00F62269">
        <w:rPr>
          <w:b/>
          <w:bCs/>
        </w:rPr>
        <w:t>Sesuai</w:t>
      </w:r>
      <w:proofErr w:type="spellEnd"/>
      <w:r w:rsidRPr="00F62269">
        <w:t xml:space="preserve"> (</w:t>
      </w:r>
      <w:proofErr w:type="spellStart"/>
      <w:r w:rsidRPr="00F62269">
        <w:t>Pelatihan</w:t>
      </w:r>
      <w:proofErr w:type="spellEnd"/>
      <w:r w:rsidRPr="00F62269">
        <w:t xml:space="preserve"> digital </w:t>
      </w:r>
      <w:proofErr w:type="spellStart"/>
      <w:r w:rsidRPr="00F62269">
        <w:t>membekali</w:t>
      </w:r>
      <w:proofErr w:type="spellEnd"/>
      <w:r w:rsidRPr="00F62269">
        <w:t xml:space="preserve"> SDM </w:t>
      </w:r>
      <w:proofErr w:type="spellStart"/>
      <w:r w:rsidRPr="00F62269">
        <w:t>lokal</w:t>
      </w:r>
      <w:proofErr w:type="spellEnd"/>
      <w:r w:rsidRPr="00F62269">
        <w:t xml:space="preserve"> agar </w:t>
      </w:r>
      <w:proofErr w:type="spellStart"/>
      <w:r w:rsidRPr="00F62269">
        <w:t>mampu</w:t>
      </w:r>
      <w:proofErr w:type="spellEnd"/>
      <w:r w:rsidRPr="00F62269">
        <w:t xml:space="preserve"> </w:t>
      </w:r>
      <w:proofErr w:type="spellStart"/>
      <w:r w:rsidRPr="00F62269">
        <w:t>bersaing</w:t>
      </w:r>
      <w:proofErr w:type="spellEnd"/>
      <w:r w:rsidRPr="00F62269">
        <w:t xml:space="preserve"> </w:t>
      </w:r>
      <w:proofErr w:type="spellStart"/>
      <w:r w:rsidRPr="00F62269">
        <w:t>secara</w:t>
      </w:r>
      <w:proofErr w:type="spellEnd"/>
      <w:r w:rsidRPr="00F62269">
        <w:t xml:space="preserve"> </w:t>
      </w:r>
      <w:proofErr w:type="spellStart"/>
      <w:r w:rsidRPr="00F62269">
        <w:t>mandiri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47"/>
        </w:numPr>
      </w:pPr>
      <w:proofErr w:type="spellStart"/>
      <w:r w:rsidRPr="00F62269">
        <w:rPr>
          <w:b/>
          <w:bCs/>
        </w:rPr>
        <w:t>Sesuai</w:t>
      </w:r>
      <w:proofErr w:type="spellEnd"/>
      <w:r w:rsidRPr="00F62269">
        <w:t xml:space="preserve"> (Filter </w:t>
      </w:r>
      <w:proofErr w:type="spellStart"/>
      <w:r w:rsidRPr="00F62269">
        <w:t>selektif</w:t>
      </w:r>
      <w:proofErr w:type="spellEnd"/>
      <w:r w:rsidRPr="00F62269">
        <w:t xml:space="preserve"> </w:t>
      </w:r>
      <w:proofErr w:type="spellStart"/>
      <w:r w:rsidRPr="00F62269">
        <w:t>mencegah</w:t>
      </w:r>
      <w:proofErr w:type="spellEnd"/>
      <w:r w:rsidRPr="00F62269">
        <w:t xml:space="preserve"> </w:t>
      </w:r>
      <w:proofErr w:type="spellStart"/>
      <w:r w:rsidRPr="00F62269">
        <w:t>dominasi</w:t>
      </w:r>
      <w:proofErr w:type="spellEnd"/>
      <w:r w:rsidRPr="00F62269">
        <w:t xml:space="preserve"> </w:t>
      </w:r>
      <w:proofErr w:type="spellStart"/>
      <w:r w:rsidRPr="00F62269">
        <w:t>asing</w:t>
      </w:r>
      <w:proofErr w:type="spellEnd"/>
      <w:r w:rsidRPr="00F62269">
        <w:t xml:space="preserve"> </w:t>
      </w:r>
      <w:proofErr w:type="spellStart"/>
      <w:r w:rsidRPr="00F62269">
        <w:t>menyerap</w:t>
      </w:r>
      <w:proofErr w:type="spellEnd"/>
      <w:r w:rsidRPr="00F62269">
        <w:t xml:space="preserve"> </w:t>
      </w:r>
      <w:proofErr w:type="spellStart"/>
      <w:r w:rsidRPr="00F62269">
        <w:t>kedaulatan</w:t>
      </w:r>
      <w:proofErr w:type="spellEnd"/>
      <w:r w:rsidRPr="00F62269">
        <w:t xml:space="preserve"> </w:t>
      </w:r>
      <w:proofErr w:type="spellStart"/>
      <w:r w:rsidRPr="00F62269">
        <w:t>lokal</w:t>
      </w:r>
      <w:proofErr w:type="spellEnd"/>
      <w:r w:rsidRPr="00F62269">
        <w:t>).</w:t>
      </w:r>
    </w:p>
    <w:p w:rsidR="00693395" w:rsidRPr="00F62269" w:rsidRDefault="00693395" w:rsidP="00693395">
      <w:pPr>
        <w:pStyle w:val="NormalWeb"/>
        <w:numPr>
          <w:ilvl w:val="1"/>
          <w:numId w:val="47"/>
        </w:numPr>
      </w:pPr>
      <w:proofErr w:type="spellStart"/>
      <w:r w:rsidRPr="00F62269">
        <w:rPr>
          <w:b/>
          <w:bCs/>
        </w:rPr>
        <w:t>Sesuai</w:t>
      </w:r>
      <w:proofErr w:type="spellEnd"/>
      <w:r w:rsidRPr="00F62269">
        <w:t xml:space="preserve"> (Harmoni </w:t>
      </w:r>
      <w:proofErr w:type="spellStart"/>
      <w:r w:rsidRPr="00F62269">
        <w:t>antara</w:t>
      </w:r>
      <w:proofErr w:type="spellEnd"/>
      <w:r w:rsidRPr="00F62269">
        <w:t xml:space="preserve"> </w:t>
      </w:r>
      <w:proofErr w:type="spellStart"/>
      <w:r w:rsidRPr="00F62269">
        <w:t>kecanggihan</w:t>
      </w:r>
      <w:proofErr w:type="spellEnd"/>
      <w:r w:rsidRPr="00F62269">
        <w:t xml:space="preserve"> zaman dan </w:t>
      </w:r>
      <w:proofErr w:type="spellStart"/>
      <w:r w:rsidRPr="00F62269">
        <w:t>akar</w:t>
      </w:r>
      <w:proofErr w:type="spellEnd"/>
      <w:r w:rsidRPr="00F62269">
        <w:t xml:space="preserve"> </w:t>
      </w:r>
      <w:proofErr w:type="spellStart"/>
      <w:r w:rsidRPr="00F62269">
        <w:t>tradisi</w:t>
      </w:r>
      <w:proofErr w:type="spellEnd"/>
      <w:r w:rsidRPr="00F62269">
        <w:t xml:space="preserve"> </w:t>
      </w:r>
      <w:proofErr w:type="spellStart"/>
      <w:r w:rsidRPr="00F62269">
        <w:t>adalah</w:t>
      </w:r>
      <w:proofErr w:type="spellEnd"/>
      <w:r w:rsidRPr="00F62269">
        <w:t xml:space="preserve"> </w:t>
      </w:r>
      <w:proofErr w:type="spellStart"/>
      <w:r w:rsidRPr="00F62269">
        <w:t>esensi</w:t>
      </w:r>
      <w:proofErr w:type="spellEnd"/>
      <w:r w:rsidRPr="00F62269">
        <w:t xml:space="preserve"> </w:t>
      </w:r>
      <w:proofErr w:type="spellStart"/>
      <w:r w:rsidRPr="00F62269">
        <w:t>pemberdayaan</w:t>
      </w:r>
      <w:proofErr w:type="spellEnd"/>
      <w:r w:rsidRPr="00F62269">
        <w:t xml:space="preserve"> </w:t>
      </w:r>
      <w:proofErr w:type="spellStart"/>
      <w:r w:rsidRPr="00F62269">
        <w:t>komunitas</w:t>
      </w:r>
      <w:proofErr w:type="spellEnd"/>
      <w:r w:rsidRPr="00F62269">
        <w:t>).</w:t>
      </w:r>
    </w:p>
    <w:p w:rsidR="00693395" w:rsidRPr="00F62269" w:rsidRDefault="00693395" w:rsidP="00693395">
      <w:pPr>
        <w:rPr>
          <w:rFonts w:ascii="Times New Roman" w:hAnsi="Times New Roman" w:cs="Times New Roman"/>
        </w:rPr>
      </w:pPr>
    </w:p>
    <w:bookmarkEnd w:id="0"/>
    <w:p w:rsidR="00693395" w:rsidRDefault="00693395"/>
    <w:sectPr w:rsidR="0069339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EA2645"/>
    <w:multiLevelType w:val="multilevel"/>
    <w:tmpl w:val="AA5C2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0663F7"/>
    <w:multiLevelType w:val="multilevel"/>
    <w:tmpl w:val="8A1CF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9C52EC"/>
    <w:multiLevelType w:val="multilevel"/>
    <w:tmpl w:val="E88E5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EC294A"/>
    <w:multiLevelType w:val="multilevel"/>
    <w:tmpl w:val="81CA9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6551F2"/>
    <w:multiLevelType w:val="multilevel"/>
    <w:tmpl w:val="CD8AC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737B00"/>
    <w:multiLevelType w:val="multilevel"/>
    <w:tmpl w:val="02249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832B78"/>
    <w:multiLevelType w:val="multilevel"/>
    <w:tmpl w:val="8EDC1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0E422A"/>
    <w:multiLevelType w:val="multilevel"/>
    <w:tmpl w:val="09323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BAE1D88"/>
    <w:multiLevelType w:val="multilevel"/>
    <w:tmpl w:val="3C3AF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3A1A9E"/>
    <w:multiLevelType w:val="multilevel"/>
    <w:tmpl w:val="9C005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A52188"/>
    <w:multiLevelType w:val="multilevel"/>
    <w:tmpl w:val="3730A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660EDA"/>
    <w:multiLevelType w:val="multilevel"/>
    <w:tmpl w:val="0D943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16E2B27"/>
    <w:multiLevelType w:val="multilevel"/>
    <w:tmpl w:val="7952C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3B517AB"/>
    <w:multiLevelType w:val="multilevel"/>
    <w:tmpl w:val="550AE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3FC421C"/>
    <w:multiLevelType w:val="multilevel"/>
    <w:tmpl w:val="E5126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6BB174F"/>
    <w:multiLevelType w:val="multilevel"/>
    <w:tmpl w:val="EE224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7065BEE"/>
    <w:multiLevelType w:val="multilevel"/>
    <w:tmpl w:val="0FAA6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CC9535B"/>
    <w:multiLevelType w:val="multilevel"/>
    <w:tmpl w:val="FEC0D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0EF0434"/>
    <w:multiLevelType w:val="multilevel"/>
    <w:tmpl w:val="EC366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1850093"/>
    <w:multiLevelType w:val="multilevel"/>
    <w:tmpl w:val="767CD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2A0521E"/>
    <w:multiLevelType w:val="multilevel"/>
    <w:tmpl w:val="3814C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62310C7"/>
    <w:multiLevelType w:val="multilevel"/>
    <w:tmpl w:val="A6B60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F8639B4"/>
    <w:multiLevelType w:val="multilevel"/>
    <w:tmpl w:val="BE3CB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0A66AD3"/>
    <w:multiLevelType w:val="multilevel"/>
    <w:tmpl w:val="C6BEF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87611E3"/>
    <w:multiLevelType w:val="multilevel"/>
    <w:tmpl w:val="E86AD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B275857"/>
    <w:multiLevelType w:val="multilevel"/>
    <w:tmpl w:val="A9688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E0564E7"/>
    <w:multiLevelType w:val="multilevel"/>
    <w:tmpl w:val="9A8C9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19B5E9D"/>
    <w:multiLevelType w:val="multilevel"/>
    <w:tmpl w:val="13B45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3A367E1"/>
    <w:multiLevelType w:val="multilevel"/>
    <w:tmpl w:val="BD064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41A41A4"/>
    <w:multiLevelType w:val="multilevel"/>
    <w:tmpl w:val="07B02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88B1199"/>
    <w:multiLevelType w:val="multilevel"/>
    <w:tmpl w:val="B476C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9D05462"/>
    <w:multiLevelType w:val="multilevel"/>
    <w:tmpl w:val="DC82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AC806EA"/>
    <w:multiLevelType w:val="multilevel"/>
    <w:tmpl w:val="D6040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3F87C14"/>
    <w:multiLevelType w:val="multilevel"/>
    <w:tmpl w:val="D3E6B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97B6954"/>
    <w:multiLevelType w:val="multilevel"/>
    <w:tmpl w:val="2A5C6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9B80D5B"/>
    <w:multiLevelType w:val="multilevel"/>
    <w:tmpl w:val="2E5E5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16B54AF"/>
    <w:multiLevelType w:val="multilevel"/>
    <w:tmpl w:val="1B641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BE42C7"/>
    <w:multiLevelType w:val="multilevel"/>
    <w:tmpl w:val="18502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85E6F0A"/>
    <w:multiLevelType w:val="multilevel"/>
    <w:tmpl w:val="604A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BA70846"/>
    <w:multiLevelType w:val="multilevel"/>
    <w:tmpl w:val="4086A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B9109E"/>
    <w:multiLevelType w:val="multilevel"/>
    <w:tmpl w:val="54B2B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6"/>
  </w:num>
  <w:num w:numId="8">
    <w:abstractNumId w:val="27"/>
  </w:num>
  <w:num w:numId="9">
    <w:abstractNumId w:val="35"/>
  </w:num>
  <w:num w:numId="10">
    <w:abstractNumId w:val="10"/>
  </w:num>
  <w:num w:numId="11">
    <w:abstractNumId w:val="24"/>
  </w:num>
  <w:num w:numId="12">
    <w:abstractNumId w:val="17"/>
  </w:num>
  <w:num w:numId="13">
    <w:abstractNumId w:val="41"/>
  </w:num>
  <w:num w:numId="14">
    <w:abstractNumId w:val="12"/>
  </w:num>
  <w:num w:numId="15">
    <w:abstractNumId w:val="29"/>
  </w:num>
  <w:num w:numId="16">
    <w:abstractNumId w:val="26"/>
  </w:num>
  <w:num w:numId="17">
    <w:abstractNumId w:val="36"/>
  </w:num>
  <w:num w:numId="18">
    <w:abstractNumId w:val="23"/>
  </w:num>
  <w:num w:numId="19">
    <w:abstractNumId w:val="44"/>
  </w:num>
  <w:num w:numId="20">
    <w:abstractNumId w:val="38"/>
  </w:num>
  <w:num w:numId="21">
    <w:abstractNumId w:val="22"/>
  </w:num>
  <w:num w:numId="22">
    <w:abstractNumId w:val="8"/>
  </w:num>
  <w:num w:numId="23">
    <w:abstractNumId w:val="7"/>
  </w:num>
  <w:num w:numId="24">
    <w:abstractNumId w:val="43"/>
  </w:num>
  <w:num w:numId="25">
    <w:abstractNumId w:val="19"/>
  </w:num>
  <w:num w:numId="26">
    <w:abstractNumId w:val="9"/>
  </w:num>
  <w:num w:numId="27">
    <w:abstractNumId w:val="11"/>
  </w:num>
  <w:num w:numId="28">
    <w:abstractNumId w:val="42"/>
  </w:num>
  <w:num w:numId="29">
    <w:abstractNumId w:val="16"/>
  </w:num>
  <w:num w:numId="30">
    <w:abstractNumId w:val="21"/>
  </w:num>
  <w:num w:numId="31">
    <w:abstractNumId w:val="18"/>
  </w:num>
  <w:num w:numId="32">
    <w:abstractNumId w:val="33"/>
  </w:num>
  <w:num w:numId="33">
    <w:abstractNumId w:val="20"/>
  </w:num>
  <w:num w:numId="34">
    <w:abstractNumId w:val="13"/>
  </w:num>
  <w:num w:numId="35">
    <w:abstractNumId w:val="14"/>
  </w:num>
  <w:num w:numId="36">
    <w:abstractNumId w:val="30"/>
  </w:num>
  <w:num w:numId="37">
    <w:abstractNumId w:val="31"/>
  </w:num>
  <w:num w:numId="38">
    <w:abstractNumId w:val="40"/>
  </w:num>
  <w:num w:numId="39">
    <w:abstractNumId w:val="39"/>
  </w:num>
  <w:num w:numId="40">
    <w:abstractNumId w:val="34"/>
  </w:num>
  <w:num w:numId="41">
    <w:abstractNumId w:val="25"/>
  </w:num>
  <w:num w:numId="42">
    <w:abstractNumId w:val="45"/>
  </w:num>
  <w:num w:numId="43">
    <w:abstractNumId w:val="28"/>
  </w:num>
  <w:num w:numId="44">
    <w:abstractNumId w:val="15"/>
  </w:num>
  <w:num w:numId="45">
    <w:abstractNumId w:val="32"/>
  </w:num>
  <w:num w:numId="46">
    <w:abstractNumId w:val="37"/>
  </w:num>
  <w:num w:numId="47">
    <w:abstractNumId w:val="46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1470"/>
    <w:rsid w:val="001F1126"/>
    <w:rsid w:val="0029639D"/>
    <w:rsid w:val="00326F90"/>
    <w:rsid w:val="00693395"/>
    <w:rsid w:val="00AA1A0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C1C82A"/>
  <w14:defaultImageDpi w14:val="300"/>
  <w15:docId w15:val="{5490C04C-D6B7-4985-8733-5A4EFF34B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693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character" w:customStyle="1" w:styleId="math-inline">
    <w:name w:val="math-inline"/>
    <w:basedOn w:val="DefaultParagraphFont"/>
    <w:rsid w:val="006933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BFC9BE-AD77-460D-89FA-586A899FE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74</Pages>
  <Words>20463</Words>
  <Characters>116641</Characters>
  <Application>Microsoft Office Word</Application>
  <DocSecurity>0</DocSecurity>
  <Lines>972</Lines>
  <Paragraphs>273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136831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ASUS</cp:lastModifiedBy>
  <cp:revision>3</cp:revision>
  <dcterms:created xsi:type="dcterms:W3CDTF">2013-12-23T23:15:00Z</dcterms:created>
  <dcterms:modified xsi:type="dcterms:W3CDTF">2026-08-21T16:51:00Z</dcterms:modified>
  <cp:category/>
</cp:coreProperties>
</file>